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창작집단 창  2026 연수단원 지원서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지원 분야</w:t>
            </w:r>
          </w:p>
        </w:tc>
        <w:tc>
          <w:tcPr>
            <w:tcW w:type="dxa" w:w="7479"/>
            <w:gridSpan w:val="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□ 배우      □ 연출부      □ 스태프  ( 스태프 지원 시 세부 희망 작성 )</w:t>
            </w:r>
          </w:p>
        </w:tc>
      </w:tr>
      <w:tr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성별</w:t>
            </w:r>
          </w:p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남 □   여 □</w:t>
            </w:r>
          </w:p>
        </w:tc>
      </w:tr>
      <w:tr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 xml:space="preserve">           년      월      일  (      세)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전화번호</w:t>
            </w:r>
          </w:p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E-mail</w:t>
            </w:r>
          </w:p>
        </w:tc>
        <w:tc>
          <w:tcPr>
            <w:tcW w:type="dxa" w:w="7479"/>
            <w:gridSpan w:val="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주소(거주지)</w:t>
            </w:r>
          </w:p>
        </w:tc>
        <w:tc>
          <w:tcPr>
            <w:tcW w:type="dxa" w:w="7479"/>
            <w:gridSpan w:val="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p>
      <w:r>
        <w:rPr>
          <w:b/>
        </w:rPr>
        <w:t>■ 학력사항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기간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학교명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학과명</w:t>
            </w:r>
          </w:p>
        </w:tc>
        <w:tc>
          <w:tcPr>
            <w:tcW w:type="dxa" w:w="2493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졸업/재학/휴학/자퇴</w:t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졸업/재학/휴학/자퇴</w:t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졸업/재학/휴학/자퇴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취미 / 특기</w:t>
            </w:r>
          </w:p>
        </w:tc>
        <w:tc>
          <w:tcPr>
            <w:tcW w:type="dxa" w:w="4986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p>
      <w:r>
        <w:rPr>
          <w:b/>
        </w:rPr>
        <w:t>■ 경력 (있을 시 작성 — 경력 무관)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공연 기간</w:t>
            </w:r>
          </w:p>
        </w:tc>
        <w:tc>
          <w:tcPr>
            <w:tcW w:type="dxa" w:w="3324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공연명</w:t>
            </w:r>
          </w:p>
        </w:tc>
        <w:tc>
          <w:tcPr>
            <w:tcW w:type="dxa" w:w="3324"/>
            <w:vAlign w:val="center"/>
            <w:shd w:fill="D9E2F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역할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  <w:vAlign w:val="center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  <w:t>00년 00월 - 00년 00월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b/>
        </w:rPr>
        <w:t>■ 지원 동기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br/>
              <w:br/>
              <w:br/>
              <w:br/>
              <w:br/>
            </w:r>
          </w:p>
        </w:tc>
      </w:tr>
    </w:tbl>
    <w:p/>
    <w:p>
      <w:r>
        <w:rPr>
          <w:i/>
        </w:rPr>
        <w:t>■ 사진 — 프로필 사진·공연 사진·현재 사진을 자유롭게 첨부해 주세요. (메일 첨부 가능 / 없을 시 생략 가능)</w:t>
      </w:r>
    </w:p>
    <w:p/>
    <w:p>
      <w:pPr>
        <w:jc w:val="right"/>
      </w:pPr>
      <w:r>
        <w:t>2026.        .        .</w:t>
      </w:r>
    </w:p>
    <w:p>
      <w:pPr>
        <w:jc w:val="right"/>
      </w:pPr>
      <w:r>
        <w:t>신청자 :                       (인)</w:t>
      </w:r>
    </w:p>
    <w:p/>
    <w:p>
      <w:r>
        <w:rPr>
          <w:color w:val="555555"/>
          <w:sz w:val="18"/>
        </w:rPr>
        <w:t>· 파일명/메일 제목: [2026 창작집단 창 연수단원 지원서_이름]   · 접수: cg_chang2025@naver.com   · 마감: 2026.11.7(토) 18:00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