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Override PartName="/word/numbering.xml" ContentType="application/vnd.openxmlformats-officedocument.wordprocessingml.numbering+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body>
    <w:p>
      <w:pPr>
        <w:jc w:val="center"/>
      </w:pPr>
      <w:r>
        <w:rPr>
          <w:b/>
          <w:sz w:val="40"/>
        </w:rPr>
        <w:t>검찰관</w:t>
      </w:r>
      <w:r>
        <w:rPr>
          <w:b/>
          <w:sz w:val="40"/>
        </w:rPr>
        <w:br/>
      </w:r>
      <w:r>
        <w:rPr>
          <w:b/>
          <w:sz w:val="40"/>
        </w:rPr>
        <w:t>제1막</w:t>
      </w:r>
    </w:p>
    <w:p>
      <w:pPr>
        <w:jc w:val="center"/>
      </w:pPr>
      <w:r>
        <w:rPr>
          <w:i/>
        </w:rPr>
        <w:t>니콜라이 고골 원작 · 공연용 한국어 번역본</w:t>
      </w:r>
    </w:p>
    <w:p>
      <w:r>
        <w:rPr>
          <w:b/>
          <w:sz w:val="26"/>
        </w:rPr>
        <w:t>제1막</w:t>
      </w:r>
    </w:p>
    <w:p>
      <w:r>
        <w:rPr>
          <w:i/>
        </w:rPr>
        <w:t>【지문】 장소: 시장(市長)의 집 응접실. 극은 이 공간에서 시작된다.</w:t>
      </w:r>
    </w:p>
    <w:p>
      <w:r>
        <w:rPr>
          <w:i/>
        </w:rPr>
        <w:t>【지문】 등장인물: 시장 안톤 안토노비치, 자선시설 감독관 아르테미 필리포비치, 학교감독관 루카 루키치, 판사 암모스 표도로비치, 우체국장 이반 쿠즈미치, 보브친스키, 도브친스키, 경찰서장 및 경찰 하사관 등.</w:t>
      </w:r>
    </w:p>
    <w:p>
      <w:r>
        <w:rPr>
          <w:b/>
          <w:sz w:val="26"/>
        </w:rPr>
        <w:t>장면 1</w:t>
      </w:r>
    </w:p>
    <w:p>
      <w:pPr>
        <w:spacing w:after="60"/>
      </w:pPr>
      <w:r>
        <w:rPr>
          <w:b/>
        </w:rPr>
        <w:t>시장</w:t>
      </w:r>
      <w:r>
        <w:t xml:space="preserve">  여러분을 모이게 한 건 유쾌하지 않은 소식을 전하기 위해서요. 검찰관이 옵니다.</w:t>
      </w:r>
    </w:p>
    <w:p>
      <w:pPr>
        <w:spacing w:after="60"/>
      </w:pPr>
      <w:r>
        <w:rPr>
          <w:b/>
        </w:rPr>
        <w:t>암모스</w:t>
      </w:r>
      <w:r>
        <w:t xml:space="preserve">  뭐요? 검찰관이요?</w:t>
      </w:r>
    </w:p>
    <w:p>
      <w:pPr>
        <w:spacing w:after="60"/>
      </w:pPr>
      <w:r>
        <w:rPr>
          <w:b/>
        </w:rPr>
        <w:t>아르테미</w:t>
      </w:r>
      <w:r>
        <w:t xml:space="preserve">  뭐라고요? 검찰관이 온다고요?</w:t>
      </w:r>
    </w:p>
    <w:p>
      <w:pPr>
        <w:spacing w:after="60"/>
      </w:pPr>
      <w:r>
        <w:rPr>
          <w:b/>
        </w:rPr>
        <w:t>시장</w:t>
      </w:r>
      <w:r>
        <w:t xml:space="preserve">  그래요. 상트페테르부르크에서 오는 검찰관입니다. 신분을 숨긴 채, 그리고 비밀 지령까지 받고 옵니다.</w:t>
      </w:r>
    </w:p>
    <w:p>
      <w:pPr>
        <w:spacing w:after="60"/>
      </w:pPr>
      <w:r>
        <w:rPr>
          <w:b/>
        </w:rPr>
        <w:t>암모스</w:t>
      </w:r>
      <w:r>
        <w:t xml:space="preserve">  이거 참 큰일인데요!</w:t>
      </w:r>
    </w:p>
    <w:p>
      <w:pPr>
        <w:spacing w:after="60"/>
      </w:pPr>
      <w:r>
        <w:rPr>
          <w:b/>
        </w:rPr>
        <w:t>아르테미</w:t>
      </w:r>
      <w:r>
        <w:t xml:space="preserve">  검찰관이라니! 안 그래도 골치 아픈 일이 산더미인데!</w:t>
      </w:r>
    </w:p>
    <w:p>
      <w:pPr>
        <w:spacing w:after="60"/>
      </w:pPr>
      <w:r>
        <w:rPr>
          <w:b/>
        </w:rPr>
        <w:t>루카</w:t>
      </w:r>
      <w:r>
        <w:t xml:space="preserve">  맙소사! 비밀 지령까지요!</w:t>
      </w:r>
    </w:p>
    <w:p>
      <w:pPr>
        <w:spacing w:after="60"/>
      </w:pPr>
      <w:r>
        <w:rPr>
          <w:b/>
        </w:rPr>
        <w:t>시장</w:t>
      </w:r>
      <w:r>
        <w:t xml:space="preserve">  저도 뭔가 불길한 예감이 들긴 했습니다. 어젯밤 꿈에 쥐 두 마리가 나왔어요. 그것도 보통 쥐가 아니라 괴물 같은 놈들이었죠. 검고, 엄청나게 컸습니다. 와서 냄새를 맡더니 사라지더군요. 자, 여기 편지가 있습니다. 안드레이 이바노비치가 보낸 겁니다. 아르테미 필리포비치, 당신도 아는 사람이죠. 들어보세요.</w:t>
      </w:r>
    </w:p>
    <w:p>
      <w:r>
        <w:rPr>
          <w:i/>
        </w:rPr>
        <w:t>【지문】 시장이 편지를 훑어보며 읽는다.</w:t>
      </w:r>
    </w:p>
    <w:p>
      <w:pPr>
        <w:spacing w:after="60"/>
      </w:pPr>
      <w:r>
        <w:rPr>
          <w:b/>
        </w:rPr>
        <w:t>시장</w:t>
      </w:r>
      <w:r>
        <w:t xml:space="preserve">  “친애하는 친구이자 대부, 그리고 은인께. 다른 소식과 함께 서둘러 알려드릴 것이 있습니다. 한 관리가 정부 전체를 조사하라는 지시를 받고 이곳에 도착했습니다. 특히 당신의 관할 구역을 조사한다고 합니다.”</w:t>
      </w:r>
    </w:p>
    <w:p>
      <w:r>
        <w:rPr>
          <w:i/>
        </w:rPr>
        <w:t>【지문】 시장이 손가락을 치켜든다.</w:t>
      </w:r>
    </w:p>
    <w:p>
      <w:pPr>
        <w:spacing w:after="60"/>
      </w:pPr>
      <w:r>
        <w:rPr>
          <w:b/>
        </w:rPr>
        <w:t>시장</w:t>
      </w:r>
      <w:r>
        <w:t xml:space="preserve">  “그가 이곳에 있다는 사실은 믿을 만한 사람들에게서 들었습니다. 하지만 그는 민간인인 척하고 있습니다. 당신도 누구나 그렇듯 자잘한 잘못들이 있지 않습니까. 당신은 현명한 사람이니, 눈앞에 들어오는 좋은 것들을 그냥 지나치지 않는 사람이고요.”</w:t>
      </w:r>
    </w:p>
    <w:p>
      <w:r>
        <w:rPr>
          <w:i/>
        </w:rPr>
        <w:t>【지문】 시장이 잠시 멈춘다.</w:t>
      </w:r>
    </w:p>
    <w:p>
      <w:pPr>
        <w:spacing w:after="60"/>
      </w:pPr>
      <w:r>
        <w:rPr>
          <w:b/>
        </w:rPr>
        <w:t>시장</w:t>
      </w:r>
      <w:r>
        <w:t xml:space="preserve">  흠. 이 부분은 그 사람 특유의 말이군요. 계속하죠. “그가 언제 나타날지 모르니 대비하십시오. 어쩌면 이미 와서 어디엔가 숨어 있을지도 모릅니다.” 나머지는 집안 이야기입니다. 누가 누구를 방문했다느니, 누가 살이 쪘다느니 하는 이야기죠. 어쨌든 상황은 이렇습니다.</w:t>
      </w:r>
    </w:p>
    <w:p>
      <w:pPr>
        <w:spacing w:after="60"/>
      </w:pPr>
      <w:r>
        <w:rPr>
          <w:b/>
        </w:rPr>
        <w:t>암모스</w:t>
      </w:r>
      <w:r>
        <w:t xml:space="preserve">  정말 심상치 않은 상황입니다. 분명 뭔가 뒤에 숨은 뜻이 있어요.</w:t>
      </w:r>
    </w:p>
    <w:p>
      <w:pPr>
        <w:spacing w:after="60"/>
      </w:pPr>
      <w:r>
        <w:rPr>
          <w:b/>
        </w:rPr>
        <w:t>루카</w:t>
      </w:r>
      <w:r>
        <w:t xml:space="preserve">  그런데 왜요, 안톤 안토노비치? 왜 우리한테 검찰관을 보낸답니까?</w:t>
      </w:r>
    </w:p>
    <w:p>
      <w:pPr>
        <w:spacing w:after="60"/>
      </w:pPr>
      <w:r>
        <w:rPr>
          <w:b/>
        </w:rPr>
        <w:t>시장</w:t>
      </w:r>
      <w:r>
        <w:t xml:space="preserve">  운명이지요. 한숨 돌릴 틈도 없이 다른 도시들을 들쑤시더니, 이제 우리 차례가 된 모양입니다.</w:t>
      </w:r>
    </w:p>
    <w:p>
      <w:pPr>
        <w:spacing w:after="60"/>
      </w:pPr>
      <w:r>
        <w:rPr>
          <w:b/>
        </w:rPr>
        <w:t>암모스</w:t>
      </w:r>
      <w:r>
        <w:t xml:space="preserve">  제 생각에는 상당히 깊은 이유가 있습니다. 정치적인 이유일 겁니다. 러시아가 전쟁을 준비하고 있다는 뜻이죠. 정부가 비밀리에 관리를 보내 반역 행위가 있는지 조사하는 겁니다.</w:t>
      </w:r>
    </w:p>
    <w:p>
      <w:pPr>
        <w:spacing w:after="60"/>
      </w:pPr>
      <w:r>
        <w:rPr>
          <w:b/>
        </w:rPr>
        <w:t>시장</w:t>
      </w:r>
      <w:r>
        <w:t xml:space="preserve">  참 현명하십니다. 우리 같은 시골 도시에서 반역이라니! 국경 도시도 아닌데 말입니다. 여기서 말을 타고 사흘을 달려도 아무 데도 못 갑니다.</w:t>
      </w:r>
    </w:p>
    <w:p>
      <w:pPr>
        <w:spacing w:after="60"/>
      </w:pPr>
      <w:r>
        <w:rPr>
          <w:b/>
        </w:rPr>
        <w:t>암모스</w:t>
      </w:r>
      <w:r>
        <w:t xml:space="preserve">  아니, 제 말을 이해하지 못하셨군요. 정부는 아주 영리합니다. 우리 도시가 아무리 외진 곳에 있어도 감시는 합니다.</w:t>
      </w:r>
    </w:p>
    <w:p>
      <w:pPr>
        <w:spacing w:after="60"/>
      </w:pPr>
      <w:r>
        <w:rPr>
          <w:b/>
        </w:rPr>
        <w:t>시장</w:t>
      </w:r>
      <w:r>
        <w:t xml:space="preserve">  감시를 하든 말든, 어쨌든 여러분께 미리 경고했습니다. 저는 제 나름대로 준비를 해뒀으니 여러분도 준비하세요. 특히 아르테미 필리포비치. 검찰관이 제일 먼저 당신네 시설부터 조사할 겁니다. 모든 걸 정리해 두세요. 환자들에게 깨끗한 모자를 씌우고, 대장장이처럼 시커멓게 때가 묻은 채 돌아다니지 않도록 하세요.</w:t>
      </w:r>
    </w:p>
    <w:p>
      <w:pPr>
        <w:spacing w:after="60"/>
      </w:pPr>
      <w:r>
        <w:rPr>
          <w:b/>
        </w:rPr>
        <w:t>아르테미</w:t>
      </w:r>
      <w:r>
        <w:t xml:space="preserve">  그건 간단합니다. 모자는 얼마든지 구할 수 있습니다.</w:t>
      </w:r>
    </w:p>
    <w:p>
      <w:pPr>
        <w:spacing w:after="60"/>
      </w:pPr>
      <w:r>
        <w:rPr>
          <w:b/>
        </w:rPr>
        <w:t>시장</w:t>
      </w:r>
      <w:r>
        <w:t xml:space="preserve">  침대마다 표지판도 달아놓으세요. 라틴어든 뭐든 좋습니다. 병명, 발병일, 요일과 날짜까지 적어놓으세요. 그리고 환자들이 그렇게 독한 담배를 피우게 놔두지 마세요. 들어가자마자 재채기가 나올 정도입니다. 환자 수도 너무 많지 않은 게 좋습니다. 많으면 관리가 엉망이거나 치료를 제대로 못 한다고 생각할 테니까요.</w:t>
      </w:r>
    </w:p>
    <w:p>
      <w:pPr>
        <w:spacing w:after="60"/>
      </w:pPr>
      <w:r>
        <w:rPr>
          <w:b/>
        </w:rPr>
        <w:t>아르테미</w:t>
      </w:r>
      <w:r>
        <w:t xml:space="preserve">  치료라면 크리스티안 이바노비치와 제가 나름대로 방법을 만들어놨습니다. 자연에 가까울수록 좋다는 원칙입니다. 비싼 약은 쓰지 않습니다. 사람 목숨이야 뭐, 죽을 사람은 죽고 살 사람은 사는 거죠. 게다가 의사가 환자들에게 무슨 말을 하는지도 알아들을 수 없습니다. 러시아어를 한마디도 못하거든요.</w:t>
      </w:r>
    </w:p>
    <w:p>
      <w:r>
        <w:rPr>
          <w:i/>
        </w:rPr>
        <w:t>【지문】 의사가 알아들을 수 없는 소리를 낸다.</w:t>
      </w:r>
    </w:p>
    <w:p>
      <w:pPr>
        <w:spacing w:after="60"/>
      </w:pPr>
      <w:r>
        <w:rPr>
          <w:b/>
        </w:rPr>
        <w:t>시장</w:t>
      </w:r>
      <w:r>
        <w:t xml:space="preserve">  그리고 당신, 암모스 표도로비치. 법원도 좀 정리하세요. 민원인들이 기다리는 현관을 닭장처럼 만들어놨더군요. 거위와 새끼 거위들이 사람들 다리 사이를 헤집고 다닙니다. 살림을 꾸리는 것 자체야 나쁠 게 없지만, 법원에서 할 일은 아니죠. 전에 말하려다가 깜빡했습니다.</w:t>
      </w:r>
    </w:p>
    <w:p>
      <w:pPr>
        <w:spacing w:after="60"/>
      </w:pPr>
      <w:r>
        <w:rPr>
          <w:b/>
        </w:rPr>
        <w:t>암모스</w:t>
      </w:r>
      <w:r>
        <w:t xml:space="preserve">  오늘 당장 전부 부엌으로 옮기겠습니다. 저녁 식사하러 오시겠습니까?</w:t>
      </w:r>
    </w:p>
    <w:p>
      <w:pPr>
        <w:spacing w:after="60"/>
      </w:pPr>
      <w:r>
        <w:rPr>
          <w:b/>
        </w:rPr>
        <w:t>시장</w:t>
      </w:r>
      <w:r>
        <w:t xml:space="preserve">  그리고 법정 서류 위에 온갖 잡동사니를 늘어놓지 마세요. 사냥용 채찍까지 책상 위에 있더군요. 당신이 사냥을 좋아하는 건 알지만, 당분간 치워두는 게 좋겠습니다. 검찰관이 가고 나면 다시 꺼내놓으세요. 그리고 당신의 서기관 말입니다. 교육받은 사람이긴 하지만 술 냄새가 너무 심합니다. 마치 증류소에서 막 나온 사람 같아요. 어릴 때부터 그런 체질이라면 양파나 마늘을 먹여보세요. 크리스티안 이바노비치가 약이라도 처방할 수 있겠죠.</w:t>
      </w:r>
    </w:p>
    <w:p>
      <w:r>
        <w:rPr>
          <w:i/>
        </w:rPr>
        <w:t>【지문】 의사가 다시 같은 소리를 낸다.</w:t>
      </w:r>
    </w:p>
    <w:p>
      <w:pPr>
        <w:spacing w:after="60"/>
      </w:pPr>
      <w:r>
        <w:rPr>
          <w:b/>
        </w:rPr>
        <w:t>암모스</w:t>
      </w:r>
      <w:r>
        <w:t xml:space="preserve">  치료법이 없습니다. 어릴 때 간호사가 그를 때렸는데, 그 뒤로 계속 보드카 냄새가 난다고 합니다.</w:t>
      </w:r>
    </w:p>
    <w:p>
      <w:pPr>
        <w:spacing w:after="60"/>
      </w:pPr>
      <w:r>
        <w:rPr>
          <w:b/>
        </w:rPr>
        <w:t>시장</w:t>
      </w:r>
      <w:r>
        <w:t xml:space="preserve">  어쨌든 제가 주의를 드리는 겁니다. 그리고 안드레이 이바노비치가 편지에서 말한 “자잘한 잘못들”에 대해서는 별로 할 말이 없습니다. 세상에 죄 없는 사람이 어디 있습니까? 신이 그렇게 세상을 만든 겁니다. 볼테르를 추종하는 자유사상가들이 뭐라고 떠들든 소용없죠.</w:t>
      </w:r>
    </w:p>
    <w:p>
      <w:pPr>
        <w:spacing w:after="60"/>
      </w:pPr>
      <w:r>
        <w:rPr>
          <w:b/>
        </w:rPr>
        <w:t>암모스</w:t>
      </w:r>
      <w:r>
        <w:t xml:space="preserve">  죄라니요? 안톤 안토노비치? 죄에도 종류가 있습니다. 저는 뇌물을 받는다고 대놓고 말합니다. 숨기지도 않아요. 하지만 어떤 뇌물이냐가 중요하죠. 흰색 그레이하운드 강아지입니다. 이런 건 좀 다르지 않습니까?</w:t>
      </w:r>
    </w:p>
    <w:p>
      <w:pPr>
        <w:spacing w:after="60"/>
      </w:pPr>
      <w:r>
        <w:rPr>
          <w:b/>
        </w:rPr>
        <w:t>시장</w:t>
      </w:r>
      <w:r>
        <w:t xml:space="preserve">  흠. 뇌물은 강아지든 뭐든 뇌물이지요.</w:t>
      </w:r>
    </w:p>
    <w:p>
      <w:pPr>
        <w:spacing w:after="60"/>
      </w:pPr>
      <w:r>
        <w:rPr>
          <w:b/>
        </w:rPr>
        <w:t>암모스</w:t>
      </w:r>
      <w:r>
        <w:t xml:space="preserve">  아닙니다. 500루블짜리 모피 외투나 아내에게 들어온 숄이라면 몰라도—</w:t>
      </w:r>
    </w:p>
    <w:p>
      <w:pPr>
        <w:spacing w:after="60"/>
      </w:pPr>
      <w:r>
        <w:rPr>
          <w:b/>
        </w:rPr>
        <w:t>시장</w:t>
      </w:r>
      <w:r>
        <w:t xml:space="preserve">  짜증스럽게) 그레이하운드 강아지만 받는다고요? 당신은 무신론자고 교회에도 안 나가잖소. 나는 적어도 확실한 신자고 매주 일요일 교회에 갑니다. 당신이 창조에 관해 이야기하기 시작하면 나는 소름이 끼친다니까요.</w:t>
      </w:r>
    </w:p>
    <w:p>
      <w:pPr>
        <w:spacing w:after="60"/>
      </w:pPr>
      <w:r>
        <w:rPr>
          <w:b/>
        </w:rPr>
        <w:t>암모스</w:t>
      </w:r>
      <w:r>
        <w:t xml:space="preserve">  그건 제 머리로 생각해낸 결론입니다.</w:t>
      </w:r>
    </w:p>
    <w:p>
      <w:pPr>
        <w:spacing w:after="60"/>
      </w:pPr>
      <w:r>
        <w:rPr>
          <w:b/>
        </w:rPr>
        <w:t>시장</w:t>
      </w:r>
      <w:r>
        <w:t xml:space="preserve">  머리가 너무 좋은 것도 때로는 머리가 없는 것보다 나쁩니다. 어쨌든 법원 얘기는 그만하죠. 하나님이 지켜주시는 곳이니 누가 들여다볼지도 모르겠습니다.</w:t>
      </w:r>
    </w:p>
    <w:p>
      <w:pPr>
        <w:spacing w:after="60"/>
      </w:pPr>
      <w:r>
        <w:rPr>
          <w:b/>
        </w:rPr>
        <w:t>시장</w:t>
      </w:r>
      <w:r>
        <w:t xml:space="preserve">  그리고 루카 루키치, 학교 감독관인 당신은 선생들을 좀 살펴보세요. 다들 대학까지 나온 학자들이긴 하지만 이상한 습관이 있습니다. 그 직업의 특성인지도 모르죠. 예를 들어 뚱뚱한 얼굴의 선생이 하나 있는데 이름이 생각나지 않습니다. 그 사람은 의자에 앉기만 하면 꼭 이런 표정을 짓습니다.</w:t>
      </w:r>
    </w:p>
    <w:p>
      <w:r>
        <w:rPr>
          <w:i/>
        </w:rPr>
        <w:t>【지문】 시장이 교사의 표정을 흉내 낸다.</w:t>
      </w:r>
    </w:p>
    <w:p>
      <w:pPr>
        <w:spacing w:after="60"/>
      </w:pPr>
      <w:r>
        <w:rPr>
          <w:b/>
        </w:rPr>
        <w:t>시장</w:t>
      </w:r>
      <w:r>
        <w:t xml:space="preserve">  그리고 넥타이 밑으로 손을 넣어 수염을 쓸어내리는 버릇도 있습니다. 학생들에게 그런 표정을 짓는 건 상관없습니다. 필요할 수도 있겠죠. 하지만 방문객에게 그러면 문제가 됩니다. 검찰관이 자기한테 한 행동이라고 오해하면 무슨 일이 생길지 모릅니다.</w:t>
      </w:r>
    </w:p>
    <w:p>
      <w:pPr>
        <w:spacing w:after="60"/>
      </w:pPr>
      <w:r>
        <w:rPr>
          <w:b/>
        </w:rPr>
        <w:t>루카</w:t>
      </w:r>
      <w:r>
        <w:t xml:space="preserve">  저도 여러 번 말했습니다. 며칠 전 귀족 대표가 교실에 들어왔을 때는 평생 본 적 없는 표정을 지었습니다. 좋은 뜻이었겠지만, 저는 젊은이들의 머릿속에 급진적인 사상을 주입한다고 혼났습니다.</w:t>
      </w:r>
    </w:p>
    <w:p>
      <w:pPr>
        <w:spacing w:after="60"/>
      </w:pPr>
      <w:r>
        <w:rPr>
          <w:b/>
        </w:rPr>
        <w:t>시장</w:t>
      </w:r>
      <w:r>
        <w:t xml:space="preserve">  그리고 역사 선생은 또 어떻습니까? 지식도 많고 사실도 많이 알고 있습니다. 그런데 강의할 때 너무 열정적이라 자기를 잊어버립니다. 제가 한 번 들어봤는데 아시리아와 바빌로니아 이야기를 할 때까진 괜찮았어요. 그런데 알렉산더 대왕에 이르자 갑자기 난리가 났습니다. 불이라도 난 줄 알았죠. 연단에서 뛰어내려 의자를 집어 바닥에 내리쳤습니다. 알렉산더 대왕이 영웅인 건 맞지만 그렇다고 의자를 부숴도 된다는 뜻은 아니죠. 결국 비용은 국가가 물어야 합니다.</w:t>
      </w:r>
    </w:p>
    <w:p>
      <w:pPr>
        <w:spacing w:after="60"/>
      </w:pPr>
      <w:r>
        <w:rPr>
          <w:b/>
        </w:rPr>
        <w:t>루카</w:t>
      </w:r>
      <w:r>
        <w:t xml:space="preserve">  네, 성질이 급한 사람입니다. 여러 번 주의를 줬는데도 “마음대로 하십시오. 하지만 학문을 위해서라면 목숨도 바치겠습니다”라고 합니다.</w:t>
      </w:r>
    </w:p>
    <w:p>
      <w:pPr>
        <w:spacing w:after="60"/>
      </w:pPr>
      <w:r>
        <w:rPr>
          <w:b/>
        </w:rPr>
        <w:t>시장</w:t>
      </w:r>
      <w:r>
        <w:t xml:space="preserve">  참 기묘한 운명입니다. 똑똑한 사람은 술에 취해 있거나, 아니면 사람을 도망치게 만드는 표정을 짓습니다.</w:t>
      </w:r>
    </w:p>
    <w:p>
      <w:pPr>
        <w:spacing w:after="60"/>
      </w:pPr>
      <w:r>
        <w:rPr>
          <w:b/>
        </w:rPr>
        <w:t>루카</w:t>
      </w:r>
      <w:r>
        <w:t xml:space="preserve">  교육 부서에서 일하는 게 이렇게 무서운 일인 줄 몰랐습니다. 누구나 겁납니다. 모두가 간섭하고, 자기가 당신만큼 똑똑하다는 걸 보여주려 하니까요.</w:t>
      </w:r>
    </w:p>
    <w:p>
      <w:pPr>
        <w:spacing w:after="60"/>
      </w:pPr>
      <w:r>
        <w:rPr>
          <w:b/>
        </w:rPr>
        <w:t>시장</w:t>
      </w:r>
      <w:r>
        <w:t xml:space="preserve">  그건 아무것도 아닙니다. 문제는 이 망할 신분 위장입니다. 어느 순간 문이 열리고 이런 소리가 들릴 겁니다. “아, 여기 있었군요. 여기 판사는 누구죠?” “리압킨-탸프킨입니다.” “리압킨-탸프킨을 불러오세요. 그럼 자선시설 감독관은?” “젬랴니카입니다.” “젬랴니카를 데려오세요.” 이게 정말 골치 아픈 겁니다.</w:t>
      </w:r>
    </w:p>
    <w:p>
      <w:r>
        <w:rPr>
          <w:b/>
          <w:sz w:val="26"/>
        </w:rPr>
        <w:t>장면 2</w:t>
      </w:r>
    </w:p>
    <w:p>
      <w:r>
        <w:rPr>
          <w:i/>
        </w:rPr>
        <w:t>【지문】 우체국장 이반 쿠즈미치가 들어온다.</w:t>
      </w:r>
    </w:p>
    <w:p>
      <w:pPr>
        <w:spacing w:after="60"/>
      </w:pPr>
      <w:r>
        <w:rPr>
          <w:b/>
        </w:rPr>
        <w:t>우체국장</w:t>
      </w:r>
      <w:r>
        <w:t xml:space="preserve">  여러분, 누가 온다는 겁니까? 무슨 관리가 온다는 거죠?</w:t>
      </w:r>
    </w:p>
    <w:p>
      <w:pPr>
        <w:spacing w:after="60"/>
      </w:pPr>
      <w:r>
        <w:rPr>
          <w:b/>
        </w:rPr>
        <w:t>시장</w:t>
      </w:r>
      <w:r>
        <w:t xml:space="preserve">  아직 못 들었습니까?</w:t>
      </w:r>
    </w:p>
    <w:p>
      <w:pPr>
        <w:spacing w:after="60"/>
      </w:pPr>
      <w:r>
        <w:rPr>
          <w:b/>
        </w:rPr>
        <w:t>우체국장</w:t>
      </w:r>
      <w:r>
        <w:t xml:space="preserve">  보브친스키가 말해줬습니다. 조금 전에 우체국에 왔었거든요.</w:t>
      </w:r>
    </w:p>
    <w:p>
      <w:pPr>
        <w:spacing w:after="60"/>
      </w:pPr>
      <w:r>
        <w:rPr>
          <w:b/>
        </w:rPr>
        <w:t>시장</w:t>
      </w:r>
      <w:r>
        <w:t xml:space="preserve">  그래서 어떻게 생각합니까?</w:t>
      </w:r>
    </w:p>
    <w:p>
      <w:pPr>
        <w:spacing w:after="60"/>
      </w:pPr>
      <w:r>
        <w:rPr>
          <w:b/>
        </w:rPr>
        <w:t>우체국장</w:t>
      </w:r>
      <w:r>
        <w:t xml:space="preserve">  어떻게 생각하냐고요? 터키와 전쟁을 하게 될 겁니다.</w:t>
      </w:r>
    </w:p>
    <w:p>
      <w:pPr>
        <w:spacing w:after="60"/>
      </w:pPr>
      <w:r>
        <w:rPr>
          <w:b/>
        </w:rPr>
        <w:t>암모스</w:t>
      </w:r>
      <w:r>
        <w:t xml:space="preserve">  바로 그겁니다. 저도 그렇게 생각했습니다.</w:t>
      </w:r>
    </w:p>
    <w:p>
      <w:pPr>
        <w:spacing w:after="60"/>
      </w:pPr>
      <w:r>
        <w:rPr>
          <w:b/>
        </w:rPr>
        <w:t>시장</w:t>
      </w:r>
      <w:r>
        <w:t xml:space="preserve">  비꼬듯) 두 분 다 정확히 허공을 맞히셨군요.</w:t>
      </w:r>
    </w:p>
    <w:p>
      <w:pPr>
        <w:spacing w:after="60"/>
      </w:pPr>
      <w:r>
        <w:rPr>
          <w:b/>
        </w:rPr>
        <w:t>우체국장</w:t>
      </w:r>
      <w:r>
        <w:t xml:space="preserve">  터키와 전쟁이 확실합니다. 프랑스가 뒤에서 부추기는 겁니다.</w:t>
      </w:r>
    </w:p>
    <w:p>
      <w:pPr>
        <w:spacing w:after="60"/>
      </w:pPr>
      <w:r>
        <w:rPr>
          <w:b/>
        </w:rPr>
        <w:t>시장</w:t>
      </w:r>
      <w:r>
        <w:t xml:space="preserve">  말도 안 되는 소리! 터키와 전쟁이라니. 당하는 건 우리가 될 겁니다. 여기 편지가 있잖습니까.</w:t>
      </w:r>
    </w:p>
    <w:p>
      <w:pPr>
        <w:spacing w:after="60"/>
      </w:pPr>
      <w:r>
        <w:rPr>
          <w:b/>
        </w:rPr>
        <w:t>우체국장</w:t>
      </w:r>
      <w:r>
        <w:t xml:space="preserve">  그렇다면 터키와 전쟁을 하지 않겠군요.</w:t>
      </w:r>
    </w:p>
    <w:p>
      <w:pPr>
        <w:spacing w:after="60"/>
      </w:pPr>
      <w:r>
        <w:rPr>
          <w:b/>
        </w:rPr>
        <w:t>시장</w:t>
      </w:r>
      <w:r>
        <w:t xml:space="preserve">  그런데 이반 쿠즈미치, 당신은 어떻게 생각합니까?</w:t>
      </w:r>
    </w:p>
    <w:p>
      <w:pPr>
        <w:spacing w:after="60"/>
      </w:pPr>
      <w:r>
        <w:rPr>
          <w:b/>
        </w:rPr>
        <w:t>우체국장</w:t>
      </w:r>
      <w:r>
        <w:t xml:space="preserve">  제가 어떻게 생각하느냐고요? 안톤 안토노비치, 당신은 어떻게 생각합니까?</w:t>
      </w:r>
    </w:p>
    <w:p>
      <w:pPr>
        <w:spacing w:after="60"/>
      </w:pPr>
      <w:r>
        <w:rPr>
          <w:b/>
        </w:rPr>
        <w:t>시장</w:t>
      </w:r>
      <w:r>
        <w:t xml:space="preserve">  나는? 두렵진 않습니다. 다만 조금—뭐랄까. 상인들과 시민들이 나를 괴롭힙니다. 내가 인기가 없는 것 같아요. 하지만 맹세컨대 내가 누군가에게서 뭔가를 받은 적이 있다 해도 악의는 없었습니다.</w:t>
      </w:r>
    </w:p>
    <w:p>
      <w:r>
        <w:rPr>
          <w:i/>
        </w:rPr>
        <w:t>【지문】 시장이 우체국장의 팔을 잡고 한쪽으로 데려간다.</w:t>
      </w:r>
    </w:p>
    <w:p>
      <w:pPr>
        <w:spacing w:after="60"/>
      </w:pPr>
      <w:r>
        <w:rPr>
          <w:b/>
        </w:rPr>
        <w:t>시장</w:t>
      </w:r>
      <w:r>
        <w:t xml:space="preserve">  혹시 내가 고발당한 게 아닌가 싶습니다. 검찰관을 보내는 데는 이유가 있을 테니까요. 말이죠, 이반 쿠즈미치. 당신이 우체국을 지나가는 편지를 조금씩 열어보면 어떻겠습니까? 우리 모두를 위한 일이죠. 내게 불리한 내용이 있는지 없는지만 확인하는 겁니다. 괜찮으면 다시 봉해서 보내거나, 그냥 열린 채로 배달해도 되고요.</w:t>
      </w:r>
    </w:p>
    <w:p>
      <w:pPr>
        <w:spacing w:after="60"/>
      </w:pPr>
      <w:r>
        <w:rPr>
          <w:b/>
        </w:rPr>
        <w:t>우체국장</w:t>
      </w:r>
      <w:r>
        <w:t xml:space="preserve">  그건 제가 잘 압니다. 가르쳐주실 필요 없습니다. 예방 차원이라기보다는 그냥 궁금해서 하는 겁니다. 세상에 무슨 일이 벌어지는지 너무 알고 싶거든요. 편지 읽는 게 꽤 재미있습니다. 모스크바 관보보다 재미있는 것도 있어요.</w:t>
      </w:r>
    </w:p>
    <w:p>
      <w:pPr>
        <w:spacing w:after="60"/>
      </w:pPr>
      <w:r>
        <w:rPr>
          <w:b/>
        </w:rPr>
        <w:t>시장</w:t>
      </w:r>
      <w:r>
        <w:t xml:space="preserve">  그렇다면 상트페테르부르크에서 온 관리에 관해서 읽은 건 없습니까?</w:t>
      </w:r>
    </w:p>
    <w:p>
      <w:pPr>
        <w:spacing w:after="60"/>
      </w:pPr>
      <w:r>
        <w:rPr>
          <w:b/>
        </w:rPr>
        <w:t>우체국장</w:t>
      </w:r>
      <w:r>
        <w:t xml:space="preserve">  상트페테르부르크 관리는 없었습니다. 코스트로마와 사라토프 관리에 관한 편지는 많이 읽었습니다. 참 재미있어요. 편지를 읽지 않는 게 안타깝습니다.</w:t>
      </w:r>
    </w:p>
    <w:p>
      <w:pPr>
        <w:spacing w:after="60"/>
      </w:pPr>
      <w:r>
        <w:rPr>
          <w:b/>
        </w:rPr>
        <w:t>시장</w:t>
      </w:r>
      <w:r>
        <w:t xml:space="preserve">  지금은 그런 이야기를 할 때가 아닙니다. 고발장이나 고발 내용이 들어간 편지가 나오면 주저하지 말고 바로 숨겨주세요.</w:t>
      </w:r>
    </w:p>
    <w:p>
      <w:pPr>
        <w:spacing w:after="60"/>
      </w:pPr>
      <w:r>
        <w:rPr>
          <w:b/>
        </w:rPr>
        <w:t>우체국장</w:t>
      </w:r>
      <w:r>
        <w:t xml:space="preserve">  기꺼이 그러겠습니다.</w:t>
      </w:r>
    </w:p>
    <w:p>
      <w:pPr>
        <w:spacing w:after="60"/>
      </w:pPr>
      <w:r>
        <w:rPr>
          <w:b/>
        </w:rPr>
        <w:t>암모스</w:t>
      </w:r>
      <w:r>
        <w:t xml:space="preserve">  조심하십시오. 괜히 문제에 휘말릴 수 있습니다.</w:t>
      </w:r>
    </w:p>
    <w:p>
      <w:pPr>
        <w:spacing w:after="60"/>
      </w:pPr>
      <w:r>
        <w:rPr>
          <w:b/>
        </w:rPr>
        <w:t>우체국장</w:t>
      </w:r>
      <w:r>
        <w:t xml:space="preserve">  맙소사!</w:t>
      </w:r>
    </w:p>
    <w:p>
      <w:pPr>
        <w:spacing w:after="60"/>
      </w:pPr>
      <w:r>
        <w:rPr>
          <w:b/>
        </w:rPr>
        <w:t>시장</w:t>
      </w:r>
      <w:r>
        <w:t xml:space="preserve">  걱정 마세요. 공개적으로 뿌리지만 않으면 됩니다. 우리끼리의 사적인 일이니까.</w:t>
      </w:r>
    </w:p>
    <w:p>
      <w:pPr>
        <w:spacing w:after="60"/>
      </w:pPr>
      <w:r>
        <w:rPr>
          <w:b/>
        </w:rPr>
        <w:t>암모스</w:t>
      </w:r>
      <w:r>
        <w:t xml:space="preserve">  참 골치 아픈 일입니다. 사실 저는 오늘 당신에게 강아지 한 마리를 선물하려고 왔습니다. 그 개 기억하시죠? 그 개의 동생입니다. 그리고 체프토비치와 바르호빈스키가 소송을 시작했다는 이야기도 들으셨을 겁니다. 덕분에 저는 아주 잘 지내고 있습니다. 한쪽 영지에서 토끼를 잡다가 다른 쪽 영지로 가서 또 잡고 있죠.</w:t>
      </w:r>
    </w:p>
    <w:p>
      <w:pPr>
        <w:spacing w:after="60"/>
      </w:pPr>
      <w:r>
        <w:rPr>
          <w:b/>
        </w:rPr>
        <w:t>시장</w:t>
      </w:r>
      <w:r>
        <w:t xml:space="preserve">  지금 토끼 얘기는 관심 없습니다. 내 머릿속에는 그 망할 신분 위장 생각뿐입니다. 언제 문이 열리고 그 사람이 들어올지 모르니까요—</w:t>
      </w:r>
    </w:p>
    <w:p>
      <w:r>
        <w:rPr>
          <w:b/>
          <w:sz w:val="26"/>
        </w:rPr>
        <w:t>장면 3</w:t>
      </w:r>
    </w:p>
    <w:p>
      <w:r>
        <w:rPr>
          <w:i/>
        </w:rPr>
        <w:t>【지문】 보브친스키와 도브친스키가 숨을 헐떡이며 뛰어 들어온다.</w:t>
      </w:r>
    </w:p>
    <w:p>
      <w:pPr>
        <w:spacing w:after="60"/>
      </w:pPr>
      <w:r>
        <w:rPr>
          <w:b/>
        </w:rPr>
        <w:t>보브친스키</w:t>
      </w:r>
      <w:r>
        <w:t xml:space="preserve">  정말 놀라운 일이 벌어졌습니다!</w:t>
      </w:r>
    </w:p>
    <w:p>
      <w:pPr>
        <w:spacing w:after="60"/>
      </w:pPr>
      <w:r>
        <w:rPr>
          <w:b/>
        </w:rPr>
        <w:t>도브친스키</w:t>
      </w:r>
      <w:r>
        <w:t xml:space="preserve">  정말 뜻밖의 소식입니다!</w:t>
      </w:r>
    </w:p>
    <w:p>
      <w:pPr>
        <w:spacing w:after="60"/>
      </w:pPr>
      <w:r>
        <w:rPr>
          <w:b/>
        </w:rPr>
        <w:t>모두</w:t>
      </w:r>
      <w:r>
        <w:t xml:space="preserve">  무슨 일입니까?</w:t>
      </w:r>
    </w:p>
    <w:p>
      <w:pPr>
        <w:spacing w:after="60"/>
      </w:pPr>
      <w:r>
        <w:rPr>
          <w:b/>
        </w:rPr>
        <w:t>도브친스키</w:t>
      </w:r>
      <w:r>
        <w:t xml:space="preserve">  정말 예상도 못 한 일이었습니다. 저희가 여관에 들어가려는데—</w:t>
      </w:r>
    </w:p>
    <w:p>
      <w:pPr>
        <w:spacing w:after="60"/>
      </w:pPr>
      <w:r>
        <w:rPr>
          <w:b/>
        </w:rPr>
        <w:t>보브친스키</w:t>
      </w:r>
      <w:r>
        <w:t xml:space="preserve">  네, 표트르 이바노비치와 제가 여관에 들어가려는데—</w:t>
      </w:r>
    </w:p>
    <w:p>
      <w:pPr>
        <w:spacing w:after="60"/>
      </w:pPr>
      <w:r>
        <w:rPr>
          <w:b/>
        </w:rPr>
        <w:t>도브친스키</w:t>
      </w:r>
      <w:r>
        <w:t xml:space="preserve">  표트르 이바노비치, 제가 말하게 해주세요.</w:t>
      </w:r>
    </w:p>
    <w:p>
      <w:pPr>
        <w:spacing w:after="60"/>
      </w:pPr>
      <w:r>
        <w:rPr>
          <w:b/>
        </w:rPr>
        <w:t>보브친스키</w:t>
      </w:r>
      <w:r>
        <w:t xml:space="preserve">  아니, 제가 말하게 해주세요. 당신은 안 됩니다. 말재주가 없잖아요.</w:t>
      </w:r>
    </w:p>
    <w:p>
      <w:pPr>
        <w:spacing w:after="60"/>
      </w:pPr>
      <w:r>
        <w:rPr>
          <w:b/>
        </w:rPr>
        <w:t>도브친스키</w:t>
      </w:r>
      <w:r>
        <w:t xml:space="preserve">  당신은 이야기를 뒤죽박죽 만들어서 아무것도 기억하지 못할 겁니다.</w:t>
      </w:r>
    </w:p>
    <w:p>
      <w:pPr>
        <w:spacing w:after="60"/>
      </w:pPr>
      <w:r>
        <w:rPr>
          <w:b/>
        </w:rPr>
        <w:t>보브친스키</w:t>
      </w:r>
      <w:r>
        <w:t xml:space="preserve">  그럴 리가요! 절대 아닙니다. 제발 끼어들지 마세요! 여러분, 도브친스키가 끼어들지 못하게 말 좀 해주십시오.</w:t>
      </w:r>
    </w:p>
    <w:p>
      <w:pPr>
        <w:spacing w:after="60"/>
      </w:pPr>
      <w:r>
        <w:rPr>
          <w:b/>
        </w:rPr>
        <w:t>시장</w:t>
      </w:r>
      <w:r>
        <w:t xml:space="preserve">  제발 말하세요! 무슨 일입니까? 심장이 목구멍까지 올라왔습니다. 앉으세요. 여기 의자 있습니다. 자, 둘러앉으세요. 무슨 일인지 말해보세요.</w:t>
      </w:r>
    </w:p>
    <w:p>
      <w:r>
        <w:rPr>
          <w:i/>
        </w:rPr>
        <w:t>【지문】 모두 두 사람 주변에 앉는다.</w:t>
      </w:r>
    </w:p>
    <w:p>
      <w:pPr>
        <w:spacing w:after="60"/>
      </w:pPr>
      <w:r>
        <w:rPr>
          <w:b/>
        </w:rPr>
        <w:t>보브친스키</w:t>
      </w:r>
      <w:r>
        <w:t xml:space="preserve">  말씀드리겠습니다. 제가 정확히 있었던 일을 전부 말씀드리죠. 제가 시장님께서 받으신 편지에 대해 말씀드리고 나서—제발 끼어들지 마세요, 도브친스키. 저는 전부 압니다.—코롭킨을 찾아갔습니다. 그런데 집에 없더군요. 그래서 라스타콥스키에게 갔는데 그 사람도 없었습니다. 그래서 이반 쿠즈미치에게 가서 시장님이 받으신 소식을 전하려고 했습니다. 그러다가 도브친스키를 만났습니다.</w:t>
      </w:r>
    </w:p>
    <w:p>
      <w:pPr>
        <w:spacing w:after="60"/>
      </w:pPr>
      <w:r>
        <w:rPr>
          <w:b/>
        </w:rPr>
        <w:t>도브친스키</w:t>
      </w:r>
      <w:r>
        <w:t xml:space="preserve">  파이를 파는 가판대에서요.</w:t>
      </w:r>
    </w:p>
    <w:p>
      <w:pPr>
        <w:spacing w:after="60"/>
      </w:pPr>
      <w:r>
        <w:rPr>
          <w:b/>
        </w:rPr>
        <w:t>보브친스키</w:t>
      </w:r>
      <w:r>
        <w:t xml:space="preserve">  맞습니다. 파이 가판대에서요. 그래서 제가 말했습니다. “안톤 안토노비치에게 아주 믿을 만한 편지가 왔다는 소식 들었습니까?” 그런데 도브친스키는 이미 시장님 댁의 하녀 아브도티야에게서 들었다더군요. 아브도티야가 왜 그랬는지는 모르겠지만 필리프 안토노비치 파체추예프에게 갔다고 합니다.</w:t>
      </w:r>
    </w:p>
    <w:p>
      <w:pPr>
        <w:spacing w:after="60"/>
      </w:pPr>
      <w:r>
        <w:rPr>
          <w:b/>
        </w:rPr>
        <w:t>도브친스키</w:t>
      </w:r>
      <w:r>
        <w:t xml:space="preserve">  프랑스산 브랜디 작은 통을 받으러 갔죠.</w:t>
      </w:r>
    </w:p>
    <w:p>
      <w:pPr>
        <w:spacing w:after="60"/>
      </w:pPr>
      <w:r>
        <w:rPr>
          <w:b/>
        </w:rPr>
        <w:t>보브친스키</w:t>
      </w:r>
      <w:r>
        <w:t xml:space="preserve">  맞아요. 그래서 우리는 파체추예프에게 갔습니다. 그런데 가는 길에 도브친스키가 말했습니다. “여관에 가자. 아침부터 아무것도 못 먹었어. 배에서 소리가 나.” 실제로 배에서 소리가 났습니다. 그리고 여관에 신선한 연어가 들어왔다고 했습니다. 그래서 뭘 좀 먹으러 갔죠. 그런데 여관에 들어가자마자 젊은 남자를 보았습니다—</w:t>
      </w:r>
    </w:p>
    <w:p>
      <w:pPr>
        <w:spacing w:after="60"/>
      </w:pPr>
      <w:r>
        <w:rPr>
          <w:b/>
        </w:rPr>
        <w:t>도브친스키</w:t>
      </w:r>
      <w:r>
        <w:t xml:space="preserve">  제법 잘생겼고, 평범한 민간인 옷을 입고 있었습니다.</w:t>
      </w:r>
    </w:p>
    <w:p>
      <w:pPr>
        <w:spacing w:after="60"/>
      </w:pPr>
      <w:r>
        <w:rPr>
          <w:b/>
        </w:rPr>
        <w:t>보브친스키</w:t>
      </w:r>
      <w:r>
        <w:t xml:space="preserve">  맞습니다. 잘생긴 편이고 평범한 옷을 입고 있었죠. 방 안을 왔다 갔다 하고 있었는데, 얼굴에 뭔가 특별한 데가 있었습니다. 뭔가 깊은 것이 있는 듯했고—이렇게 말입니다.</w:t>
      </w:r>
    </w:p>
    <w:p>
      <w:r>
        <w:rPr>
          <w:i/>
        </w:rPr>
        <w:t>【지문】 보브친스키가 이마에 손을 대고 빙빙 돌린다.</w:t>
      </w:r>
    </w:p>
    <w:p>
      <w:pPr>
        <w:spacing w:after="60"/>
      </w:pPr>
      <w:r>
        <w:rPr>
          <w:b/>
        </w:rPr>
        <w:t>보브친스키</w:t>
      </w:r>
      <w:r>
        <w:t xml:space="preserve">  온갖 생각이 가득한 얼굴이었죠. 그래서 제가 도브친스키에게 말했습니다. “뭔가 이상하다. 보통 사람이 아니다.” 그리고 우리는 여관 주인 블라스에게 손짓했습니다. 아시죠? 3주 전에 아내가 아들을 낳았습니다. 아주 튼튼한 아이랍니다. 아버지처럼 자라서 여관을 물려받겠죠. 아무튼 우리는 블라스를 불렀고, 도브친스키가 조용히 물었습니다. “저 젊은이는 누구요?” 그랬더니 블라스가 말했습니다. “그 젊은이요? 그 젊은이 말입니까?”</w:t>
      </w:r>
    </w:p>
    <w:p>
      <w:pPr>
        <w:spacing w:after="60"/>
      </w:pPr>
      <w:r>
        <w:rPr>
          <w:b/>
        </w:rPr>
        <w:t>보브친스키</w:t>
      </w:r>
      <w:r>
        <w:t xml:space="preserve">  제발 끼어들지 마세요. 당신은 이야기를 못 합니다. 정말 못해요. 혀가 짧아서 발음도 새잖아요. 이빨 하나밖에 없어서 휘파람 소리까지 난다고요. 제가 제대로 말씀드리겠습니다. 블라스가 말하길, “그 젊은이는 관리입니다.”</w:t>
      </w:r>
    </w:p>
    <w:p>
      <w:pPr>
        <w:spacing w:after="60"/>
      </w:pPr>
      <w:r>
        <w:rPr>
          <w:b/>
        </w:rPr>
        <w:t>보브친스키</w:t>
      </w:r>
      <w:r>
        <w:t xml:space="preserve">  상트페테르부르크에서 오는 관리랍니다. 이름은 이반 알렉산드로비치 흘레스타코프. 사라토프 관구로 가는 길이라고 했습니다. 그런데 행동이 이상하답니다. 벌써 2주째 여기 있는데 밖으로 나가지도 않고, 돈도 한 푼 내지 않고 전부 외상으로 지낸다는 겁니다. 그 말을 듣는 순간 제 머릿속에 번개처럼 떠올랐습니다. 그래서 도브친스키에게 “이거다!”라고 했죠.</w:t>
      </w:r>
    </w:p>
    <w:p>
      <w:pPr>
        <w:spacing w:after="60"/>
      </w:pPr>
      <w:r>
        <w:rPr>
          <w:b/>
        </w:rPr>
        <w:t>도브친스키</w:t>
      </w:r>
      <w:r>
        <w:t xml:space="preserve">  아니요. 제가 먼저 “이거다!”라고 했습니다.</w:t>
      </w:r>
    </w:p>
    <w:p>
      <w:pPr>
        <w:spacing w:after="60"/>
      </w:pPr>
      <w:r>
        <w:rPr>
          <w:b/>
        </w:rPr>
        <w:t>보브친스키</w:t>
      </w:r>
      <w:r>
        <w:t xml:space="preserve">  먼저 당신이 하고 제가 따라 한 거죠. 그래서 둘이 동시에 생각했습니다. “사라토프로 간다면서 왜 여기 계속 있는 거지?” 바로 그 관리였습니다.</w:t>
      </w:r>
    </w:p>
    <w:p>
      <w:pPr>
        <w:spacing w:after="60"/>
      </w:pPr>
      <w:r>
        <w:rPr>
          <w:b/>
        </w:rPr>
        <w:t>시장</w:t>
      </w:r>
      <w:r>
        <w:t xml:space="preserve">  누구요? 무슨 관리 말입니까?</w:t>
      </w:r>
    </w:p>
    <w:p>
      <w:pPr>
        <w:spacing w:after="60"/>
      </w:pPr>
      <w:r>
        <w:rPr>
          <w:b/>
        </w:rPr>
        <w:t>보브친스키</w:t>
      </w:r>
      <w:r>
        <w:t xml:space="preserve">  시장님께 통보된 바로 그 관리 말입니다. 검찰관입니다.</w:t>
      </w:r>
    </w:p>
    <w:p>
      <w:pPr>
        <w:spacing w:after="60"/>
      </w:pPr>
      <w:r>
        <w:rPr>
          <w:b/>
        </w:rPr>
        <w:t>시장</w:t>
      </w:r>
      <w:r>
        <w:t xml:space="preserve">  겁에 질려) 맙소사! 무슨 소리를 하는 겁니까? 그럴 리가 없습니다.</w:t>
      </w:r>
    </w:p>
    <w:p>
      <w:pPr>
        <w:spacing w:after="60"/>
      </w:pPr>
      <w:r>
        <w:rPr>
          <w:b/>
        </w:rPr>
        <w:t>도브친스키</w:t>
      </w:r>
      <w:r>
        <w:t xml:space="preserve">  맞습니다. 누가 봐도 그 사람입니다. 여관비를 내지도 않고 나가지도 않습니다. 다른 사람이 누구겠습니까? 게다가 사라토프로 갈 역마차까지 주문해놓았습니다.</w:t>
      </w:r>
    </w:p>
    <w:p>
      <w:pPr>
        <w:spacing w:after="60"/>
      </w:pPr>
      <w:r>
        <w:rPr>
          <w:b/>
        </w:rPr>
        <w:t>보브친스키</w:t>
      </w:r>
      <w:r>
        <w:t xml:space="preserve">  그 사람입니다, 그 사람! 정말 예리합니다. 모든 걸 살펴보고 있었어요. 도브친스키와 제가 연어를 먹고 있었는데—주로 도브친스키 배 때문에 먹은 겁니다—그 사람이 우리 접시를 너무 빤히 보는 바람에 저는 겁이 나 죽는 줄 알았습니다.</w:t>
      </w:r>
    </w:p>
    <w:p>
      <w:pPr>
        <w:spacing w:after="60"/>
      </w:pPr>
      <w:r>
        <w:rPr>
          <w:b/>
        </w:rPr>
        <w:t>시장</w:t>
      </w:r>
      <w:r>
        <w:t xml:space="preserve">  신이시여, 죄 많은 우리를 불쌍히 여기소서! 몇 호실에 있습니까?</w:t>
      </w:r>
    </w:p>
    <w:p>
      <w:pPr>
        <w:spacing w:after="60"/>
      </w:pPr>
      <w:r>
        <w:rPr>
          <w:b/>
        </w:rPr>
        <w:t>도브친스키</w:t>
      </w:r>
      <w:r>
        <w:t xml:space="preserve">  계단 옆 5호실입니다.</w:t>
      </w:r>
    </w:p>
    <w:p>
      <w:pPr>
        <w:spacing w:after="60"/>
      </w:pPr>
      <w:r>
        <w:rPr>
          <w:b/>
        </w:rPr>
        <w:t>보브친스키</w:t>
      </w:r>
      <w:r>
        <w:t xml:space="preserve">  작년에 장교들이 서로 싸웠던 바로 그 방입니다.</w:t>
      </w:r>
    </w:p>
    <w:p>
      <w:pPr>
        <w:spacing w:after="60"/>
      </w:pPr>
      <w:r>
        <w:rPr>
          <w:b/>
        </w:rPr>
        <w:t>시장</w:t>
      </w:r>
      <w:r>
        <w:t xml:space="preserve">  얼마나 머물렀습니까?</w:t>
      </w:r>
    </w:p>
    <w:p>
      <w:pPr>
        <w:spacing w:after="60"/>
      </w:pPr>
      <w:r>
        <w:rPr>
          <w:b/>
        </w:rPr>
        <w:t>도브친스키</w:t>
      </w:r>
      <w:r>
        <w:t xml:space="preserve">  2주입니다. 성 바실리 축일에 왔습니다.</w:t>
      </w:r>
    </w:p>
    <w:p>
      <w:pPr>
        <w:spacing w:after="60"/>
      </w:pPr>
      <w:r>
        <w:rPr>
          <w:b/>
        </w:rPr>
        <w:t>시장</w:t>
      </w:r>
      <w:r>
        <w:t xml:space="preserve">  2주라고요!</w:t>
      </w:r>
    </w:p>
    <w:p>
      <w:r>
        <w:rPr>
          <w:i/>
        </w:rPr>
        <w:t>【지문】 시장, 혼잣말처럼.</w:t>
      </w:r>
    </w:p>
    <w:p>
      <w:pPr>
        <w:spacing w:after="60"/>
      </w:pPr>
      <w:r>
        <w:rPr>
          <w:b/>
        </w:rPr>
        <w:t>시장</w:t>
      </w:r>
      <w:r>
        <w:t xml:space="preserve">  성인들이여, 제발 저를 구해주소서. 그 2주 동안 내가 무슨 짓을 했는가! 하사관의 아내를 매질했고, 죄수들에게 배급도 제대로 하지 않았고, 거리는 술집보다 더 더럽습니다. 망신입니다. 완전히 망신이에요!</w:t>
      </w:r>
    </w:p>
    <w:p>
      <w:r>
        <w:rPr>
          <w:i/>
        </w:rPr>
        <w:t>【지문】 시장이 두 손으로 머리를 움켜쥔다.</w:t>
      </w:r>
    </w:p>
    <w:p>
      <w:pPr>
        <w:spacing w:after="60"/>
      </w:pPr>
      <w:r>
        <w:rPr>
          <w:b/>
        </w:rPr>
        <w:t>아르테미</w:t>
      </w:r>
      <w:r>
        <w:t xml:space="preserve">  안톤 안토노비치, 우리 모두 정식으로 여관에 가는 게 낫지 않겠습니까?</w:t>
      </w:r>
    </w:p>
    <w:p>
      <w:pPr>
        <w:spacing w:after="60"/>
      </w:pPr>
      <w:r>
        <w:rPr>
          <w:b/>
        </w:rPr>
        <w:t>암모스</w:t>
      </w:r>
      <w:r>
        <w:t xml:space="preserve">  아니요. 먼저 시장을 보내고, 그다음 성직자, 그다음 상인들을 보내야 합니다. 책에 그렇게 나와 있습니다. 프리메이슨 요한의 행적이라는 책에요.</w:t>
      </w:r>
    </w:p>
    <w:p>
      <w:pPr>
        <w:spacing w:after="60"/>
      </w:pPr>
      <w:r>
        <w:rPr>
          <w:b/>
        </w:rPr>
        <w:t>시장</w:t>
      </w:r>
      <w:r>
        <w:t xml:space="preserve">  아니, 아니. 내가 처리하겠습니다. 나도 어려운 상황을 여러 번 겪어봤습니다. 항상 잘 넘어갔고 오히려 칭찬까지 받았어요. 이번에도 신께서 도와주시겠죠.</w:t>
      </w:r>
    </w:p>
    <w:p>
      <w:pPr>
        <w:spacing w:after="60"/>
      </w:pPr>
      <w:r>
        <w:rPr>
          <w:b/>
        </w:rPr>
        <w:t>시장</w:t>
      </w:r>
      <w:r>
        <w:t xml:space="preserve">  보브친스키에게) 젊은 사람이라고 했죠?</w:t>
      </w:r>
    </w:p>
    <w:p>
      <w:pPr>
        <w:spacing w:after="60"/>
      </w:pPr>
      <w:r>
        <w:rPr>
          <w:b/>
        </w:rPr>
        <w:t>보브친스키</w:t>
      </w:r>
      <w:r>
        <w:t xml:space="preserve">  네. 스물셋이나 스물넷 정도입니다.</w:t>
      </w:r>
    </w:p>
    <w:p>
      <w:pPr>
        <w:spacing w:after="60"/>
      </w:pPr>
      <w:r>
        <w:rPr>
          <w:b/>
        </w:rPr>
        <w:t>시장</w:t>
      </w:r>
      <w:r>
        <w:t xml:space="preserve">  그럼 오히려 잘됐습니다. 젊은 사람에게서 속내를 끌어내기가 쉽죠. 늙고 단단한 인간이라면 어렵지만, 젊은 사람은 속이 훤히 보입니다. 여러분은 각자 맡은 일을 처리하세요. 나는 혼자, 아니면 도브친스키와 함께 산책이라도 하는 척하면서 여관에 가겠습니다. 이 도시를 방문한 사람이 제대로 대접받고 있는지 확인하는 겁니다. 여기, 스비스투노프!</w:t>
      </w:r>
    </w:p>
    <w:p>
      <w:pPr>
        <w:spacing w:after="60"/>
      </w:pPr>
      <w:r>
        <w:rPr>
          <w:b/>
        </w:rPr>
        <w:t>스비스투노프</w:t>
      </w:r>
      <w:r>
        <w:t xml:space="preserve">  네.</w:t>
      </w:r>
    </w:p>
    <w:p>
      <w:pPr>
        <w:spacing w:after="60"/>
      </w:pPr>
      <w:r>
        <w:rPr>
          <w:b/>
        </w:rPr>
        <w:t>시장</w:t>
      </w:r>
      <w:r>
        <w:t xml:space="preserve">  당장 경찰서장에게 가세요. 아니, 내가 당신을 필요로 하니—누구든 사람을 보내서 경찰서장을 최대한 빨리 여기로 오게 하세요. 그리고 다시 돌아오세요.</w:t>
      </w:r>
    </w:p>
    <w:p>
      <w:r>
        <w:rPr>
          <w:i/>
        </w:rPr>
        <w:t>【지문】 스비스투노프가 급히 나간다.</w:t>
      </w:r>
    </w:p>
    <w:p>
      <w:pPr>
        <w:spacing w:after="60"/>
      </w:pPr>
      <w:r>
        <w:rPr>
          <w:b/>
        </w:rPr>
        <w:t>아르테미</w:t>
      </w:r>
      <w:r>
        <w:t xml:space="preserve">  가자, 가자, 암모스 표도로비치. 정말 곤란한 일이 생길 수 있습니다.</w:t>
      </w:r>
    </w:p>
    <w:p>
      <w:pPr>
        <w:spacing w:after="60"/>
      </w:pPr>
      <w:r>
        <w:rPr>
          <w:b/>
        </w:rPr>
        <w:t>암모스</w:t>
      </w:r>
      <w:r>
        <w:t xml:space="preserve">  뭘 그렇게 겁냅니까? 환자들에게 깨끗한 모자만 씌우면 끝입니다.</w:t>
      </w:r>
    </w:p>
    <w:p>
      <w:pPr>
        <w:spacing w:after="60"/>
      </w:pPr>
      <w:r>
        <w:rPr>
          <w:b/>
        </w:rPr>
        <w:t>아르테미</w:t>
      </w:r>
      <w:r>
        <w:t xml:space="preserve">  모자라니! 말도 안 됩니다. 환자들에게는 오트밀 수프를 먹이라고 해놓고 복도마다 양배추 냄새가 진동합니다. 코를 막고 다녀야 할 정도예요.</w:t>
      </w:r>
    </w:p>
    <w:p>
      <w:pPr>
        <w:spacing w:after="60"/>
      </w:pPr>
      <w:r>
        <w:rPr>
          <w:b/>
        </w:rPr>
        <w:t>암모스</w:t>
      </w:r>
      <w:r>
        <w:t xml:space="preserve">  난 걱정 없습니다. 법원에 누가 오겠습니까? 설령 서류를 들여다본다고 해도, 차라리 안 보는 게 낫다고 생각할 겁니다. 내가 판사로 15년을 일했는데, 보고서 하나 들여다보면 절망스럽습니다. 솔로몬 왕이 지혜를 다 동원해도 무엇이 진실이고 무엇이 거짓인지 알아내기 힘들 겁니다.</w:t>
      </w:r>
    </w:p>
    <w:p>
      <w:r>
        <w:rPr>
          <w:i/>
        </w:rPr>
        <w:t>【지문】 판사, 자선시설 감독관, 학교감독관, 우체국장이 퇴장한다. 돌아오는 하사관과 문간에서 부딪힌다.</w:t>
      </w:r>
    </w:p>
    <w:p>
      <w:r>
        <w:rPr>
          <w:b/>
          <w:sz w:val="26"/>
        </w:rPr>
        <w:t>장면 4</w:t>
      </w:r>
    </w:p>
    <w:p>
      <w:r>
        <w:rPr>
          <w:i/>
        </w:rPr>
        <w:t>【지문】 시장, 보브친스키, 도브친스키, 하사관 스비스투노프.</w:t>
      </w:r>
    </w:p>
    <w:p>
      <w:pPr>
        <w:spacing w:after="60"/>
      </w:pPr>
      <w:r>
        <w:rPr>
          <w:b/>
        </w:rPr>
        <w:t>시장</w:t>
      </w:r>
      <w:r>
        <w:t xml:space="preserve">  마차는 준비됐습니까?</w:t>
      </w:r>
    </w:p>
    <w:p>
      <w:pPr>
        <w:spacing w:after="60"/>
      </w:pPr>
      <w:r>
        <w:rPr>
          <w:b/>
        </w:rPr>
        <w:t>스비스투노프</w:t>
      </w:r>
      <w:r>
        <w:t xml:space="preserve">  네.</w:t>
      </w:r>
    </w:p>
    <w:p>
      <w:pPr>
        <w:spacing w:after="60"/>
      </w:pPr>
      <w:r>
        <w:rPr>
          <w:b/>
        </w:rPr>
        <w:t>시장</w:t>
      </w:r>
      <w:r>
        <w:t xml:space="preserve">  거리로 나가—아니, 잠깐. 가서—그런데 다른 사람들은 어디 있습니까? 왜 혼자예요? 프로호로프를 여기 데려오라고 했잖습니까. 프로호로프는 어디 있습니까?</w:t>
      </w:r>
    </w:p>
    <w:p>
      <w:pPr>
        <w:spacing w:after="60"/>
      </w:pPr>
      <w:r>
        <w:rPr>
          <w:b/>
        </w:rPr>
        <w:t>스비스투노프</w:t>
      </w:r>
      <w:r>
        <w:t xml:space="preserve">  누군가의 집에 있습니다. 지금은 근무할 수 없습니다.</w:t>
      </w:r>
    </w:p>
    <w:p>
      <w:pPr>
        <w:spacing w:after="60"/>
      </w:pPr>
      <w:r>
        <w:rPr>
          <w:b/>
        </w:rPr>
        <w:t>시장</w:t>
      </w:r>
      <w:r>
        <w:t xml:space="preserve">  왜요?</w:t>
      </w:r>
    </w:p>
    <w:p>
      <w:pPr>
        <w:spacing w:after="60"/>
      </w:pPr>
      <w:r>
        <w:rPr>
          <w:b/>
        </w:rPr>
        <w:t>스비스투노프</w:t>
      </w:r>
      <w:r>
        <w:t xml:space="preserve">  오늘 아침 술에 취한 채 끌려왔습니다. 물 두 통을 끼얹었는데도 아직 술이 안 깼습니다.</w:t>
      </w:r>
    </w:p>
    <w:p>
      <w:pPr>
        <w:spacing w:after="60"/>
      </w:pPr>
      <w:r>
        <w:rPr>
          <w:b/>
        </w:rPr>
        <w:t>시장</w:t>
      </w:r>
      <w:r>
        <w:t xml:space="preserve">  맙소사! 당장 근무하러 나가세요. 아니, 잠깐. 내 방으로 올라가서 내 검과 새 모자를 가져오세요. 그리고 표트르 이바노비치, 같이 갑시다.</w:t>
      </w:r>
    </w:p>
    <w:p>
      <w:pPr>
        <w:spacing w:after="60"/>
      </w:pPr>
      <w:r>
        <w:rPr>
          <w:b/>
        </w:rPr>
        <w:t>보브친스키</w:t>
      </w:r>
      <w:r>
        <w:t xml:space="preserve">  저도요! 저도 같이 가게 해주세요, 안톤 안토노비치.</w:t>
      </w:r>
    </w:p>
    <w:p>
      <w:pPr>
        <w:spacing w:after="60"/>
      </w:pPr>
      <w:r>
        <w:rPr>
          <w:b/>
        </w:rPr>
        <w:t>시장</w:t>
      </w:r>
      <w:r>
        <w:t xml:space="preserve">  안 됩니다. 마차가 좁아요.</w:t>
      </w:r>
    </w:p>
    <w:p>
      <w:pPr>
        <w:spacing w:after="60"/>
      </w:pPr>
      <w:r>
        <w:rPr>
          <w:b/>
        </w:rPr>
        <w:t>보브친스키</w:t>
      </w:r>
      <w:r>
        <w:t xml:space="preserve">  괜찮습니다. 마차를 따라 걸어가겠습니다. 저는 그냥 틈 사이로라도 보고 싶어요. 그 사람의 행동이 어떤지, 어떻게 행동하는지 보고 싶습니다.</w:t>
      </w:r>
    </w:p>
    <w:p>
      <w:pPr>
        <w:spacing w:after="60"/>
      </w:pPr>
      <w:r>
        <w:rPr>
          <w:b/>
        </w:rPr>
        <w:t>시장</w:t>
      </w:r>
      <w:r>
        <w:t xml:space="preserve">  하사관에게) 어서 가서 경찰들을 모으세요. 모두에게—거리 하나씩 맡기라고 하세요.</w:t>
      </w:r>
    </w:p>
    <w:p>
      <w:r>
        <w:rPr>
          <w:i/>
        </w:rPr>
        <w:t>【지문】 시장, 말을 고쳐 한다.</w:t>
      </w:r>
    </w:p>
    <w:p>
      <w:pPr>
        <w:spacing w:after="60"/>
      </w:pPr>
      <w:r>
        <w:rPr>
          <w:b/>
        </w:rPr>
        <w:t>시장</w:t>
      </w:r>
      <w:r>
        <w:t xml:space="preserve">  아니, 거리를 맡기라는 게 아니라 빗자루를 하나씩 들고 가라는 겁니다. 여관으로 가는 길을 깨끗하게 쓸어놓으세요. 그리고 당신들 속셈을 내가 모를 줄 압니까? 여관에 슬쩍 들어가 은수저를 장화 속에 넣어 나오는 짓 하지 마세요. 조심하십시오.</w:t>
      </w:r>
    </w:p>
    <w:p>
      <w:pPr>
        <w:spacing w:after="60"/>
      </w:pPr>
      <w:r>
        <w:rPr>
          <w:b/>
        </w:rPr>
        <w:t>시장</w:t>
      </w:r>
      <w:r>
        <w:t xml:space="preserve">  상인 초르니아예프에게 무슨 짓을 했는지도 알고 있습니다. 그 사람이 제복용 천 두 아르신을 줬는데, 당신은 통째로 훔쳤잖습니까. 조심해요. 당신은 하사관입니다. 계급보다 더 큰 몫을 챙기지 마세요. 가세요!</w:t>
      </w:r>
    </w:p>
    <w:p>
      <w:r>
        <w:rPr>
          <w:b/>
          <w:sz w:val="26"/>
        </w:rPr>
        <w:t>장면 5</w:t>
      </w:r>
    </w:p>
    <w:p>
      <w:r>
        <w:rPr>
          <w:i/>
        </w:rPr>
        <w:t>【지문】 경찰서장 스테판 일리치가 들어온다.</w:t>
      </w:r>
    </w:p>
    <w:p>
      <w:pPr>
        <w:spacing w:after="60"/>
      </w:pPr>
      <w:r>
        <w:rPr>
          <w:b/>
        </w:rPr>
        <w:t>시장</w:t>
      </w:r>
      <w:r>
        <w:t xml:space="preserve">  스테판 일리치! 도대체 어디 있다가 이제 나타나는 겁니까? 왜 그렇게 행동해요?</w:t>
      </w:r>
    </w:p>
    <w:p>
      <w:pPr>
        <w:spacing w:after="60"/>
      </w:pPr>
      <w:r>
        <w:rPr>
          <w:b/>
        </w:rPr>
        <w:t>경찰서장</w:t>
      </w:r>
      <w:r>
        <w:t xml:space="preserve">  방금 성문 밖에 있었습니다.</w:t>
      </w:r>
    </w:p>
    <w:p>
      <w:pPr>
        <w:spacing w:after="60"/>
      </w:pPr>
      <w:r>
        <w:rPr>
          <w:b/>
        </w:rPr>
        <w:t>시장</w:t>
      </w:r>
      <w:r>
        <w:t xml:space="preserve">  잘 들으세요. 상트페테르부르크에서 관리가 왔습니다. 어떻게 조치했습니까?</w:t>
      </w:r>
    </w:p>
    <w:p>
      <w:pPr>
        <w:spacing w:after="60"/>
      </w:pPr>
      <w:r>
        <w:rPr>
          <w:b/>
        </w:rPr>
        <w:t>경찰서장</w:t>
      </w:r>
      <w:r>
        <w:t xml:space="preserve">  말씀하신 대로 했습니다. 푸고비치인 하사관과 경찰들을 보내 거리를 청소하게 했습니다.</w:t>
      </w:r>
    </w:p>
    <w:p>
      <w:pPr>
        <w:spacing w:after="60"/>
      </w:pPr>
      <w:r>
        <w:rPr>
          <w:b/>
        </w:rPr>
        <w:t>시장</w:t>
      </w:r>
      <w:r>
        <w:t xml:space="preserve">  데르지모르다는 어디 있습니까?</w:t>
      </w:r>
    </w:p>
    <w:p>
      <w:pPr>
        <w:spacing w:after="60"/>
      </w:pPr>
      <w:r>
        <w:rPr>
          <w:b/>
        </w:rPr>
        <w:t>경찰서장</w:t>
      </w:r>
      <w:r>
        <w:t xml:space="preserve">  소방마차를 타고 나갔습니다.</w:t>
      </w:r>
    </w:p>
    <w:p>
      <w:pPr>
        <w:spacing w:after="60"/>
      </w:pPr>
      <w:r>
        <w:rPr>
          <w:b/>
        </w:rPr>
        <w:t>시장</w:t>
      </w:r>
      <w:r>
        <w:t xml:space="preserve">  그리고 프로호로프는 술에 취했고?</w:t>
      </w:r>
    </w:p>
    <w:p>
      <w:pPr>
        <w:spacing w:after="60"/>
      </w:pPr>
      <w:r>
        <w:rPr>
          <w:b/>
        </w:rPr>
        <w:t>경찰서장</w:t>
      </w:r>
      <w:r>
        <w:t xml:space="preserve">  그렇습니다.</w:t>
      </w:r>
    </w:p>
    <w:p>
      <w:pPr>
        <w:spacing w:after="60"/>
      </w:pPr>
      <w:r>
        <w:rPr>
          <w:b/>
        </w:rPr>
        <w:t>시장</w:t>
      </w:r>
      <w:r>
        <w:t xml:space="preserve">  어떻게 그렇게 술에 취하도록 놔뒀습니까?</w:t>
      </w:r>
    </w:p>
    <w:p>
      <w:pPr>
        <w:spacing w:after="60"/>
      </w:pPr>
      <w:r>
        <w:rPr>
          <w:b/>
        </w:rPr>
        <w:t>경찰서장</w:t>
      </w:r>
      <w:r>
        <w:t xml:space="preserve">  저도 모르겠습니다. 어제 시 외곽에서 싸움이 벌어졌습니다. 질서를 잡으러 갔다가 술에 취한 채 돌아왔습니다.</w:t>
      </w:r>
    </w:p>
    <w:p>
      <w:pPr>
        <w:spacing w:after="60"/>
      </w:pPr>
      <w:r>
        <w:rPr>
          <w:b/>
        </w:rPr>
        <w:t>시장</w:t>
      </w:r>
      <w:r>
        <w:t xml:space="preserve">  좋습니다. 이렇게 하세요. 푸고비치인 하사관은 키가 크니까 다리 위에 세워두세요. 보기 좋게. 그리고 구두장이 근처의 낡은 울타리는 당장 허물고, 짚을 조금 꽂은 기둥을 세워서 공사를 하는 것처럼 보이게 하세요. 쓰레기가 많을수록 시장이 일을 많이 한 것처럼 보일 테니까요.</w:t>
      </w:r>
    </w:p>
    <w:p>
      <w:pPr>
        <w:spacing w:after="60"/>
      </w:pPr>
      <w:r>
        <w:rPr>
          <w:b/>
        </w:rPr>
        <w:t>시장</w:t>
      </w:r>
      <w:r>
        <w:t xml:space="preserve">  맙소사, 그런데 그 울타리 옆에 수레 마흔 대 분량의 쓰레기가 쌓여 있다는 걸 깜빡했군요. 얼마나 더러운 도시인지! 기념비든 울타리든 하나 세우기만 하면 사람들이 어디서 가져왔는지도 모를 쓰레기를 갖다 버립니다.</w:t>
      </w:r>
    </w:p>
    <w:p>
      <w:pPr>
        <w:spacing w:after="60"/>
      </w:pPr>
      <w:r>
        <w:rPr>
          <w:b/>
        </w:rPr>
        <w:t>시장</w:t>
      </w:r>
      <w:r>
        <w:t xml:space="preserve">  그리고 그 관리가 관리들에게 “만족하십니까?”라고 물으면 모두 이렇게 대답하게 하세요. “대단히 만족합니다, 각하.” 만족하지 않는 사람이 있다면, 나중에 만족하지 못할 일이 무엇인지 직접 알려주겠습니다.</w:t>
      </w:r>
    </w:p>
    <w:p>
      <w:pPr>
        <w:spacing w:after="60"/>
      </w:pPr>
      <w:r>
        <w:rPr>
          <w:b/>
        </w:rPr>
        <w:t>시장</w:t>
      </w:r>
      <w:r>
        <w:t xml:space="preserve">  아, 나는 죄인입니다. 정말 큰 죄인입니다.</w:t>
      </w:r>
    </w:p>
    <w:p>
      <w:r>
        <w:rPr>
          <w:i/>
        </w:rPr>
        <w:t>【지문】 시장이 모자 대신 모자 상자를 집어 든다.</w:t>
      </w:r>
    </w:p>
    <w:p>
      <w:pPr>
        <w:spacing w:after="60"/>
      </w:pPr>
      <w:r>
        <w:rPr>
          <w:b/>
        </w:rPr>
        <w:t>시장</w:t>
      </w:r>
      <w:r>
        <w:t xml:space="preserve">  이 일만 빨리 끝나게 해주신다면 지금까지 본 적 없는 촛불을 봉헌하겠습니다. 상인 놈들에게 밀랍 백 근씩 받아내겠습니다. 아이고, 아이고! 갑시다, 표트르 이바노비치.</w:t>
      </w:r>
    </w:p>
    <w:p>
      <w:r>
        <w:rPr>
          <w:i/>
        </w:rPr>
        <w:t>【지문】 시장이 모자 상자를 머리에 쓰려고 한다.</w:t>
      </w:r>
    </w:p>
    <w:p>
      <w:pPr>
        <w:spacing w:after="60"/>
      </w:pPr>
      <w:r>
        <w:rPr>
          <w:b/>
        </w:rPr>
        <w:t>경찰서장</w:t>
      </w:r>
      <w:r>
        <w:t xml:space="preserve">  안톤 안토노비치, 그건 모자 상자입니다. 모자가 아닙니다.</w:t>
      </w:r>
    </w:p>
    <w:p>
      <w:pPr>
        <w:spacing w:after="60"/>
      </w:pPr>
      <w:r>
        <w:rPr>
          <w:b/>
        </w:rPr>
        <w:t>시장</w:t>
      </w:r>
      <w:r>
        <w:t xml:space="preserve">  모자 상자면 모자 상자지, 젠장!</w:t>
      </w:r>
    </w:p>
    <w:p>
      <w:pPr>
        <w:spacing w:after="60"/>
      </w:pPr>
      <w:r>
        <w:rPr>
          <w:b/>
        </w:rPr>
        <w:t>시장</w:t>
      </w:r>
      <w:r>
        <w:t xml:space="preserve">  그리고 그가 병원에 세우기로 예산까지 받아놓고 5년째 짓지 않은 교회에 대해 물으면, 공사를 시작했지만 화재로 불타버렸다고 말하는 걸 잊지 마세요. 내가 보고서까지 올렸다는 것도요. 누가 멍청하게 진실을 말해서는 안 됩니다. 사실은 시작조차 하지 않았다는 걸 들키면 안 돼요. 그리고 데르지모르다에게 주먹질 좀 그만하라고 하세요. 유죄든 무죄든 공공질서를 지킨다는 명목으로 사람을 패서 별을 보게 만듭니다.</w:t>
      </w:r>
    </w:p>
    <w:p>
      <w:pPr>
        <w:spacing w:after="60"/>
      </w:pPr>
      <w:r>
        <w:rPr>
          <w:b/>
        </w:rPr>
        <w:t>시장</w:t>
      </w:r>
      <w:r>
        <w:t xml:space="preserve">  갑시다, 갑시다, 도브친스키.</w:t>
      </w:r>
    </w:p>
    <w:p>
      <w:r>
        <w:rPr>
          <w:i/>
        </w:rPr>
        <w:t>【지문】 시장이 나갔다가 다시 돌아온다.</w:t>
      </w:r>
    </w:p>
    <w:p>
      <w:pPr>
        <w:spacing w:after="60"/>
      </w:pPr>
      <w:r>
        <w:rPr>
          <w:b/>
        </w:rPr>
        <w:t>시장</w:t>
      </w:r>
      <w:r>
        <w:t xml:space="preserve">  그리고 군인들이 거리에 나올 때 속옷 차림처럼 보이지 않게 하세요. 그 형편없는 주둔군은 셔츠 위에 바로 외투를 걸치고 다니니까요.</w:t>
      </w:r>
    </w:p>
    <w:p>
      <w:r>
        <w:rPr>
          <w:i/>
        </w:rPr>
        <w:t>【지문】 모두 퇴장한다.</w:t>
      </w:r>
    </w:p>
    <w:p>
      <w:r>
        <w:rPr>
          <w:b/>
          <w:sz w:val="26"/>
        </w:rPr>
        <w:t>장면 6</w:t>
      </w:r>
    </w:p>
    <w:p>
      <w:r>
        <w:rPr>
          <w:i/>
        </w:rPr>
        <w:t>【지문】 안나 안드레예브나와 마리야 안토노브나가 급히 뛰어 들어온다.</w:t>
      </w:r>
    </w:p>
    <w:p>
      <w:pPr>
        <w:spacing w:after="60"/>
      </w:pPr>
      <w:r>
        <w:rPr>
          <w:b/>
        </w:rPr>
        <w:t>안나</w:t>
      </w:r>
      <w:r>
        <w:t xml:space="preserve">  어디 갔지? 어디 갔어? 세상에! 남편! 안토샤! 안톤!</w:t>
      </w:r>
    </w:p>
    <w:p>
      <w:pPr>
        <w:spacing w:after="60"/>
      </w:pPr>
      <w:r>
        <w:rPr>
          <w:b/>
        </w:rPr>
        <w:t>안나</w:t>
      </w:r>
      <w:r>
        <w:t xml:space="preserve">  마리야에게 급하게) 다 네 탓이야. 꾸물대고! “핀 하나 필요해요. 스카프 하나 필요해요.” 그러니까 시간이 다 갔잖아.</w:t>
      </w:r>
    </w:p>
    <w:p>
      <w:r>
        <w:rPr>
          <w:i/>
        </w:rPr>
        <w:t>【지문】 안나가 창가로 달려간다.</w:t>
      </w:r>
    </w:p>
    <w:p>
      <w:pPr>
        <w:spacing w:after="60"/>
      </w:pPr>
      <w:r>
        <w:rPr>
          <w:b/>
        </w:rPr>
        <w:t>안나</w:t>
      </w:r>
      <w:r>
        <w:t xml:space="preserve">  안톤! 어디 가는 거야? 어디 가? 뭐라고? 그 사람이 왔어? 검찰관? 콧수염은 있어? 어떤 콧수염인데?</w:t>
      </w:r>
    </w:p>
    <w:p>
      <w:pPr>
        <w:spacing w:after="60"/>
      </w:pPr>
      <w:r>
        <w:rPr>
          <w:b/>
        </w:rPr>
        <w:t>시장</w:t>
      </w:r>
      <w:r>
        <w:t xml:space="preserve">  무대 밖에서) 기다려, 여보. 나중에!</w:t>
      </w:r>
    </w:p>
    <w:p>
      <w:pPr>
        <w:spacing w:after="60"/>
      </w:pPr>
      <w:r>
        <w:rPr>
          <w:b/>
        </w:rPr>
        <w:t>안나</w:t>
      </w:r>
      <w:r>
        <w:t xml:space="preserve">  기다리라고? 싫어! 기다리긴 뭘 기다려! 한마디만 해줘. 대령이야? 뭐야?</w:t>
      </w:r>
    </w:p>
    <w:p>
      <w:r>
        <w:rPr>
          <w:i/>
        </w:rPr>
        <w:t>【지문】 시장이 대답하지 않고 사라진다.</w:t>
      </w:r>
    </w:p>
    <w:p>
      <w:pPr>
        <w:spacing w:after="60"/>
      </w:pPr>
      <w:r>
        <w:rPr>
          <w:b/>
        </w:rPr>
        <w:t>안나</w:t>
      </w:r>
      <w:r>
        <w:t xml:space="preserve">  흥! 갔네! 두고 봐! 다 네 탓이야. “엄마, 잠깐만요. 스카프만 꽂고 바로 갈게요.” 바로 가기는! 우체국장이 왔다는 말을 듣더니 거울 앞에서 치장하고 난리였잖아. 이쪽 보고 저쪽 보고, 온갖 각도로 들여다보고. 그 사람이 자기한테 반했다고 생각했겠지. 하지만 내가 보기엔 네가 돌아서기만 하면 그 사람은 널 보고 얼굴을 찡그릴걸.</w:t>
      </w:r>
    </w:p>
    <w:p>
      <w:pPr>
        <w:spacing w:after="60"/>
      </w:pPr>
      <w:r>
        <w:rPr>
          <w:b/>
        </w:rPr>
        <w:t>마리야</w:t>
      </w:r>
      <w:r>
        <w:t xml:space="preserve">  어쩔 수 없잖아요, 엄마. 몇 시간만 지나면 다 알게 될 텐데요.</w:t>
      </w:r>
    </w:p>
    <w:p>
      <w:pPr>
        <w:spacing w:after="60"/>
      </w:pPr>
      <w:r>
        <w:rPr>
          <w:b/>
        </w:rPr>
        <w:t>안나</w:t>
      </w:r>
      <w:r>
        <w:t xml:space="preserve">  몇 시간? 참 좋은 대답이네. 왜 한 달이라고 하지 그래? 한 달 지나면 더 많이 알겠지!</w:t>
      </w:r>
    </w:p>
    <w:p>
      <w:r>
        <w:rPr>
          <w:i/>
        </w:rPr>
        <w:t>【지문】 안나가 창밖으로 몸을 내민다.</w:t>
      </w:r>
    </w:p>
    <w:p>
      <w:pPr>
        <w:spacing w:after="60"/>
      </w:pPr>
      <w:r>
        <w:rPr>
          <w:b/>
        </w:rPr>
        <w:t>안나</w:t>
      </w:r>
      <w:r>
        <w:t xml:space="preserve">  아브도티야! 이봐, 아브도티야! 누가 왔는지 들었어? 뭐? 몰라? 그 사람이 손을 흔들었다고? 그래서 어쨌다는 거야? 손을 흔들든 말든, 그래도 물어봤어야지! 네 머릿속엔 쓸데없는 생각과 연애 생각밖에 없으니 알아낼 수가 없지.</w:t>
      </w:r>
    </w:p>
    <w:p>
      <w:pPr>
        <w:spacing w:after="60"/>
      </w:pPr>
      <w:r>
        <w:rPr>
          <w:b/>
        </w:rPr>
        <w:t>안나</w:t>
      </w:r>
      <w:r>
        <w:t xml:space="preserve">  뭐라고? 급히 떠났다고? 그럼 마차를 따라갔어야지! 당장 가. 누구든 붙잡고 물어봐. 새로 온 사람이 누군지, 어떻게 생겼는지 반드시 알아내. 알겠어? 틈 사이로라도 훔쳐보고 눈이 검은지 파란지까지 알아내. 그리고 당장 돌아와! 빨리, 빨리, 빨리!</w:t>
      </w:r>
    </w:p>
    <w:p>
      <w:r>
        <w:rPr>
          <w:i/>
        </w:rPr>
        <w:t>【지문】 안나와 마리야는 막이 내릴 때까지 창가에 서서 계속 밖을 바라본다.</w:t>
      </w:r>
    </w:p>
    <w:p/>
    <w:p>
      <w:pPr>
        <w:jc w:val="center"/>
        <w:rPr>
          <w:lang/>
          <w:b/>
          <w:rtl w:val="off"/>
        </w:rPr>
      </w:pPr>
      <w:r>
        <w:rPr>
          <w:b/>
        </w:rPr>
        <w:t>— 제1막 끝 —</w:t>
      </w:r>
    </w:p>
    <w:p>
      <w:pPr>
        <w:jc w:val="center"/>
        <w:rPr>
          <w:lang/>
          <w:b/>
          <w:rtl w:val="off"/>
        </w:rPr>
      </w:pPr>
    </w:p>
    <w:p>
      <w:pPr>
        <w:jc w:val="center"/>
        <w:rPr>
          <w:lang/>
          <w:b/>
          <w:rtl w:val="off"/>
        </w:rPr>
      </w:pPr>
    </w:p>
    <w:p>
      <w:pPr>
        <w:jc w:val="center"/>
        <w:rPr>
          <w:lang/>
          <w:b/>
          <w:rtl w:val="off"/>
        </w:rPr>
      </w:pPr>
    </w:p>
    <w:p>
      <w:pPr>
        <w:jc w:val="center"/>
        <w:rPr>
          <w:lang/>
          <w:b/>
          <w:rtl w:val="off"/>
        </w:rPr>
      </w:pPr>
    </w:p>
    <w:p>
      <w:pPr>
        <w:jc w:val="center"/>
        <w:rPr>
          <w:lang/>
          <w:b/>
          <w:rtl w:val="off"/>
        </w:rPr>
      </w:pPr>
    </w:p>
    <w:p>
      <w:pPr>
        <w:jc w:val="center"/>
        <w:rPr>
          <w:lang/>
          <w:b/>
          <w:rtl w:val="off"/>
        </w:rPr>
      </w:pPr>
    </w:p>
    <w:p>
      <w:pPr>
        <w:jc w:val="center"/>
        <w:rPr>
          <w:lang/>
          <w:b/>
          <w:rtl w:val="off"/>
        </w:rPr>
      </w:pPr>
    </w:p>
    <w:p>
      <w:pPr>
        <w:jc w:val="center"/>
        <w:rPr>
          <w:lang/>
          <w:b/>
          <w:rtl w:val="off"/>
        </w:rPr>
      </w:pPr>
    </w:p>
    <w:p>
      <w:pPr>
        <w:jc w:val="center"/>
        <w:rPr>
          <w:lang/>
          <w:rtl w:val="off"/>
        </w:rPr>
      </w:pPr>
    </w:p>
    <w:p>
      <w:pPr>
        <w:jc w:val="center"/>
      </w:pPr>
      <w:r>
        <w:rPr>
          <w:b/>
          <w:sz w:val="40"/>
        </w:rPr>
        <w:t>제2막</w:t>
      </w:r>
    </w:p>
    <w:p>
      <w:r>
        <w:rPr>
          <w:b/>
          <w:sz w:val="26"/>
        </w:rPr>
        <w:t>제2막</w:t>
      </w:r>
    </w:p>
    <w:p>
      <w:r>
        <w:rPr>
          <w:i/>
        </w:rPr>
        <w:t>【지문】 장소: 여관의 작은 방. 침대, 탁자, 여행 가방, 빈 병, 장화, 옷솔 등이 놓여 있다.</w:t>
      </w:r>
    </w:p>
    <w:p>
      <w:r>
        <w:rPr>
          <w:b/>
          <w:sz w:val="26"/>
        </w:rPr>
        <w:t>장면 1</w:t>
      </w:r>
    </w:p>
    <w:p>
      <w:r>
        <w:rPr>
          <w:i/>
        </w:rPr>
        <w:t>【지문】 오시프가 주인의 침대에 누워 있다.</w:t>
      </w:r>
    </w:p>
    <w:p>
      <w:pPr>
        <w:spacing w:after="60"/>
      </w:pPr>
      <w:r>
        <w:rPr>
          <w:b/>
        </w:rPr>
        <w:t>오시프</w:t>
      </w:r>
      <w:r>
        <w:t xml:space="preserve">  젠장, 배고파 죽겠네. 배 속에서 군악대가 행진하는 것처럼 난리가 났어. 우리 집에 언제나 돌아갈 수 있을지 모르겠군. 어떻게 될지 참 궁금하다. 상트페테르부르크를 떠난 지 벌써 두 달이야. 주인은 돈을 다 써버렸고, 이제 꼼짝도 못 하고 여기 눌러앉아 시간을 보내고 있지.</w:t>
      </w:r>
    </w:p>
    <w:p>
      <w:pPr>
        <w:spacing w:after="60"/>
      </w:pPr>
      <w:r>
        <w:rPr>
          <w:b/>
        </w:rPr>
        <w:t>오시프</w:t>
      </w:r>
      <w:r>
        <w:t xml:space="preserve">  마차비를 내고도 돈이 남았을 텐데, 아니, 도시마다 자기를 과시해야 직성이 풀리지. “오시프, 제일 좋은 방을 잡아. 그리고 제일 좋은 저녁을 시켜. 형편없는 음식은 못 먹겠어. 무조건 제일 좋은 걸로.” 누구라도 신분 있는 사람이라면 몰라. 고작 서기일 뿐인데 말이야!</w:t>
      </w:r>
    </w:p>
    <w:p>
      <w:pPr>
        <w:spacing w:after="60"/>
      </w:pPr>
      <w:r>
        <w:rPr>
          <w:b/>
        </w:rPr>
        <w:t>오시프</w:t>
      </w:r>
      <w:r>
        <w:t xml:space="preserve">  다른 여행객들과 친해지고, 카드놀이를 하고, 결국 마지막 동전까지 다 날려버리지. 이런 생활은 정말 지긋지긋해. 차라리 우리 마을이 낫지. 별일은 없지만 골치 아픈 일도 없거든. 아내 하나 얻어서 화덕 위에 누워 파이나 먹으면 얼마나 편한데.</w:t>
      </w:r>
    </w:p>
    <w:p>
      <w:pPr>
        <w:spacing w:after="60"/>
      </w:pPr>
      <w:r>
        <w:rPr>
          <w:b/>
        </w:rPr>
        <w:t>오시프</w:t>
      </w:r>
      <w:r>
        <w:t xml:space="preserve">  물론 솔직히 말하면 상트페테르부르크만큼 좋은 곳도 없지. 돈만 있으면 세련되고 멋지게 살 수 있어. 극장도 있고, 춤추는 개도 있고, 사람들도 모두 상류층처럼 점잖게 말하지. 슈킨 시장에 가면 가게 주인들이 “신사분”이라고 부르고, 관리들과 함께 나룻배를 타기도 해.</w:t>
      </w:r>
    </w:p>
    <w:p>
      <w:pPr>
        <w:spacing w:after="60"/>
      </w:pPr>
      <w:r>
        <w:rPr>
          <w:b/>
        </w:rPr>
        <w:t>오시프</w:t>
      </w:r>
      <w:r>
        <w:t xml:space="preserve">  심심하면 가게에 들어가도 되고, 군인 하나가 병영 생활 이야기를 들려주면서 하늘의 별 하나하나가 무슨 뜻인지 설명해주기도 하지. 늙은 장교 부인이 수다를 떨기도 하고, 예쁜 하녀가 눈길 한 번 보내기도 하고. 참, 사람들 예절도 얼마나 좋은지. 무례한 말은 들어본 적이 없어. 누구에게나 “선생님”이라고 하지.</w:t>
      </w:r>
    </w:p>
    <w:p>
      <w:pPr>
        <w:spacing w:after="60"/>
      </w:pPr>
      <w:r>
        <w:rPr>
          <w:b/>
        </w:rPr>
        <w:t>오시프</w:t>
      </w:r>
      <w:r>
        <w:t xml:space="preserve">  걷기 싫으면 마차를 타고 귀족처럼 앉아 가면 되고, 돈을 내기 싫으면 안 내도 돼. 집집마다 문이 열려 있어서 슬쩍 빠져나가면 악마도 못 잡아.</w:t>
      </w:r>
    </w:p>
    <w:p>
      <w:pPr>
        <w:spacing w:after="60"/>
      </w:pPr>
      <w:r>
        <w:rPr>
          <w:b/>
        </w:rPr>
        <w:t>오시프</w:t>
      </w:r>
      <w:r>
        <w:t xml:space="preserve">  딱 하나 문제가 있어. 어떤 날은 일등 음식으로 배를 채우고, 어떤 날은 지금처럼 굶어 죽을 지경이 된다는 거야. 전부 주인 때문이지. 뭘 어떻게 하겠어? 아버지가 돈을 보내주긴 하지만 무슨 소용이야. 흥청망청 써버리고, 마차를 타고 돌아다니고, 매일 극장표를 사오라고 시키더니 일주일이면 새 연미복을 헌 옷 장수에게 팔아버리라고 하지.</w:t>
      </w:r>
    </w:p>
    <w:p>
      <w:pPr>
        <w:spacing w:after="60"/>
      </w:pPr>
      <w:r>
        <w:rPr>
          <w:b/>
        </w:rPr>
        <w:t>오시프</w:t>
      </w:r>
      <w:r>
        <w:t xml:space="preserve">  가끔은 셔츠 한 장만 남을 때까지 다 팔아버리고, 외투만 달랑 남아. 정말이야. 옷감은 또 얼마나 좋은지. 영국산이라고. 연미복 하나에 150루블을 주고 사서는 헌 옷 장수에게 20루블에 팔아버려. 바지는 더 말할 것도 없어. 헐값이지.</w:t>
      </w:r>
    </w:p>
    <w:p>
      <w:pPr>
        <w:spacing w:after="60"/>
      </w:pPr>
      <w:r>
        <w:rPr>
          <w:b/>
        </w:rPr>
        <w:t>오시프</w:t>
      </w:r>
      <w:r>
        <w:t xml:space="preserve">  왜 그러느냐고? 자기 일을 하지 않으니까. 직장에 붙어 있지 않고 거리를 돌아다니며 카드나 치지. 아, 늙은 아버지가 알기만 한다면! 네가 관리라고 해도 봐주지 않을 거야. 셔츠를 걷어 올리고 일주일 동안 온몸을 문지르며 다닐 정도로 두들겨 팰걸.</w:t>
      </w:r>
    </w:p>
    <w:p>
      <w:pPr>
        <w:spacing w:after="60"/>
      </w:pPr>
      <w:r>
        <w:rPr>
          <w:b/>
        </w:rPr>
        <w:t>오시프</w:t>
      </w:r>
      <w:r>
        <w:t xml:space="preserve">  직업이 있으면 그 일이나 잘할 것이지. 그런데 여관 주인은 돈을 내지 않으면 더 이상 아무것도 먹지 못하게 하겠다고 한다. 안 내면 어쩔 건데?</w:t>
      </w:r>
    </w:p>
    <w:p>
      <w:r>
        <w:rPr>
          <w:i/>
        </w:rPr>
        <w:t>【지문】 한숨을 쉰다.</w:t>
      </w:r>
    </w:p>
    <w:p>
      <w:pPr>
        <w:spacing w:after="60"/>
      </w:pPr>
      <w:r>
        <w:rPr>
          <w:b/>
        </w:rPr>
        <w:t>오시프</w:t>
      </w:r>
      <w:r>
        <w:t xml:space="preserve">  아, 신이시여! 양배추 수프만이라도 먹을 수 있다면 세상 전부를 먹어치울 수도 있을 것 같아.</w:t>
      </w:r>
    </w:p>
    <w:p>
      <w:r>
        <w:rPr>
          <w:i/>
        </w:rPr>
        <w:t>【지문】 문을 두드리는 소리가 난다.</w:t>
      </w:r>
    </w:p>
    <w:p>
      <w:pPr>
        <w:spacing w:after="60"/>
      </w:pPr>
      <w:r>
        <w:rPr>
          <w:b/>
        </w:rPr>
        <w:t>오시프</w:t>
      </w:r>
      <w:r>
        <w:t xml:space="preserve">  아마 주인이겠지.</w:t>
      </w:r>
    </w:p>
    <w:p>
      <w:r>
        <w:rPr>
          <w:i/>
        </w:rPr>
        <w:t>【지문】 오시프가 급히 침대에서 일어난다.</w:t>
      </w:r>
    </w:p>
    <w:p>
      <w:r>
        <w:rPr>
          <w:b/>
          <w:sz w:val="26"/>
        </w:rPr>
        <w:t>장면 2</w:t>
      </w:r>
    </w:p>
    <w:p>
      <w:r>
        <w:rPr>
          <w:i/>
        </w:rPr>
        <w:t>【지문】 오시프와 흘레스타코프.</w:t>
      </w:r>
    </w:p>
    <w:p>
      <w:pPr>
        <w:spacing w:after="60"/>
      </w:pPr>
      <w:r>
        <w:rPr>
          <w:b/>
        </w:rPr>
        <w:t>흘레스타코프</w:t>
      </w:r>
      <w:r>
        <w:t xml:space="preserve">  여기! 이것 좀 받아.</w:t>
      </w:r>
    </w:p>
    <w:p>
      <w:r>
        <w:rPr>
          <w:i/>
        </w:rPr>
        <w:t>【지문】 흘레스타코프가 모자와 지팡이를 오시프에게 건넨다.</w:t>
      </w:r>
    </w:p>
    <w:p>
      <w:pPr>
        <w:spacing w:after="60"/>
      </w:pPr>
      <w:r>
        <w:rPr>
          <w:b/>
        </w:rPr>
        <w:t>흘레스타코프</w:t>
      </w:r>
      <w:r>
        <w:t xml:space="preserve">  또 침대 데우고 있었지!</w:t>
      </w:r>
    </w:p>
    <w:p>
      <w:pPr>
        <w:spacing w:after="60"/>
      </w:pPr>
      <w:r>
        <w:rPr>
          <w:b/>
        </w:rPr>
        <w:t>오시프</w:t>
      </w:r>
      <w:r>
        <w:t xml:space="preserve">  내가 왜 침대를 데워요? 침대가 처음인 것도 아닌데.</w:t>
      </w:r>
    </w:p>
    <w:p>
      <w:pPr>
        <w:spacing w:after="60"/>
      </w:pPr>
      <w:r>
        <w:rPr>
          <w:b/>
        </w:rPr>
        <w:t>흘레스타코프</w:t>
      </w:r>
      <w:r>
        <w:t xml:space="preserve">  거짓말하지 마. 침대가 엉망이잖아.</w:t>
      </w:r>
    </w:p>
    <w:p>
      <w:pPr>
        <w:spacing w:after="60"/>
      </w:pPr>
      <w:r>
        <w:rPr>
          <w:b/>
        </w:rPr>
        <w:t>오시프</w:t>
      </w:r>
      <w:r>
        <w:t xml:space="preserve">  침대가 왜 필요해요? 침대가 어떻게 생겼는지도 알고, 두 다리도 멀쩡해서 서 있을 수 있는데.</w:t>
      </w:r>
    </w:p>
    <w:p>
      <w:pPr>
        <w:spacing w:after="60"/>
      </w:pPr>
      <w:r>
        <w:rPr>
          <w:b/>
        </w:rPr>
        <w:t>흘레스타코프</w:t>
      </w:r>
      <w:r>
        <w:t xml:space="preserve">  주머니에 담배가 남아 있나 가서 봐.</w:t>
      </w:r>
    </w:p>
    <w:p>
      <w:pPr>
        <w:spacing w:after="60"/>
      </w:pPr>
      <w:r>
        <w:rPr>
          <w:b/>
        </w:rPr>
        <w:t>오시프</w:t>
      </w:r>
      <w:r>
        <w:t xml:space="preserve">  무슨 담배요? 나흘 전에 다 피웠잖아요.</w:t>
      </w:r>
    </w:p>
    <w:p>
      <w:r>
        <w:rPr>
          <w:i/>
        </w:rPr>
        <w:t>【지문】 흘레스타코프가 방 안을 왔다 갔다 하며 입술을 꼬다가, 결심한 듯 큰 목소리를 낸다.</w:t>
      </w:r>
    </w:p>
    <w:p>
      <w:pPr>
        <w:spacing w:after="60"/>
      </w:pPr>
      <w:r>
        <w:rPr>
          <w:b/>
        </w:rPr>
        <w:t>흘레스타코프</w:t>
      </w:r>
      <w:r>
        <w:t xml:space="preserve">  저기—오시프.</w:t>
      </w:r>
    </w:p>
    <w:p>
      <w:pPr>
        <w:spacing w:after="60"/>
      </w:pPr>
      <w:r>
        <w:rPr>
          <w:b/>
        </w:rPr>
        <w:t>오시프</w:t>
      </w:r>
      <w:r>
        <w:t xml:space="preserve">  네.</w:t>
      </w:r>
    </w:p>
    <w:p>
      <w:pPr>
        <w:spacing w:after="60"/>
      </w:pPr>
      <w:r>
        <w:rPr>
          <w:b/>
        </w:rPr>
        <w:t>흘레스타코프</w:t>
      </w:r>
      <w:r>
        <w:t xml:space="preserve">  아래로 내려가.</w:t>
      </w:r>
    </w:p>
    <w:p>
      <w:pPr>
        <w:spacing w:after="60"/>
      </w:pPr>
      <w:r>
        <w:rPr>
          <w:b/>
        </w:rPr>
        <w:t>오시프</w:t>
      </w:r>
      <w:r>
        <w:t xml:space="preserve">  어디로요?</w:t>
      </w:r>
    </w:p>
    <w:p>
      <w:r>
        <w:rPr>
          <w:i/>
        </w:rPr>
        <w:t>【지문】 흘레스타코프의 목소리가 점점 약해지고 애원하듯 변한다.</w:t>
      </w:r>
    </w:p>
    <w:p>
      <w:pPr>
        <w:spacing w:after="60"/>
      </w:pPr>
      <w:r>
        <w:rPr>
          <w:b/>
        </w:rPr>
        <w:t>흘레스타코프</w:t>
      </w:r>
      <w:r>
        <w:t xml:space="preserve">  식당에 내려가서—저녁을 올려달라고 해.</w:t>
      </w:r>
    </w:p>
    <w:p>
      <w:pPr>
        <w:spacing w:after="60"/>
      </w:pPr>
      <w:r>
        <w:rPr>
          <w:b/>
        </w:rPr>
        <w:t>오시프</w:t>
      </w:r>
      <w:r>
        <w:t xml:space="preserve">  싫습니다.</w:t>
      </w:r>
    </w:p>
    <w:p>
      <w:pPr>
        <w:spacing w:after="60"/>
      </w:pPr>
      <w:r>
        <w:rPr>
          <w:b/>
        </w:rPr>
        <w:t>흘레스타코프</w:t>
      </w:r>
      <w:r>
        <w:t xml:space="preserve">  감히! 이 바보가!</w:t>
      </w:r>
    </w:p>
    <w:p>
      <w:pPr>
        <w:spacing w:after="60"/>
      </w:pPr>
      <w:r>
        <w:rPr>
          <w:b/>
        </w:rPr>
        <w:t>오시프</w:t>
      </w:r>
      <w:r>
        <w:t xml:space="preserve">  어차피 소용없어요. 여관 주인이 더 이상 아무것도 안 주겠다고 했어요.</w:t>
      </w:r>
    </w:p>
    <w:p>
      <w:pPr>
        <w:spacing w:after="60"/>
      </w:pPr>
      <w:r>
        <w:rPr>
          <w:b/>
        </w:rPr>
        <w:t>흘레스타코프</w:t>
      </w:r>
      <w:r>
        <w:t xml:space="preserve">  감히 그런 말을 해? 무슨 말도 안 되는 소리야?</w:t>
      </w:r>
    </w:p>
    <w:p>
      <w:pPr>
        <w:spacing w:after="60"/>
      </w:pPr>
      <w:r>
        <w:rPr>
          <w:b/>
        </w:rPr>
        <w:t>오시프</w:t>
      </w:r>
      <w:r>
        <w:t xml:space="preserve">  당신을 시장에게 고발하겠대요. 벌써 2주 동안 돈을 안 냈다면서요. 당신과 주인은 사기꾼이라고, 특히 당신은 상습적으로 남을 속이는 인간이라고 하던데요. 그런 인간들을 많이 봤다고요.</w:t>
      </w:r>
    </w:p>
    <w:p>
      <w:pPr>
        <w:spacing w:after="60"/>
      </w:pPr>
      <w:r>
        <w:rPr>
          <w:b/>
        </w:rPr>
        <w:t>흘레스타코프</w:t>
      </w:r>
      <w:r>
        <w:t xml:space="preserve">  그 말을 나한테 전하는 게 그렇게 즐겁냐, 이 멍청아.</w:t>
      </w:r>
    </w:p>
    <w:p>
      <w:pPr>
        <w:spacing w:after="60"/>
      </w:pPr>
      <w:r>
        <w:rPr>
          <w:b/>
        </w:rPr>
        <w:t>오시프</w:t>
      </w:r>
      <w:r>
        <w:t xml:space="preserve">  “아무나 와서 묵고 빚만 잔뜩 만들고는 내보낼 수도 없다. 더 이상 이런 식으로는 못 한다. 당장 시장에게 가서 신고하고 감옥에 넣겠다.” 그러더라고요.</w:t>
      </w:r>
    </w:p>
    <w:p>
      <w:pPr>
        <w:spacing w:after="60"/>
      </w:pPr>
      <w:r>
        <w:rPr>
          <w:b/>
        </w:rPr>
        <w:t>흘레스타코프</w:t>
      </w:r>
      <w:r>
        <w:t xml:space="preserve">  됐어! 당장 내려가서 저녁을 보내라고 해. 무례한 놈 같으니!</w:t>
      </w:r>
    </w:p>
    <w:p>
      <w:pPr>
        <w:spacing w:after="60"/>
      </w:pPr>
      <w:r>
        <w:rPr>
          <w:b/>
        </w:rPr>
        <w:t>오시프</w:t>
      </w:r>
      <w:r>
        <w:t xml:space="preserve">  차라리 여관 주인을 여기로 부를까요?</w:t>
      </w:r>
    </w:p>
    <w:p>
      <w:pPr>
        <w:spacing w:after="60"/>
      </w:pPr>
      <w:r>
        <w:rPr>
          <w:b/>
        </w:rPr>
        <w:t>흘레스타코프</w:t>
      </w:r>
      <w:r>
        <w:t xml:space="preserve">  여관 주인을 왜? 네가 가서 말해.</w:t>
      </w:r>
    </w:p>
    <w:p>
      <w:pPr>
        <w:spacing w:after="60"/>
      </w:pPr>
      <w:r>
        <w:rPr>
          <w:b/>
        </w:rPr>
        <w:t>오시프</w:t>
      </w:r>
      <w:r>
        <w:t xml:space="preserve">  하지만 정말—</w:t>
      </w:r>
    </w:p>
    <w:p>
      <w:pPr>
        <w:spacing w:after="60"/>
      </w:pPr>
      <w:r>
        <w:rPr>
          <w:b/>
        </w:rPr>
        <w:t>흘레스타코프</w:t>
      </w:r>
      <w:r>
        <w:t xml:space="preserve">  됐으니까 가! 여관 주인을 불러!</w:t>
      </w:r>
    </w:p>
    <w:p>
      <w:r>
        <w:rPr>
          <w:i/>
        </w:rPr>
        <w:t>【지문】 오시프가 나간다.</w:t>
      </w:r>
    </w:p>
    <w:p>
      <w:r>
        <w:rPr>
          <w:b/>
          <w:sz w:val="26"/>
        </w:rPr>
        <w:t>장면 3</w:t>
      </w:r>
    </w:p>
    <w:p>
      <w:r>
        <w:rPr>
          <w:i/>
        </w:rPr>
        <w:t>【지문】 흘레스타코프 혼자.</w:t>
      </w:r>
    </w:p>
    <w:p>
      <w:pPr>
        <w:spacing w:after="60"/>
      </w:pPr>
      <w:r>
        <w:rPr>
          <w:b/>
        </w:rPr>
        <w:t>흘레스타코프</w:t>
      </w:r>
      <w:r>
        <w:t xml:space="preserve">  배고파 죽겠네. 산책이라도 하면 식욕이 좀 가라앉을 줄 알았는데, 젠장, 더 심해졌어. 펜자에서 그렇게 돈을 흥청망청 쓰지만 않았어도 집에 돌아갈 돈은 남았을 텐데.</w:t>
      </w:r>
    </w:p>
    <w:p>
      <w:pPr>
        <w:spacing w:after="60"/>
      </w:pPr>
      <w:r>
        <w:rPr>
          <w:b/>
        </w:rPr>
        <w:t>흘레스타코프</w:t>
      </w:r>
      <w:r>
        <w:t xml:space="preserve">  보병대 대위가 나를 제대로 털어먹었지. 그 인간 카드 섞는 솜씨가 얼마나 기막힌지! 15분도 안 돼서 내 마지막 동전까지 싹 쓸어갔어. 그래도 한 번만 더 그 인간과 카드놀이를 할 수 있다면 뭐든 주겠는데. 하지만 다시 만날 일은 없겠지.</w:t>
      </w:r>
    </w:p>
    <w:p>
      <w:pPr>
        <w:spacing w:after="60"/>
      </w:pPr>
      <w:r>
        <w:rPr>
          <w:b/>
        </w:rPr>
        <w:t>흘레스타코프</w:t>
      </w:r>
      <w:r>
        <w:t xml:space="preserve">  이런 형편없는 도시는 처음이야. 잡화점에서도 외상으로는 아무것도 안 주니 말이야. 정말 인색한 곳이야.</w:t>
      </w:r>
    </w:p>
    <w:p>
      <w:r>
        <w:rPr>
          <w:i/>
        </w:rPr>
        <w:t>【지문】 흘레스타코프가 휘파람을 분다. 처음에는 「로베르 르 디아블」의 선율, 다음에는 유행가, 그리고 두 곡을 뒤섞은 엉뚱한 선율을 부른다.</w:t>
      </w:r>
    </w:p>
    <w:p>
      <w:pPr>
        <w:spacing w:after="60"/>
      </w:pPr>
      <w:r>
        <w:rPr>
          <w:b/>
        </w:rPr>
        <w:t>흘레스타코프</w:t>
      </w:r>
      <w:r>
        <w:t xml:space="preserve">  아무도 안 오네.</w:t>
      </w:r>
    </w:p>
    <w:p>
      <w:r>
        <w:rPr>
          <w:b/>
          <w:sz w:val="26"/>
        </w:rPr>
        <w:t>장면 4</w:t>
      </w:r>
    </w:p>
    <w:p>
      <w:r>
        <w:rPr>
          <w:i/>
        </w:rPr>
        <w:t>【지문】 흘레스타코프, 오시프, 그리고 하인이 등장한다.</w:t>
      </w:r>
    </w:p>
    <w:p>
      <w:pPr>
        <w:spacing w:after="60"/>
      </w:pPr>
      <w:r>
        <w:rPr>
          <w:b/>
        </w:rPr>
        <w:t>하인</w:t>
      </w:r>
      <w:r>
        <w:t xml:space="preserve">  여관 주인이 올라가서 무엇을 원하시는지 여쭤보라고 했습니다.</w:t>
      </w:r>
    </w:p>
    <w:p>
      <w:pPr>
        <w:spacing w:after="60"/>
      </w:pPr>
      <w:r>
        <w:rPr>
          <w:b/>
        </w:rPr>
        <w:t>흘레스타코프</w:t>
      </w:r>
      <w:r>
        <w:t xml:space="preserve">  아, 그래요? 잘 지내죠, 친구? 잘 지내요?</w:t>
      </w:r>
    </w:p>
    <w:p>
      <w:pPr>
        <w:spacing w:after="60"/>
      </w:pPr>
      <w:r>
        <w:rPr>
          <w:b/>
        </w:rPr>
        <w:t>하인</w:t>
      </w:r>
      <w:r>
        <w:t xml:space="preserve">  네, 잘 지냅니다.</w:t>
      </w:r>
    </w:p>
    <w:p>
      <w:pPr>
        <w:spacing w:after="60"/>
      </w:pPr>
      <w:r>
        <w:rPr>
          <w:b/>
        </w:rPr>
        <w:t>흘레스타코프</w:t>
      </w:r>
      <w:r>
        <w:t xml:space="preserve">  여관은 장사 잘돼요?</w:t>
      </w:r>
    </w:p>
    <w:p>
      <w:pPr>
        <w:spacing w:after="60"/>
      </w:pPr>
      <w:r>
        <w:rPr>
          <w:b/>
        </w:rPr>
        <w:t>하인</w:t>
      </w:r>
      <w:r>
        <w:t xml:space="preserve">  네, 잘됩니다.</w:t>
      </w:r>
    </w:p>
    <w:p>
      <w:pPr>
        <w:spacing w:after="60"/>
      </w:pPr>
      <w:r>
        <w:rPr>
          <w:b/>
        </w:rPr>
        <w:t>흘레스타코프</w:t>
      </w:r>
      <w:r>
        <w:t xml:space="preserve">  손님도 많고?</w:t>
      </w:r>
    </w:p>
    <w:p>
      <w:pPr>
        <w:spacing w:after="60"/>
      </w:pPr>
      <w:r>
        <w:rPr>
          <w:b/>
        </w:rPr>
        <w:t>하인</w:t>
      </w:r>
      <w:r>
        <w:t xml:space="preserve">  많습니다.</w:t>
      </w:r>
    </w:p>
    <w:p>
      <w:pPr>
        <w:spacing w:after="60"/>
      </w:pPr>
      <w:r>
        <w:rPr>
          <w:b/>
        </w:rPr>
        <w:t>흘레스타코프</w:t>
      </w:r>
      <w:r>
        <w:t xml:space="preserve">  그런데 말이야, 아직 저녁이 안 올라왔어. 좀 서둘러 달라고 해줘. 최대한 빨리 가져오라고. 저녁 먹고 바로 처리해야 할 일이 있거든.</w:t>
      </w:r>
    </w:p>
    <w:p>
      <w:pPr>
        <w:spacing w:after="60"/>
      </w:pPr>
      <w:r>
        <w:rPr>
          <w:b/>
        </w:rPr>
        <w:t>하인</w:t>
      </w:r>
      <w:r>
        <w:t xml:space="preserve">  여관 주인이 더 이상 아무것도 주지 않겠다고 했습니다. 오늘 당장 시장에게 가서 손님을 고발하려고 했답니다.</w:t>
      </w:r>
    </w:p>
    <w:p>
      <w:pPr>
        <w:spacing w:after="60"/>
      </w:pPr>
      <w:r>
        <w:rPr>
          <w:b/>
        </w:rPr>
        <w:t>흘레스타코프</w:t>
      </w:r>
      <w:r>
        <w:t xml:space="preserve">  무슨 고발을 한다는 거야? 당신이 한번 생각해봐. 나는 먹어야 하잖아. 이러다 뼈만 남겠어. 정말 배가 고프다고.</w:t>
      </w:r>
    </w:p>
    <w:p>
      <w:pPr>
        <w:spacing w:after="60"/>
      </w:pPr>
      <w:r>
        <w:rPr>
          <w:b/>
        </w:rPr>
        <w:t>하인</w:t>
      </w:r>
      <w:r>
        <w:t xml:space="preserve">  네, 그래서 주인이 “이미 먹은 것의 돈을 내기 전에는 저녁을 주지 않겠다”고 했습니다.</w:t>
      </w:r>
    </w:p>
    <w:p>
      <w:pPr>
        <w:spacing w:after="60"/>
      </w:pPr>
      <w:r>
        <w:rPr>
          <w:b/>
        </w:rPr>
        <w:t>흘레스타코프</w:t>
      </w:r>
      <w:r>
        <w:t xml:space="preserve">  잘 설득해봐.</w:t>
      </w:r>
    </w:p>
    <w:p>
      <w:pPr>
        <w:spacing w:after="60"/>
      </w:pPr>
      <w:r>
        <w:rPr>
          <w:b/>
        </w:rPr>
        <w:t>하인</w:t>
      </w:r>
      <w:r>
        <w:t xml:space="preserve">  뭐라고 말합니까?</w:t>
      </w:r>
    </w:p>
    <w:p>
      <w:pPr>
        <w:spacing w:after="60"/>
      </w:pPr>
      <w:r>
        <w:rPr>
          <w:b/>
        </w:rPr>
        <w:t>흘레스타코프</w:t>
      </w:r>
      <w:r>
        <w:t xml:space="preserve">  심각한 일이라고 해. 내가 먹어야 한다고. 돈은 물론—저 인간은 자기 같은 농부가 하루 종일 굶을 수 있다고 해서 다른 사람들도 그런 줄 아나 봐. 말도 안 되지!</w:t>
      </w:r>
    </w:p>
    <w:p>
      <w:pPr>
        <w:spacing w:after="60"/>
      </w:pPr>
      <w:r>
        <w:rPr>
          <w:b/>
        </w:rPr>
        <w:t>하인</w:t>
      </w:r>
      <w:r>
        <w:t xml:space="preserve">  알겠습니다. 그렇게 말해보겠습니다.</w:t>
      </w:r>
    </w:p>
    <w:p>
      <w:r>
        <w:rPr>
          <w:i/>
        </w:rPr>
        <w:t>【지문】 하인과 오시프가 나간다.</w:t>
      </w:r>
    </w:p>
    <w:p>
      <w:r>
        <w:rPr>
          <w:b/>
          <w:sz w:val="26"/>
        </w:rPr>
        <w:t>장면 5</w:t>
      </w:r>
    </w:p>
    <w:p>
      <w:r>
        <w:rPr>
          <w:i/>
        </w:rPr>
        <w:t>【지문】 흘레스타코프 혼자.</w:t>
      </w:r>
    </w:p>
    <w:p>
      <w:pPr>
        <w:spacing w:after="60"/>
      </w:pPr>
      <w:r>
        <w:rPr>
          <w:b/>
        </w:rPr>
        <w:t>흘레스타코프</w:t>
      </w:r>
      <w:r>
        <w:t xml:space="preserve">  저 인간이 끝까지 안 주면 정말 큰일인데. 이렇게 배고픈 적은 처음이야. 옷이라도 담보로 돈을 마련해볼까? 바지를 팔아? 안 돼. 상트페테르부르크 옷을 입지 않고 집에 돌아가는 건 차라리 굶어 죽는 게 낫지.</w:t>
      </w:r>
    </w:p>
    <w:p>
      <w:pPr>
        <w:spacing w:after="60"/>
      </w:pPr>
      <w:r>
        <w:rPr>
          <w:b/>
        </w:rPr>
        <w:t>흘레스타코프</w:t>
      </w:r>
      <w:r>
        <w:t xml:space="preserve">  요아힘이 마차를 빌려주지 않은 것도 아쉽네. 마차를 타고 집에 돌아가서 이웃집 현관 앞에 불을 밝힌 채 세워두고, 뒤에는 제복 입은 오시프가 서 있으면 얼마나 근사했을까.</w:t>
      </w:r>
    </w:p>
    <w:p>
      <w:r>
        <w:rPr>
          <w:i/>
        </w:rPr>
        <w:t>【지문】 흘레스타코프가 상상하며 연기한다.</w:t>
      </w:r>
    </w:p>
    <w:p>
      <w:pPr>
        <w:spacing w:after="60"/>
      </w:pPr>
      <w:r>
        <w:rPr>
          <w:b/>
        </w:rPr>
        <w:t>흘레스타코프</w:t>
      </w:r>
      <w:r>
        <w:t xml:space="preserve">  “누구지? 무슨 일이야?” 그러면 하인이 들어가서 이렇게 말하는 거야. “상트페테르부르크의 이반 알렉산드로비치 흘레스타코프님이 오셨습니다. 만나시겠습니까?”</w:t>
      </w:r>
    </w:p>
    <w:p>
      <w:pPr>
        <w:spacing w:after="60"/>
      </w:pPr>
      <w:r>
        <w:rPr>
          <w:b/>
        </w:rPr>
        <w:t>흘레스타코프</w:t>
      </w:r>
      <w:r>
        <w:t xml:space="preserve">  시골 촌놈들은 “만나다”는 게 무슨 뜻인지도 모른다니까. 시골 지주가 찾아오면 곰처럼 거실로 성큼성큼 들어가잖아.</w:t>
      </w:r>
    </w:p>
    <w:p>
      <w:pPr>
        <w:spacing w:after="60"/>
      </w:pPr>
      <w:r>
        <w:rPr>
          <w:b/>
        </w:rPr>
        <w:t>흘레스타코프</w:t>
      </w:r>
      <w:r>
        <w:t xml:space="preserve">  그러고 예쁜 아가씨에게 다가가 이렇게 말하는 거지. “만나 뵙게 되어 기쁩니다, 아가씨.”</w:t>
      </w:r>
    </w:p>
    <w:p>
      <w:r>
        <w:rPr>
          <w:i/>
        </w:rPr>
        <w:t>【지문】 손을 비비며 허리를 굽혀 인사한다.</w:t>
      </w:r>
    </w:p>
    <w:p>
      <w:pPr>
        <w:spacing w:after="60"/>
      </w:pPr>
      <w:r>
        <w:rPr>
          <w:b/>
        </w:rPr>
        <w:t>흘레스타코프</w:t>
      </w:r>
      <w:r>
        <w:t xml:space="preserve">  으윽. 배고파서 속이 다 뒤집히네.</w:t>
      </w:r>
    </w:p>
    <w:p>
      <w:r>
        <w:rPr>
          <w:b/>
          <w:sz w:val="26"/>
        </w:rPr>
        <w:t>장면 6</w:t>
      </w:r>
    </w:p>
    <w:p>
      <w:r>
        <w:rPr>
          <w:i/>
        </w:rPr>
        <w:t>【지문】 흘레스타코프와 오시프. 이후 하인이 들어온다.</w:t>
      </w:r>
    </w:p>
    <w:p>
      <w:pPr>
        <w:spacing w:after="60"/>
      </w:pPr>
      <w:r>
        <w:rPr>
          <w:b/>
        </w:rPr>
        <w:t>흘레스타코프</w:t>
      </w:r>
      <w:r>
        <w:t xml:space="preserve">  그래?</w:t>
      </w:r>
    </w:p>
    <w:p>
      <w:pPr>
        <w:spacing w:after="60"/>
      </w:pPr>
      <w:r>
        <w:rPr>
          <w:b/>
        </w:rPr>
        <w:t>오시프</w:t>
      </w:r>
      <w:r>
        <w:t xml:space="preserve">  저녁을 가져온답니다.</w:t>
      </w:r>
    </w:p>
    <w:p>
      <w:r>
        <w:rPr>
          <w:i/>
        </w:rPr>
        <w:t>【지문】 흘레스타코프가 손뼉을 치며 의자에서 몸을 비튼다.</w:t>
      </w:r>
    </w:p>
    <w:p>
      <w:pPr>
        <w:spacing w:after="60"/>
      </w:pPr>
      <w:r>
        <w:rPr>
          <w:b/>
        </w:rPr>
        <w:t>흘레스타코프</w:t>
      </w:r>
      <w:r>
        <w:t xml:space="preserve">  저녁! 저녁! 저녁!</w:t>
      </w:r>
    </w:p>
    <w:p>
      <w:r>
        <w:rPr>
          <w:i/>
        </w:rPr>
        <w:t>【지문】 하인이 접시와 냅킨을 들고 들어온다.</w:t>
      </w:r>
    </w:p>
    <w:p>
      <w:pPr>
        <w:spacing w:after="60"/>
      </w:pPr>
      <w:r>
        <w:rPr>
          <w:b/>
        </w:rPr>
        <w:t>하인</w:t>
      </w:r>
      <w:r>
        <w:t xml:space="preserve">  이번이 마지막입니다. 여관 주인이 더 이상은 저녁을 주지 않겠다고 했습니다.</w:t>
      </w:r>
    </w:p>
    <w:p>
      <w:pPr>
        <w:spacing w:after="60"/>
      </w:pPr>
      <w:r>
        <w:rPr>
          <w:b/>
        </w:rPr>
        <w:t>흘레스타코프</w:t>
      </w:r>
      <w:r>
        <w:t xml:space="preserve">  여관 주인, 여관 주인! 네 주인 따위는 신경 안 써. 뭐가 왔지?</w:t>
      </w:r>
    </w:p>
    <w:p>
      <w:pPr>
        <w:spacing w:after="60"/>
      </w:pPr>
      <w:r>
        <w:rPr>
          <w:b/>
        </w:rPr>
        <w:t>하인</w:t>
      </w:r>
      <w:r>
        <w:t xml:space="preserve">  수프와 로스트비프입니다.</w:t>
      </w:r>
    </w:p>
    <w:p>
      <w:pPr>
        <w:spacing w:after="60"/>
      </w:pPr>
      <w:r>
        <w:rPr>
          <w:b/>
        </w:rPr>
        <w:t>흘레스타코프</w:t>
      </w:r>
      <w:r>
        <w:t xml:space="preserve">  뭐? 고작 두 가지뿐이야?</w:t>
      </w:r>
    </w:p>
    <w:p>
      <w:pPr>
        <w:spacing w:after="60"/>
      </w:pPr>
      <w:r>
        <w:rPr>
          <w:b/>
        </w:rPr>
        <w:t>하인</w:t>
      </w:r>
      <w:r>
        <w:t xml:space="preserve">  그게 전부입니다.</w:t>
      </w:r>
    </w:p>
    <w:p>
      <w:pPr>
        <w:spacing w:after="60"/>
      </w:pPr>
      <w:r>
        <w:rPr>
          <w:b/>
        </w:rPr>
        <w:t>흘레스타코프</w:t>
      </w:r>
      <w:r>
        <w:t xml:space="preserve">  말도 안 돼! 안 먹겠어. 주인에게 물어봐. 이게 뭐야? 부족하잖아.</w:t>
      </w:r>
    </w:p>
    <w:p>
      <w:pPr>
        <w:spacing w:after="60"/>
      </w:pPr>
      <w:r>
        <w:rPr>
          <w:b/>
        </w:rPr>
        <w:t>하인</w:t>
      </w:r>
      <w:r>
        <w:t xml:space="preserve">  주인은 오히려 너무 많다고 합니다.</w:t>
      </w:r>
    </w:p>
    <w:p>
      <w:pPr>
        <w:spacing w:after="60"/>
      </w:pPr>
      <w:r>
        <w:rPr>
          <w:b/>
        </w:rPr>
        <w:t>흘레스타코프</w:t>
      </w:r>
      <w:r>
        <w:t xml:space="preserve">  소스는 왜 없어?</w:t>
      </w:r>
    </w:p>
    <w:p>
      <w:pPr>
        <w:spacing w:after="60"/>
      </w:pPr>
      <w:r>
        <w:rPr>
          <w:b/>
        </w:rPr>
        <w:t>하인</w:t>
      </w:r>
      <w:r>
        <w:t xml:space="preserve">  없습니다.</w:t>
      </w:r>
    </w:p>
    <w:p>
      <w:pPr>
        <w:spacing w:after="60"/>
      </w:pPr>
      <w:r>
        <w:rPr>
          <w:b/>
        </w:rPr>
        <w:t>흘레스타코프</w:t>
      </w:r>
      <w:r>
        <w:t xml:space="preserve">  왜 없어? 내가 주방을 지나가면서 만드는 걸 많이 봤는데. 오늘 아침 식당에서도 키 작은 남자 둘이 연어며 온갖 걸 먹고 있었어.</w:t>
      </w:r>
    </w:p>
    <w:p>
      <w:pPr>
        <w:spacing w:after="60"/>
      </w:pPr>
      <w:r>
        <w:rPr>
          <w:b/>
        </w:rPr>
        <w:t>하인</w:t>
      </w:r>
      <w:r>
        <w:t xml:space="preserve">  있는 것도 있고 없는 것도 있습니다.</w:t>
      </w:r>
    </w:p>
    <w:p>
      <w:pPr>
        <w:spacing w:after="60"/>
      </w:pPr>
      <w:r>
        <w:rPr>
          <w:b/>
        </w:rPr>
        <w:t>흘레스타코프</w:t>
      </w:r>
      <w:r>
        <w:t xml:space="preserve">  왜 “없다”는 거야?</w:t>
      </w:r>
    </w:p>
    <w:p>
      <w:pPr>
        <w:spacing w:after="60"/>
      </w:pPr>
      <w:r>
        <w:rPr>
          <w:b/>
        </w:rPr>
        <w:t>하인</w:t>
      </w:r>
      <w:r>
        <w:t xml:space="preserve">  없으니까요.</w:t>
      </w:r>
    </w:p>
    <w:p>
      <w:pPr>
        <w:spacing w:after="60"/>
      </w:pPr>
      <w:r>
        <w:rPr>
          <w:b/>
        </w:rPr>
        <w:t>흘레스타코프</w:t>
      </w:r>
      <w:r>
        <w:t xml:space="preserve">  연어도 없고, 생선도 없고, 커틀릿도 없어?</w:t>
      </w:r>
    </w:p>
    <w:p>
      <w:pPr>
        <w:spacing w:after="60"/>
      </w:pPr>
      <w:r>
        <w:rPr>
          <w:b/>
        </w:rPr>
        <w:t>하인</w:t>
      </w:r>
      <w:r>
        <w:t xml:space="preserve">  그건 좋은 손님들에게만 나갑니다.</w:t>
      </w:r>
    </w:p>
    <w:p>
      <w:pPr>
        <w:spacing w:after="60"/>
      </w:pPr>
      <w:r>
        <w:rPr>
          <w:b/>
        </w:rPr>
        <w:t>흘레스타코프</w:t>
      </w:r>
      <w:r>
        <w:t xml:space="preserve">  이 멍청아.</w:t>
      </w:r>
    </w:p>
    <w:p>
      <w:pPr>
        <w:spacing w:after="60"/>
      </w:pPr>
      <w:r>
        <w:rPr>
          <w:b/>
        </w:rPr>
        <w:t>하인</w:t>
      </w:r>
      <w:r>
        <w:t xml:space="preserve">  네.</w:t>
      </w:r>
    </w:p>
    <w:p>
      <w:pPr>
        <w:spacing w:after="60"/>
      </w:pPr>
      <w:r>
        <w:rPr>
          <w:b/>
        </w:rPr>
        <w:t>흘레스타코프</w:t>
      </w:r>
      <w:r>
        <w:t xml:space="preserve">  젖먹이 같은 놈. 저 사람들은 먹는데 왜 나는 못 먹어? 나도 손님이잖아!</w:t>
      </w:r>
    </w:p>
    <w:p>
      <w:pPr>
        <w:spacing w:after="60"/>
      </w:pPr>
      <w:r>
        <w:rPr>
          <w:b/>
        </w:rPr>
        <w:t>하인</w:t>
      </w:r>
      <w:r>
        <w:t xml:space="preserve">  같은 손님은 아닙니다.</w:t>
      </w:r>
    </w:p>
    <w:p>
      <w:pPr>
        <w:spacing w:after="60"/>
      </w:pPr>
      <w:r>
        <w:rPr>
          <w:b/>
        </w:rPr>
        <w:t>흘레스타코프</w:t>
      </w:r>
      <w:r>
        <w:t xml:space="preserve">  왜?</w:t>
      </w:r>
    </w:p>
    <w:p>
      <w:pPr>
        <w:spacing w:after="60"/>
      </w:pPr>
      <w:r>
        <w:rPr>
          <w:b/>
        </w:rPr>
        <w:t>하인</w:t>
      </w:r>
      <w:r>
        <w:t xml:space="preserve">  간단합니다. 저 사람들은 돈을 냅니다.</w:t>
      </w:r>
    </w:p>
    <w:p>
      <w:pPr>
        <w:spacing w:after="60"/>
      </w:pPr>
      <w:r>
        <w:rPr>
          <w:b/>
        </w:rPr>
        <w:t>흘레스타코프</w:t>
      </w:r>
      <w:r>
        <w:t xml:space="preserve">  너 같은 멍청이하고 말싸움할 생각은 없어!</w:t>
      </w:r>
    </w:p>
    <w:p>
      <w:r>
        <w:rPr>
          <w:i/>
        </w:rPr>
        <w:t>【지문】 흘레스타코프가 수프를 떠먹기 시작한다.</w:t>
      </w:r>
    </w:p>
    <w:p>
      <w:pPr>
        <w:spacing w:after="60"/>
      </w:pPr>
      <w:r>
        <w:rPr>
          <w:b/>
        </w:rPr>
        <w:t>흘레스타코프</w:t>
      </w:r>
      <w:r>
        <w:t xml:space="preserve">  이게 무슨 수프야? 그냥 뜨거운 물을 컵에 부은 것 같잖아. 맛도 없어. 냄새만 나. 싫어. 다른 수프 가져와.</w:t>
      </w:r>
    </w:p>
    <w:p>
      <w:pPr>
        <w:spacing w:after="60"/>
      </w:pPr>
      <w:r>
        <w:rPr>
          <w:b/>
        </w:rPr>
        <w:t>하인</w:t>
      </w:r>
      <w:r>
        <w:t xml:space="preserve">  알겠습니다. 가져가겠습니다. 주인이 싫으면 먹지 말라고 했습니다.</w:t>
      </w:r>
    </w:p>
    <w:p>
      <w:r>
        <w:rPr>
          <w:i/>
        </w:rPr>
        <w:t>【지문】 흘레스타코프가 접시를 손으로 막는다.</w:t>
      </w:r>
    </w:p>
    <w:p>
      <w:pPr>
        <w:spacing w:after="60"/>
      </w:pPr>
      <w:r>
        <w:rPr>
          <w:b/>
        </w:rPr>
        <w:t>흘레스타코프</w:t>
      </w:r>
      <w:r>
        <w:t xml:space="preserve">  잠깐, 그대로 둬. 다른 사람들에게 이런 식으로 대하는 건 몰라도 나한테는 그러지 마. 경고하는데, 나한테 함부로 하지 마.</w:t>
      </w:r>
    </w:p>
    <w:p>
      <w:pPr>
        <w:spacing w:after="60"/>
      </w:pPr>
      <w:r>
        <w:rPr>
          <w:b/>
        </w:rPr>
        <w:t>흘레스타코프</w:t>
      </w:r>
      <w:r>
        <w:t xml:space="preserve">  세상에, 이게 수프야?</w:t>
      </w:r>
    </w:p>
    <w:p>
      <w:r>
        <w:rPr>
          <w:i/>
        </w:rPr>
        <w:t>【지문】 계속 먹는다.</w:t>
      </w:r>
    </w:p>
    <w:p>
      <w:pPr>
        <w:spacing w:after="60"/>
      </w:pPr>
      <w:r>
        <w:rPr>
          <w:b/>
        </w:rPr>
        <w:t>흘레스타코프</w:t>
      </w:r>
      <w:r>
        <w:t xml:space="preserve">  이런 수프는 세상에서 처음 먹어본다. 버터 대신 깃털이 떠 있잖아.</w:t>
      </w:r>
    </w:p>
    <w:p>
      <w:r>
        <w:rPr>
          <w:i/>
        </w:rPr>
        <w:t>【지문】 수프 속 닭고기를 자른다.</w:t>
      </w:r>
    </w:p>
    <w:p>
      <w:pPr>
        <w:spacing w:after="60"/>
      </w:pPr>
      <w:r>
        <w:rPr>
          <w:b/>
        </w:rPr>
        <w:t>흘레스타코프</w:t>
      </w:r>
      <w:r>
        <w:t xml:space="preserve">  아이고! 이게 무슨 닭이야! 오시프, 수프 조금 남았다. 가져가.</w:t>
      </w:r>
    </w:p>
    <w:p>
      <w:pPr>
        <w:spacing w:after="60"/>
      </w:pPr>
      <w:r>
        <w:rPr>
          <w:b/>
        </w:rPr>
        <w:t>흘레스타코프</w:t>
      </w:r>
      <w:r>
        <w:t xml:space="preserve">  이 로스트비프는 또 뭐야? 이건 로스트비프가 아니잖아.</w:t>
      </w:r>
    </w:p>
    <w:p>
      <w:pPr>
        <w:spacing w:after="60"/>
      </w:pPr>
      <w:r>
        <w:rPr>
          <w:b/>
        </w:rPr>
        <w:t>하인</w:t>
      </w:r>
      <w:r>
        <w:t xml:space="preserve">  그럼 뭡니까?</w:t>
      </w:r>
    </w:p>
    <w:p>
      <w:pPr>
        <w:spacing w:after="60"/>
      </w:pPr>
      <w:r>
        <w:rPr>
          <w:b/>
        </w:rPr>
        <w:t>흘레스타코프</w:t>
      </w:r>
      <w:r>
        <w:t xml:space="preserve">  악마나 알겠지. 하지만 로스트비프는 아니야. 구운 쇠붙이지, 로스트비프가 아니라고!</w:t>
      </w:r>
    </w:p>
    <w:p>
      <w:r>
        <w:rPr>
          <w:i/>
        </w:rPr>
        <w:t>【지문】 먹는다.</w:t>
      </w:r>
    </w:p>
    <w:p>
      <w:pPr>
        <w:spacing w:after="60"/>
      </w:pPr>
      <w:r>
        <w:rPr>
          <w:b/>
        </w:rPr>
        <w:t>흘레스타코프</w:t>
      </w:r>
      <w:r>
        <w:t xml:space="preserve">  사기꾼들! 도둑놈들! 사람한테 이런 걸 먹이냐! 한 조각 씹는 것만으로도 턱이 아파 죽겠어.</w:t>
      </w:r>
    </w:p>
    <w:p>
      <w:r>
        <w:rPr>
          <w:i/>
        </w:rPr>
        <w:t>【지문】 손가락으로 이빨 사이를 후빈다.</w:t>
      </w:r>
    </w:p>
    <w:p>
      <w:pPr>
        <w:spacing w:after="60"/>
      </w:pPr>
      <w:r>
        <w:rPr>
          <w:b/>
        </w:rPr>
        <w:t>흘레스타코프</w:t>
      </w:r>
      <w:r>
        <w:t xml:space="preserve">  악당들! 나무껍질처럼 질겨서 아무리 해도 안 끊어져. 이런 고기를 먹으면 이가 다 망가진다고!</w:t>
      </w:r>
    </w:p>
    <w:p>
      <w:r>
        <w:rPr>
          <w:i/>
        </w:rPr>
        <w:t>【지문】 냅킨으로 입을 닦는다.</w:t>
      </w:r>
    </w:p>
    <w:p>
      <w:pPr>
        <w:spacing w:after="60"/>
      </w:pPr>
      <w:r>
        <w:rPr>
          <w:b/>
        </w:rPr>
        <w:t>흘레스타코프</w:t>
      </w:r>
      <w:r>
        <w:t xml:space="preserve">  다른 건 없어?</w:t>
      </w:r>
    </w:p>
    <w:p>
      <w:pPr>
        <w:spacing w:after="60"/>
      </w:pPr>
      <w:r>
        <w:rPr>
          <w:b/>
        </w:rPr>
        <w:t>하인</w:t>
      </w:r>
      <w:r>
        <w:t xml:space="preserve">  없습니다.</w:t>
      </w:r>
    </w:p>
    <w:p>
      <w:pPr>
        <w:spacing w:after="60"/>
      </w:pPr>
      <w:r>
        <w:rPr>
          <w:b/>
        </w:rPr>
        <w:t>흘레스타코프</w:t>
      </w:r>
      <w:r>
        <w:t xml:space="preserve">  사기꾼! 악당! 최소한 괜찮은 과자라도 줬어야지. 게으른 놈들! 손님 등쳐먹는 것밖에 못 하는군.</w:t>
      </w:r>
    </w:p>
    <w:p>
      <w:r>
        <w:rPr>
          <w:i/>
        </w:rPr>
        <w:t>【지문】 하인이 접시를 치운다. 오시프가 함께 나간다.</w:t>
      </w:r>
    </w:p>
    <w:p>
      <w:r>
        <w:rPr>
          <w:b/>
          <w:sz w:val="26"/>
        </w:rPr>
        <w:t>장면 7</w:t>
      </w:r>
    </w:p>
    <w:p>
      <w:r>
        <w:rPr>
          <w:i/>
        </w:rPr>
        <w:t>【지문】 흘레스타코프 혼자.</w:t>
      </w:r>
    </w:p>
    <w:p>
      <w:pPr>
        <w:spacing w:after="60"/>
      </w:pPr>
      <w:r>
        <w:rPr>
          <w:b/>
        </w:rPr>
        <w:t>흘레스타코프</w:t>
      </w:r>
      <w:r>
        <w:t xml:space="preserve">  정말 아무것도 안 먹은 것 같아. 오히려 배만 더 고파졌네. 시장에 보낼 잔돈만 있었어도 빵이라도 사올 텐데.</w:t>
      </w:r>
    </w:p>
    <w:p>
      <w:r>
        <w:rPr>
          <w:i/>
        </w:rPr>
        <w:t>【지문】 오시프가 들어온다.</w:t>
      </w:r>
    </w:p>
    <w:p>
      <w:pPr>
        <w:spacing w:after="60"/>
      </w:pPr>
      <w:r>
        <w:rPr>
          <w:b/>
        </w:rPr>
        <w:t>오시프</w:t>
      </w:r>
      <w:r>
        <w:t xml:space="preserve">  시장이 왔습니다. 왜 왔는지는 모르겠지만 당신을 찾고 있습니다.</w:t>
      </w:r>
    </w:p>
    <w:p>
      <w:pPr>
        <w:spacing w:after="60"/>
      </w:pPr>
      <w:r>
        <w:rPr>
          <w:b/>
        </w:rPr>
        <w:t>흘레스타코프</w:t>
      </w:r>
      <w:r>
        <w:t xml:space="preserve">  겁먹으며) 거 봐! 여관 주인이 나를 고발한 거야. 정말 나를 감옥에 넣는 건 아니겠지?</w:t>
      </w:r>
    </w:p>
    <w:p>
      <w:pPr>
        <w:spacing w:after="60"/>
      </w:pPr>
      <w:r>
        <w:rPr>
          <w:b/>
        </w:rPr>
        <w:t>흘레스타코프</w:t>
      </w:r>
      <w:r>
        <w:t xml:space="preserve">  그 사람이 신사답게 처리한다면 나도—아니, 안 돼. 거리에는 경찰과 사람들이 다 나와 있고, 나는 그 사람들 앞에서 유행을 만들었어. 상인의 딸하고도 추근댔고. 안 돼.</w:t>
      </w:r>
    </w:p>
    <w:p>
      <w:pPr>
        <w:spacing w:after="60"/>
      </w:pPr>
      <w:r>
        <w:rPr>
          <w:b/>
        </w:rPr>
        <w:t>흘레스타코프</w:t>
      </w:r>
      <w:r>
        <w:t xml:space="preserve">  그런데 대체 누구야? 감히! 나를 뭐로 보는 거야? 장사꾼으로 아나? 똑똑히 말해줘야지. “감히 나한테! 어떻게 감히—”</w:t>
      </w:r>
    </w:p>
    <w:p>
      <w:r>
        <w:rPr>
          <w:i/>
        </w:rPr>
        <w:t>【지문】 문손잡이가 돌아간다. 흘레스타코프의 얼굴이 창백해지고 움츠러든다.</w:t>
      </w:r>
    </w:p>
    <w:p>
      <w:r>
        <w:rPr>
          <w:b/>
          <w:sz w:val="26"/>
        </w:rPr>
        <w:t>장면 8</w:t>
      </w:r>
    </w:p>
    <w:p>
      <w:r>
        <w:rPr>
          <w:i/>
        </w:rPr>
        <w:t>【지문】 흘레스타코프, 시장, 도브친스키.</w:t>
      </w:r>
    </w:p>
    <w:p>
      <w:r>
        <w:rPr>
          <w:i/>
        </w:rPr>
        <w:t>【지문】 시장이 몇 걸음 들어와 멈춘다. 두 사람은 잠시 서로를 겁먹은 눈으로 바라본다.</w:t>
      </w:r>
    </w:p>
    <w:p>
      <w:pPr>
        <w:spacing w:after="60"/>
      </w:pPr>
      <w:r>
        <w:rPr>
          <w:b/>
        </w:rPr>
        <w:t>시장</w:t>
      </w:r>
      <w:r>
        <w:t xml:space="preserve">  군인식으로 경례하며) 인사를 드리러 왔습니다.</w:t>
      </w:r>
    </w:p>
    <w:p>
      <w:pPr>
        <w:spacing w:after="60"/>
      </w:pPr>
      <w:r>
        <w:rPr>
          <w:b/>
        </w:rPr>
        <w:t>흘레스타코프</w:t>
      </w:r>
      <w:r>
        <w:t xml:space="preserve">  고개 숙여) 안녕하십니까.</w:t>
      </w:r>
    </w:p>
    <w:p>
      <w:pPr>
        <w:spacing w:after="60"/>
      </w:pPr>
      <w:r>
        <w:rPr>
          <w:b/>
        </w:rPr>
        <w:t>시장</w:t>
      </w:r>
      <w:r>
        <w:t xml:space="preserve">  불쑥 찾아와 죄송합니다.</w:t>
      </w:r>
    </w:p>
    <w:p>
      <w:pPr>
        <w:spacing w:after="60"/>
      </w:pPr>
      <w:r>
        <w:rPr>
          <w:b/>
        </w:rPr>
        <w:t>흘레스타코프</w:t>
      </w:r>
      <w:r>
        <w:t xml:space="preserve">  괜찮습니다.</w:t>
      </w:r>
    </w:p>
    <w:p>
      <w:pPr>
        <w:spacing w:after="60"/>
      </w:pPr>
      <w:r>
        <w:rPr>
          <w:b/>
        </w:rPr>
        <w:t>시장</w:t>
      </w:r>
      <w:r>
        <w:t xml:space="preserve">  저는 이 도시의 시장으로서 방문객과 신분 높은 분들이 불편을 겪지 않도록 살피는 것이 의무입니다.</w:t>
      </w:r>
    </w:p>
    <w:p>
      <w:pPr>
        <w:spacing w:after="60"/>
      </w:pPr>
      <w:r>
        <w:rPr>
          <w:b/>
        </w:rPr>
        <w:t>흘레스타코프</w:t>
      </w:r>
      <w:r>
        <w:t xml:space="preserve">  처음에는 더듬거리다가 점점 큰 목소리로) 그런데—뭘 어떻게 하라는 겁니까? 이건 제 잘못이 아닙니다. 정말 돈을 낼 겁니다. 집에서 돈을 보내오기로 했습니다.</w:t>
      </w:r>
    </w:p>
    <w:p>
      <w:pPr>
        <w:spacing w:after="60"/>
      </w:pPr>
      <w:r>
        <w:rPr>
          <w:b/>
        </w:rPr>
        <w:t>흘레스타코프</w:t>
      </w:r>
      <w:r>
        <w:t xml:space="preserve">  그 사람이 제일 잘못했어요. 판자처럼 딱딱한 쇠고기를 주고, 수프는 대체 뭘 넣었는지 모르겠습니다. 창밖으로 던져버렸어야 했어요. 하루 종일 굶겨놓고 차는 또 무슨 차인지. 차에서 생선 냄새가 납니다. 그러니 내가 왜—이런!</w:t>
      </w:r>
    </w:p>
    <w:p>
      <w:r>
        <w:rPr>
          <w:i/>
        </w:rPr>
        <w:t>【지문】 도브친스키가 문틈으로 얼굴을 내민다.</w:t>
      </w:r>
    </w:p>
    <w:p>
      <w:pPr>
        <w:spacing w:after="60"/>
      </w:pPr>
      <w:r>
        <w:rPr>
          <w:b/>
        </w:rPr>
        <w:t>시장</w:t>
      </w:r>
      <w:r>
        <w:t xml:space="preserve">  겁먹으며) 아닙니다! 제 잘못이 아닙니다. 시장에는 늘 좋은 쇠고기가 들어옵니다. 홀모고리 상인들이 가져오는데, 성실하고 점잖은 사람들입니다. 그 사람이 어디서 그런 고기를 구했는지 모르겠습니다. 하지만 뭔가 문제가 있다면 다른 곳으로 모셔가는 건 어떻겠습니까?</w:t>
      </w:r>
    </w:p>
    <w:p>
      <w:pPr>
        <w:spacing w:after="60"/>
      </w:pPr>
      <w:r>
        <w:rPr>
          <w:b/>
        </w:rPr>
        <w:t>흘레스타코프</w:t>
      </w:r>
      <w:r>
        <w:t xml:space="preserve">  아니요, 됐습니다. 여기서 나가지 않겠습니다. 다른 곳이 어딘지 압니다. 감옥이겠죠. 도대체 무슨 권리로—감히! 나는 상트페테르부르크에서 정부를 위해 일하는 사람입니다.</w:t>
      </w:r>
    </w:p>
    <w:p>
      <w:r>
        <w:rPr>
          <w:i/>
        </w:rPr>
        <w:t>【지문】 흘레스타코프가 겁먹은 표정을 감추고 허세를 부린다.</w:t>
      </w:r>
    </w:p>
    <w:p>
      <w:pPr>
        <w:spacing w:after="60"/>
      </w:pPr>
      <w:r>
        <w:rPr>
          <w:b/>
        </w:rPr>
        <w:t>흘레스타코프</w:t>
      </w:r>
      <w:r>
        <w:t xml:space="preserve">  나—나—나는—</w:t>
      </w:r>
    </w:p>
    <w:p>
      <w:pPr>
        <w:spacing w:after="60"/>
      </w:pPr>
      <w:r>
        <w:rPr>
          <w:b/>
        </w:rPr>
        <w:t>시장</w:t>
      </w:r>
      <w:r>
        <w:t xml:space="preserve">  혼잣말) 맙소사, 얼마나 화가 난 거야. 모든 걸 알아버렸군. 그 빌어먹을 상인들이 전부 말해버린 게 틀림없어.</w:t>
      </w:r>
    </w:p>
    <w:p>
      <w:pPr>
        <w:spacing w:after="60"/>
      </w:pPr>
      <w:r>
        <w:rPr>
          <w:b/>
        </w:rPr>
        <w:t>흘레스타코프</w:t>
      </w:r>
      <w:r>
        <w:t xml:space="preserve">  허세를 부리며) 당신들이 전부 몰려와도 나는 안 갑니다. 곧장 장관에게 가겠습니다.</w:t>
      </w:r>
    </w:p>
    <w:p>
      <w:r>
        <w:rPr>
          <w:i/>
        </w:rPr>
        <w:t>【지문】 주먹으로 탁자를 친다.</w:t>
      </w:r>
    </w:p>
    <w:p>
      <w:pPr>
        <w:spacing w:after="60"/>
      </w:pPr>
      <w:r>
        <w:rPr>
          <w:b/>
        </w:rPr>
        <w:t>흘레스타코프</w:t>
      </w:r>
      <w:r>
        <w:t xml:space="preserve">  대체 무슨 짓입니까? 무슨 짓이냐고요!</w:t>
      </w:r>
    </w:p>
    <w:p>
      <w:pPr>
        <w:spacing w:after="60"/>
      </w:pPr>
      <w:r>
        <w:rPr>
          <w:b/>
        </w:rPr>
        <w:t>시장</w:t>
      </w:r>
      <w:r>
        <w:t xml:space="preserve">  몸을 꼿꼿이 세우지만 온몸을 떨며) 제발 저를 불쌍히 여겨주십시오. 저를 망치지 마십시오. 저에게도 아내와 어린 자식들이 있습니다. 한 사람의 인생을 망치지 말아주십시오.</w:t>
      </w:r>
    </w:p>
    <w:p>
      <w:pPr>
        <w:spacing w:after="60"/>
      </w:pPr>
      <w:r>
        <w:rPr>
          <w:b/>
        </w:rPr>
        <w:t>흘레스타코프</w:t>
      </w:r>
      <w:r>
        <w:t xml:space="preserve">  아니, 안 갑니다. 그게 나와 무슨 상관입니까? 당신에게 아내와 어린 자식이 있다고 내가 감옥에 가야 합니까? 정말 웃기는군!</w:t>
      </w:r>
    </w:p>
    <w:p>
      <w:r>
        <w:rPr>
          <w:i/>
        </w:rPr>
        <w:t>【지문】 도브친스키가 문틈으로 들여다보다 겁에 질려 사라진다.</w:t>
      </w:r>
    </w:p>
    <w:p>
      <w:pPr>
        <w:spacing w:after="60"/>
      </w:pPr>
      <w:r>
        <w:rPr>
          <w:b/>
        </w:rPr>
        <w:t>흘레스타코프</w:t>
      </w:r>
      <w:r>
        <w:t xml:space="preserve">  아니요. 사양하겠습니다. 나는 안 갑니다.</w:t>
      </w:r>
    </w:p>
    <w:p>
      <w:pPr>
        <w:spacing w:after="60"/>
      </w:pPr>
      <w:r>
        <w:rPr>
          <w:b/>
        </w:rPr>
        <w:t>시장</w:t>
      </w:r>
      <w:r>
        <w:t xml:space="preserve">  떨며) 제가 경험이 부족했습니다. 맹세컨대 경험이 부족했고, 돈도 부족했습니다. 한번 생각해보십시오. 제 월급으로는 차와 설탕을 사기도 빠듯합니다. 뇌물을 받았다 해도 아주 사소한 것뿐입니다. 식탁에 놓을 것 몇 가지나 외투 한두 벌 정도였어요.</w:t>
      </w:r>
    </w:p>
    <w:p>
      <w:pPr>
        <w:spacing w:after="60"/>
      </w:pPr>
      <w:r>
        <w:rPr>
          <w:b/>
        </w:rPr>
        <w:t>시장</w:t>
      </w:r>
      <w:r>
        <w:t xml:space="preserve">  그리고 그 하사관의 미망인을 때렸다는 소문도 사실이 아닙니다. 그녀는 지금 장사를 하고 있습니다. 저를 모함한 겁니다. 이곳 사람들은 저를 죽이려 듭니다. 그런 인간들입니다.</w:t>
      </w:r>
    </w:p>
    <w:p>
      <w:pPr>
        <w:spacing w:after="60"/>
      </w:pPr>
      <w:r>
        <w:rPr>
          <w:b/>
        </w:rPr>
        <w:t>흘레스타코프</w:t>
      </w:r>
      <w:r>
        <w:t xml:space="preserve">  그건 나와 상관없습니다.</w:t>
      </w:r>
    </w:p>
    <w:p>
      <w:r>
        <w:rPr>
          <w:i/>
        </w:rPr>
        <w:t>【지문】 잠시 생각한다.</w:t>
      </w:r>
    </w:p>
    <w:p>
      <w:pPr>
        <w:spacing w:after="60"/>
      </w:pPr>
      <w:r>
        <w:rPr>
          <w:b/>
        </w:rPr>
        <w:t>흘레스타코프</w:t>
      </w:r>
      <w:r>
        <w:t xml:space="preserve">  그런데 왜 당신의 악당들이니 하사관의 미망인이니 하는 이야기를 나한테 하는 거죠? 하사관의 미망인 문제는 또 다른 이야기입니다.</w:t>
      </w:r>
    </w:p>
    <w:p>
      <w:pPr>
        <w:spacing w:after="60"/>
      </w:pPr>
      <w:r>
        <w:rPr>
          <w:b/>
        </w:rPr>
        <w:t>흘레스타코프</w:t>
      </w:r>
      <w:r>
        <w:t xml:space="preserve">  하지만 나를 때릴 생각은 하지 마십시오. 나한테는 안 됩니다. 절대 안 됩니다. 나는 돈을 낼 겁니다. 그런데 지금 현금이 없습니다. 그래서 여기 있는 겁니다. 코페이카 한 푼도 없거든요.</w:t>
      </w:r>
    </w:p>
    <w:p>
      <w:pPr>
        <w:spacing w:after="60"/>
      </w:pPr>
      <w:r>
        <w:rPr>
          <w:b/>
        </w:rPr>
        <w:t>시장</w:t>
      </w:r>
      <w:r>
        <w:t xml:space="preserve">  혼잣말) 영리한 놈이군. 이게 목적이었나? 말이 너무 많아서 어디로 가려는지 알 수가 없어. 대체 뭘 원하는지 모르겠군. 하지만 해봐야지. 성공하든 실패하든.</w:t>
      </w:r>
    </w:p>
    <w:p>
      <w:pPr>
        <w:spacing w:after="60"/>
      </w:pPr>
      <w:r>
        <w:rPr>
          <w:b/>
        </w:rPr>
        <w:t>시장</w:t>
      </w:r>
      <w:r>
        <w:t xml:space="preserve">  큰소리로) 정말 돈이 필요하신 거라면 제가 도와드리겠습니다. 이 도시의 방문객을 돕는 것이 제 의무니까요.</w:t>
      </w:r>
    </w:p>
    <w:p>
      <w:pPr>
        <w:spacing w:after="60"/>
      </w:pPr>
      <w:r>
        <w:rPr>
          <w:b/>
        </w:rPr>
        <w:t>흘레스타코프</w:t>
      </w:r>
      <w:r>
        <w:t xml:space="preserve">  돈을 빌려주세요. 돈을 좀 빌려주세요. 그러면 당장 여관비를 갚겠습니다. 200루블만 있으면 됩니다. 더 적어도 됩니다.</w:t>
      </w:r>
    </w:p>
    <w:p>
      <w:pPr>
        <w:spacing w:after="60"/>
      </w:pPr>
      <w:r>
        <w:rPr>
          <w:b/>
        </w:rPr>
        <w:t>시장</w:t>
      </w:r>
      <w:r>
        <w:t xml:space="preserve">  여기 200루블이 있습니다. 세어보실 필요 없습니다.</w:t>
      </w:r>
    </w:p>
    <w:p>
      <w:r>
        <w:rPr>
          <w:i/>
        </w:rPr>
        <w:t>【지문】 시장이 돈을 건넨다.</w:t>
      </w:r>
    </w:p>
    <w:p>
      <w:pPr>
        <w:spacing w:after="60"/>
      </w:pPr>
      <w:r>
        <w:rPr>
          <w:b/>
        </w:rPr>
        <w:t>흘레스타코프</w:t>
      </w:r>
      <w:r>
        <w:t xml:space="preserve">  정말 감사합니다. 집에 도착하는 대로 돌려드리겠습니다. 갑자기 돈이 하나도 없어져서—흠. 이제 보니 당신은 신사군요. 이야기가 완전히 달라졌습니다.</w:t>
      </w:r>
    </w:p>
    <w:p>
      <w:pPr>
        <w:spacing w:after="60"/>
      </w:pPr>
      <w:r>
        <w:rPr>
          <w:b/>
        </w:rPr>
        <w:t>시장</w:t>
      </w:r>
      <w:r>
        <w:t xml:space="preserve">  혼잣말) 다행이다. 돈을 받았군. 이제 일이 순조롭게 풀리겠어. 사실 200루블 대신 400루블을 넣어줬지만.</w:t>
      </w:r>
    </w:p>
    <w:p>
      <w:pPr>
        <w:spacing w:after="60"/>
      </w:pPr>
      <w:r>
        <w:rPr>
          <w:b/>
        </w:rPr>
        <w:t>흘레스타코프</w:t>
      </w:r>
      <w:r>
        <w:t xml:space="preserve">  오시프!</w:t>
      </w:r>
    </w:p>
    <w:p>
      <w:r>
        <w:rPr>
          <w:i/>
        </w:rPr>
        <w:t>【지문】 오시프가 들어온다.</w:t>
      </w:r>
    </w:p>
    <w:p>
      <w:pPr>
        <w:spacing w:after="60"/>
      </w:pPr>
      <w:r>
        <w:rPr>
          <w:b/>
        </w:rPr>
        <w:t>흘레스타코프</w:t>
      </w:r>
      <w:r>
        <w:t xml:space="preserve">  하인을 불러. 그리고—시장님과 도브친스키 씨, 앉으시죠. 편하게 앉으세요.</w:t>
      </w:r>
    </w:p>
    <w:p>
      <w:pPr>
        <w:spacing w:after="60"/>
      </w:pPr>
      <w:r>
        <w:rPr>
          <w:b/>
        </w:rPr>
        <w:t>시장</w:t>
      </w:r>
      <w:r>
        <w:t xml:space="preserve">  괜찮습니다. 서 있겠습니다.</w:t>
      </w:r>
    </w:p>
    <w:p>
      <w:pPr>
        <w:spacing w:after="60"/>
      </w:pPr>
      <w:r>
        <w:rPr>
          <w:b/>
        </w:rPr>
        <w:t>흘레스타코프</w:t>
      </w:r>
      <w:r>
        <w:t xml:space="preserve">  아니, 제발 앉으세요. 이제 보니 당신이 얼마나 솔직하고 너그러운 분인지 알겠습니다. 솔직히 말하면 저는 당신이 나를—</w:t>
      </w:r>
    </w:p>
    <w:p>
      <w:r>
        <w:rPr>
          <w:i/>
        </w:rPr>
        <w:t xml:space="preserve">【지문】 도브친스키에게) </w:t>
      </w:r>
    </w:p>
    <w:p>
      <w:pPr>
        <w:spacing w:after="60"/>
      </w:pPr>
      <w:r>
        <w:rPr>
          <w:b/>
        </w:rPr>
        <w:t>흘레스타코프</w:t>
      </w:r>
      <w:r>
        <w:t xml:space="preserve">  앉으세요, 제발.</w:t>
      </w:r>
    </w:p>
    <w:p>
      <w:r>
        <w:rPr>
          <w:i/>
        </w:rPr>
        <w:t>【지문】 시장과 도브친스키가 앉는다. 보브친스키가 문틈으로 몰래 지켜보고 있다.</w:t>
      </w:r>
    </w:p>
    <w:p>
      <w:pPr>
        <w:spacing w:after="60"/>
      </w:pPr>
      <w:r>
        <w:rPr>
          <w:b/>
        </w:rPr>
        <w:t>시장</w:t>
      </w:r>
      <w:r>
        <w:t xml:space="preserve">  혼잣말) 좀 더 대담해져야겠어. 이 사람이 신분을 숨기고 있다고 믿는 척하자는 거군. 좋아. 나도 모르는 척해야지.</w:t>
      </w:r>
    </w:p>
    <w:p>
      <w:pPr>
        <w:spacing w:after="60"/>
      </w:pPr>
      <w:r>
        <w:rPr>
          <w:b/>
        </w:rPr>
        <w:t>시장</w:t>
      </w:r>
      <w:r>
        <w:t xml:space="preserve">  큰소리로) 저는 피오트르 이바노비치 도브친스키와 함께 제 임무를 수행하고 있었습니다. 이분은 이곳의 지주입니다. 방문객들이 제대로 대접받고 있는지 살펴보러 여관에 온 겁니다. 다른 시장들처럼 아무것도 신경 쓰지 않는 사람이 아니거든요.</w:t>
      </w:r>
    </w:p>
    <w:p>
      <w:pPr>
        <w:spacing w:after="60"/>
      </w:pPr>
      <w:r>
        <w:rPr>
          <w:b/>
        </w:rPr>
        <w:t>시장</w:t>
      </w:r>
      <w:r>
        <w:t xml:space="preserve">  제 의무이기도 하지만, 순수한 기독교적 박애 정신으로 모든 사람이 제대로 대접받기를 바랄 뿐입니다. 그런데 이렇게 훌륭한 분을 만나게 된 건 제게 행운이군요.</w:t>
      </w:r>
    </w:p>
    <w:p>
      <w:pPr>
        <w:spacing w:after="60"/>
      </w:pPr>
      <w:r>
        <w:rPr>
          <w:b/>
        </w:rPr>
        <w:t>흘레스타코프</w:t>
      </w:r>
      <w:r>
        <w:t xml:space="preserve">  저도 기쁩니다. 당신의 도움이 없었다면 얼마나 오래 여기 있어야 했을지 모릅니다. 여관비를 어떻게 낼지도 몰랐으니까요.</w:t>
      </w:r>
    </w:p>
    <w:p>
      <w:pPr>
        <w:spacing w:after="60"/>
      </w:pPr>
      <w:r>
        <w:rPr>
          <w:b/>
        </w:rPr>
        <w:t>시장</w:t>
      </w:r>
      <w:r>
        <w:t xml:space="preserve">  혼잣말) 그래, 그래. 거짓말을 계속해봐.</w:t>
      </w:r>
    </w:p>
    <w:p>
      <w:pPr>
        <w:spacing w:after="60"/>
      </w:pPr>
      <w:r>
        <w:rPr>
          <w:b/>
        </w:rPr>
        <w:t>시장</w:t>
      </w:r>
      <w:r>
        <w:t xml:space="preserve">  그러고 보니 각하께서는 어디로 가시는 길입니까?</w:t>
      </w:r>
    </w:p>
    <w:p>
      <w:pPr>
        <w:spacing w:after="60"/>
      </w:pPr>
      <w:r>
        <w:rPr>
          <w:b/>
        </w:rPr>
        <w:t>흘레스타코프</w:t>
      </w:r>
      <w:r>
        <w:t xml:space="preserve">  사라토프 관구에 있는 제 고향 마을로 갑니다.</w:t>
      </w:r>
    </w:p>
    <w:p>
      <w:pPr>
        <w:spacing w:after="60"/>
      </w:pPr>
      <w:r>
        <w:rPr>
          <w:b/>
        </w:rPr>
        <w:t>시장</w:t>
      </w:r>
      <w:r>
        <w:t xml:space="preserve">  혼잣말) 사라토프 관구라니. 저렇게 뻔뻔하게 거짓말을 하면서도 얼굴 하나 붉히지 않는군. 정말 조심해야겠어.</w:t>
      </w:r>
    </w:p>
    <w:p>
      <w:pPr>
        <w:spacing w:after="60"/>
      </w:pPr>
      <w:r>
        <w:rPr>
          <w:b/>
        </w:rPr>
        <w:t>시장</w:t>
      </w:r>
      <w:r>
        <w:t xml:space="preserve">  여행길이 만만치 않으시겠습니다. 마차를 구하는 데 오래 걸린다고 들었습니다만, 그래도 여행은 나름 재미가 있지요. 그냥 즐기러 가시는 겁니까?</w:t>
      </w:r>
    </w:p>
    <w:p>
      <w:pPr>
        <w:spacing w:after="60"/>
      </w:pPr>
      <w:r>
        <w:rPr>
          <w:b/>
        </w:rPr>
        <w:t>흘레스타코프</w:t>
      </w:r>
      <w:r>
        <w:t xml:space="preserve">  아니요. 아버지가 부르십니다. 제가 상트페테르부르크에서 출세하지 못했다고 화가 나셨거든요. 상트페테르부르크에 가기만 하면 바로 훈장을 달아주는 줄 아십니다. 아버지가 직접 관청에서 한동안 일해봤으면 좋겠어요.</w:t>
      </w:r>
    </w:p>
    <w:p>
      <w:pPr>
        <w:spacing w:after="60"/>
      </w:pPr>
      <w:r>
        <w:rPr>
          <w:b/>
        </w:rPr>
        <w:t>시장</w:t>
      </w:r>
      <w:r>
        <w:t xml:space="preserve">  혼잣말) 얼마나 그럴듯하게 꾸며내는지. 늙은 아버지까지 끌어들이는군.</w:t>
      </w:r>
    </w:p>
    <w:p>
      <w:pPr>
        <w:spacing w:after="60"/>
      </w:pPr>
      <w:r>
        <w:rPr>
          <w:b/>
        </w:rPr>
        <w:t>시장</w:t>
      </w:r>
      <w:r>
        <w:t xml:space="preserve">  그럼 거기 오래 머무르실 겁니까?</w:t>
      </w:r>
    </w:p>
    <w:p>
      <w:pPr>
        <w:spacing w:after="60"/>
      </w:pPr>
      <w:r>
        <w:rPr>
          <w:b/>
        </w:rPr>
        <w:t>흘레스타코프</w:t>
      </w:r>
      <w:r>
        <w:t xml:space="preserve">  잘 모르겠습니다. 아버지는 고집 세고 어리석은 늙은이입니다. 나무토막처럼 딱딱한 사람이라니까요. 저는 이렇게 말할 겁니다. “마음대로 하세요. 하지만 저는 상트페테르부르크를 떠나서는 살 수 없습니다.” 왜 농민들 사이에서 내 인생을 낭비해야 합니까? 시대가 달라졌습니다. 제 영혼은 계몽을 원합니다.</w:t>
      </w:r>
    </w:p>
    <w:p>
      <w:pPr>
        <w:spacing w:after="60"/>
      </w:pPr>
      <w:r>
        <w:rPr>
          <w:b/>
        </w:rPr>
        <w:t>시장</w:t>
      </w:r>
      <w:r>
        <w:t xml:space="preserve">  혼잣말) 이야기는 잘 만드는군. 거짓말을 거짓말처럼 하지도 않아. 그런데 저렇게 볼품없고 별것 없어 보이는 녀석이라니. 손톱으로도 눌러버릴 수 있을 것 같은데. 두고 보자. 어디까지 말하는지 한번 알아내보자.</w:t>
      </w:r>
    </w:p>
    <w:p>
      <w:pPr>
        <w:spacing w:after="60"/>
      </w:pPr>
      <w:r>
        <w:rPr>
          <w:b/>
        </w:rPr>
        <w:t>시장</w:t>
      </w:r>
      <w:r>
        <w:t xml:space="preserve">  큰소리로) 시골 구석진 곳에서는 아무것도 할 수 없다는 말씀은 맞습니다. 이 도시만 봐도 그렇지요. 밤잠을 설치며 나라를 위해 일하고, 자신을 아끼지 않는데도 보상은 언제 올지 모릅니다.</w:t>
      </w:r>
    </w:p>
    <w:p>
      <w:r>
        <w:rPr>
          <w:i/>
        </w:rPr>
        <w:t>【지문】 시장이 방을 둘러본다.</w:t>
      </w:r>
    </w:p>
    <w:p>
      <w:pPr>
        <w:spacing w:after="60"/>
      </w:pPr>
      <w:r>
        <w:rPr>
          <w:b/>
        </w:rPr>
        <w:t>시장</w:t>
      </w:r>
      <w:r>
        <w:t xml:space="preserve">  그런데 방이 좀 습해 보이는군요.</w:t>
      </w:r>
    </w:p>
    <w:p>
      <w:pPr>
        <w:spacing w:after="60"/>
      </w:pPr>
      <w:r>
        <w:rPr>
          <w:b/>
        </w:rPr>
        <w:t>흘레스타코프</w:t>
      </w:r>
      <w:r>
        <w:t xml:space="preserve">  네, 더럽습니다. 벌레도 있고요! 이런 벌레는 처음 봅니다. 개처럼 물어요.</w:t>
      </w:r>
    </w:p>
    <w:p>
      <w:pPr>
        <w:spacing w:after="60"/>
      </w:pPr>
      <w:r>
        <w:rPr>
          <w:b/>
        </w:rPr>
        <w:t>시장</w:t>
      </w:r>
      <w:r>
        <w:t xml:space="preserve">  설마! 이렇게 귀한 손님께 그런 불쾌함을 드리다니. 태어나지 말았어야 할 벌레들입니다. 게다가 꽤 어둡지요?</w:t>
      </w:r>
    </w:p>
    <w:p>
      <w:pPr>
        <w:spacing w:after="60"/>
      </w:pPr>
      <w:r>
        <w:rPr>
          <w:b/>
        </w:rPr>
        <w:t>흘레스타코프</w:t>
      </w:r>
      <w:r>
        <w:t xml:space="preserve">  네, 아주 어둡습니다. 여관 주인이 촛불을 주지 않는 이상한 관습을 만들었거든요. 가끔 뭔가 하고 싶어도 못 합니다. 책을 읽거나, 글을 쓰고 싶을 때도 있는데—할 수가 없어요. 정말 어둡습니다. 아주 어두워요.</w:t>
      </w:r>
    </w:p>
    <w:p>
      <w:pPr>
        <w:spacing w:after="60"/>
      </w:pPr>
      <w:r>
        <w:rPr>
          <w:b/>
        </w:rPr>
        <w:t>시장</w:t>
      </w:r>
      <w:r>
        <w:t xml:space="preserve">  감히 부탁 하나를 드려도 될지—아닙니다. 제가 감히—</w:t>
      </w:r>
    </w:p>
    <w:p>
      <w:pPr>
        <w:spacing w:after="60"/>
      </w:pPr>
      <w:r>
        <w:rPr>
          <w:b/>
        </w:rPr>
        <w:t>흘레스타코프</w:t>
      </w:r>
      <w:r>
        <w:t xml:space="preserve">  뭡니까?</w:t>
      </w:r>
    </w:p>
    <w:p>
      <w:pPr>
        <w:spacing w:after="60"/>
      </w:pPr>
      <w:r>
        <w:rPr>
          <w:b/>
        </w:rPr>
        <w:t>시장</w:t>
      </w:r>
      <w:r>
        <w:t xml:space="preserve">  아닙니다. 제가 감히 말씀드릴 자격이 없습니다.</w:t>
      </w:r>
    </w:p>
    <w:p>
      <w:pPr>
        <w:spacing w:after="60"/>
      </w:pPr>
      <w:r>
        <w:rPr>
          <w:b/>
        </w:rPr>
        <w:t>흘레스타코프</w:t>
      </w:r>
      <w:r>
        <w:t xml:space="preserve">  그래도 무슨 말인지 하세요.</w:t>
      </w:r>
    </w:p>
    <w:p>
      <w:pPr>
        <w:spacing w:after="60"/>
      </w:pPr>
      <w:r>
        <w:rPr>
          <w:b/>
        </w:rPr>
        <w:t>시장</w:t>
      </w:r>
      <w:r>
        <w:t xml:space="preserve">  감히 말씀드리자면, 제 집에 손님을 위한 좋은 방이 하나 있습니다. 밝고 아늑합니다. 하지만 너무 큰 영광이라—아닙니다. 혹시 기분 나쁘게 생각하지 마십시오. 정말 순수한 마음에서 드리는 말씀입니다.</w:t>
      </w:r>
    </w:p>
    <w:p>
      <w:pPr>
        <w:spacing w:after="60"/>
      </w:pPr>
      <w:r>
        <w:rPr>
          <w:b/>
        </w:rPr>
        <w:t>흘레스타코프</w:t>
      </w:r>
      <w:r>
        <w:t xml:space="preserve">  오히려 기꺼이 받아들이겠습니다. 이런 허름한 여관보다 개인 주택이 훨씬 편할 것 같군요.</w:t>
      </w:r>
    </w:p>
    <w:p>
      <w:pPr>
        <w:spacing w:after="60"/>
      </w:pPr>
      <w:r>
        <w:rPr>
          <w:b/>
        </w:rPr>
        <w:t>시장</w:t>
      </w:r>
      <w:r>
        <w:t xml:space="preserve">  정말 기쁩니다. 아내도 얼마나 좋아할지 모르겠습니다. 저는 원래 그런 사람입니다. 어릴 때부터 손님을 좋아했죠. 특히 신분 높은 손님이라면 더더욱요. 아첨하려고 하는 말이 아닙니다. 그런 버릇은 없습니다. 진심으로 말씀드리는 겁니다.</w:t>
      </w:r>
    </w:p>
    <w:p>
      <w:pPr>
        <w:spacing w:after="60"/>
      </w:pPr>
      <w:r>
        <w:rPr>
          <w:b/>
        </w:rPr>
        <w:t>흘레스타코프</w:t>
      </w:r>
      <w:r>
        <w:t xml:space="preserve">  정말 감사합니다. 저도 겉과 속이 다른 사람은 싫어합니다. 당신의 솔직함과 친절함이 마음에 드는군요. 저는 다른 것보다 충성과 존경을 원합니다. 존경과 충성 말입니다.</w:t>
      </w:r>
    </w:p>
    <w:p>
      <w:r>
        <w:rPr>
          <w:b/>
          <w:sz w:val="26"/>
        </w:rPr>
        <w:t>장면 9</w:t>
      </w:r>
    </w:p>
    <w:p>
      <w:r>
        <w:rPr>
          <w:i/>
        </w:rPr>
        <w:t>【지문】 앞 장면의 인물들과 하인. 오시프가 하인을 데리고 들어온다. 보브친스키가 문틈으로 엿본다.</w:t>
      </w:r>
    </w:p>
    <w:p>
      <w:pPr>
        <w:spacing w:after="60"/>
      </w:pPr>
      <w:r>
        <w:rPr>
          <w:b/>
        </w:rPr>
        <w:t>하인</w:t>
      </w:r>
      <w:r>
        <w:t xml:space="preserve">  각하, 필요한 것이 있으십니까?</w:t>
      </w:r>
    </w:p>
    <w:p>
      <w:pPr>
        <w:spacing w:after="60"/>
      </w:pPr>
      <w:r>
        <w:rPr>
          <w:b/>
        </w:rPr>
        <w:t>흘레스타코프</w:t>
      </w:r>
      <w:r>
        <w:t xml:space="preserve">  그래. 계산서를 가져와.</w:t>
      </w:r>
    </w:p>
    <w:p>
      <w:pPr>
        <w:spacing w:after="60"/>
      </w:pPr>
      <w:r>
        <w:rPr>
          <w:b/>
        </w:rPr>
        <w:t>하인</w:t>
      </w:r>
      <w:r>
        <w:t xml:space="preserve">  조금 전에 두 번째 계산서를 드렸습니다.</w:t>
      </w:r>
    </w:p>
    <w:p>
      <w:pPr>
        <w:spacing w:after="60"/>
      </w:pPr>
      <w:r>
        <w:rPr>
          <w:b/>
        </w:rPr>
        <w:t>흘레스타코프</w:t>
      </w:r>
      <w:r>
        <w:t xml:space="preserve">  네가 무슨 계산을 하는지 내가 어떻게 기억하겠어. 전부 얼마인지 말해봐.</w:t>
      </w:r>
    </w:p>
    <w:p>
      <w:pPr>
        <w:spacing w:after="60"/>
      </w:pPr>
      <w:r>
        <w:rPr>
          <w:b/>
        </w:rPr>
        <w:t>하인</w:t>
      </w:r>
      <w:r>
        <w:t xml:space="preserve">  첫날에는 저녁을 주문하셨고, 둘째 날에는 연어만 드셨습니다. 그 뒤로는 전부 외상이었습니다.</w:t>
      </w:r>
    </w:p>
    <w:p>
      <w:pPr>
        <w:spacing w:after="60"/>
      </w:pPr>
      <w:r>
        <w:rPr>
          <w:b/>
        </w:rPr>
        <w:t>흘레스타코프</w:t>
      </w:r>
      <w:r>
        <w:t xml:space="preserve">  바보 같으니! 전부 얼마야?</w:t>
      </w:r>
    </w:p>
    <w:p>
      <w:pPr>
        <w:spacing w:after="60"/>
      </w:pPr>
      <w:r>
        <w:rPr>
          <w:b/>
        </w:rPr>
        <w:t>시장</w:t>
      </w:r>
      <w:r>
        <w:t xml:space="preserve">  신경 쓰지 마십시오. 기다릴 수 있을 겁니다. 하인에게) 나가세요. 돈은 보내드리겠습니다.</w:t>
      </w:r>
    </w:p>
    <w:p>
      <w:pPr>
        <w:spacing w:after="60"/>
      </w:pPr>
      <w:r>
        <w:rPr>
          <w:b/>
        </w:rPr>
        <w:t>흘레스타코프</w:t>
      </w:r>
      <w:r>
        <w:t xml:space="preserve">  그렇군요. 물론 그렇겠죠.</w:t>
      </w:r>
    </w:p>
    <w:p>
      <w:r>
        <w:rPr>
          <w:i/>
        </w:rPr>
        <w:t>【지문】 흘레스타코프가 돈을 주머니에 넣는다. 하인이 나간다. 보브친스키가 다시 문틈으로 들여다본다.</w:t>
      </w:r>
    </w:p>
    <w:p>
      <w:r>
        <w:rPr>
          <w:b/>
          <w:sz w:val="26"/>
        </w:rPr>
        <w:t>장면 10</w:t>
      </w:r>
    </w:p>
    <w:p>
      <w:r>
        <w:rPr>
          <w:i/>
        </w:rPr>
        <w:t>【지문】 시장, 흘레스타코프, 도브친스키.</w:t>
      </w:r>
    </w:p>
    <w:p>
      <w:pPr>
        <w:spacing w:after="60"/>
      </w:pPr>
      <w:r>
        <w:rPr>
          <w:b/>
        </w:rPr>
        <w:t>시장</w:t>
      </w:r>
      <w:r>
        <w:t xml:space="preserve">  이제 우리 도시의 몇몇 시설을 둘러보시겠습니까? 자선시설 같은 곳부터요.</w:t>
      </w:r>
    </w:p>
    <w:p>
      <w:pPr>
        <w:spacing w:after="60"/>
      </w:pPr>
      <w:r>
        <w:rPr>
          <w:b/>
        </w:rPr>
        <w:t>흘레스타코프</w:t>
      </w:r>
      <w:r>
        <w:t xml:space="preserve">  거기 가서 뭘 봅니까?</w:t>
      </w:r>
    </w:p>
    <w:p>
      <w:pPr>
        <w:spacing w:after="60"/>
      </w:pPr>
      <w:r>
        <w:rPr>
          <w:b/>
        </w:rPr>
        <w:t>시장</w:t>
      </w:r>
      <w:r>
        <w:t xml:space="preserve">  어떻게 운영되는지, 우리가 어떤 질서를 유지하고 있는지 보실 수 있습니다.</w:t>
      </w:r>
    </w:p>
    <w:p>
      <w:pPr>
        <w:spacing w:after="60"/>
      </w:pPr>
      <w:r>
        <w:rPr>
          <w:b/>
        </w:rPr>
        <w:t>흘레스타코프</w:t>
      </w:r>
      <w:r>
        <w:t xml:space="preserve">  아, 좋습니다. 기꺼이 가죠.</w:t>
      </w:r>
    </w:p>
    <w:p>
      <w:r>
        <w:rPr>
          <w:i/>
        </w:rPr>
        <w:t>【지문】 보브친스키가 문에 머리를 들이민다.</w:t>
      </w:r>
    </w:p>
    <w:p>
      <w:pPr>
        <w:spacing w:after="60"/>
      </w:pPr>
      <w:r>
        <w:rPr>
          <w:b/>
        </w:rPr>
        <w:t>시장</w:t>
      </w:r>
      <w:r>
        <w:t xml:space="preserve">  그리고 원하신다면 지역 학교도 가보시죠. 교육이 어떻게 이루어지는지도 보실 수 있습니다.</w:t>
      </w:r>
    </w:p>
    <w:p>
      <w:pPr>
        <w:spacing w:after="60"/>
      </w:pPr>
      <w:r>
        <w:rPr>
          <w:b/>
        </w:rPr>
        <w:t>흘레스타코프</w:t>
      </w:r>
      <w:r>
        <w:t xml:space="preserve">  네, 네. 좋습니다.</w:t>
      </w:r>
    </w:p>
    <w:p>
      <w:pPr>
        <w:spacing w:after="60"/>
      </w:pPr>
      <w:r>
        <w:rPr>
          <w:b/>
        </w:rPr>
        <w:t>시장</w:t>
      </w:r>
      <w:r>
        <w:t xml:space="preserve">  그다음에는 감옥과 교도소도 보실 수 있습니다. 죄수들이 어떻게 지내는지 직접 확인하실 수 있죠.</w:t>
      </w:r>
    </w:p>
    <w:p>
      <w:pPr>
        <w:spacing w:after="60"/>
      </w:pPr>
      <w:r>
        <w:rPr>
          <w:b/>
        </w:rPr>
        <w:t>흘레스타코프</w:t>
      </w:r>
      <w:r>
        <w:t xml:space="preserve">  네, 네. 하지만 감옥에는 왜 갑니까? 자선시설부터 보는 게 낫겠습니다.</w:t>
      </w:r>
    </w:p>
    <w:p>
      <w:pPr>
        <w:spacing w:after="60"/>
      </w:pPr>
      <w:r>
        <w:rPr>
          <w:b/>
        </w:rPr>
        <w:t>시장</w:t>
      </w:r>
      <w:r>
        <w:t xml:space="preserve">  좋습니다. 마차는 직접 타시겠습니까, 아니면 저와 함께 마차를 타시겠습니까?</w:t>
      </w:r>
    </w:p>
    <w:p>
      <w:pPr>
        <w:spacing w:after="60"/>
      </w:pPr>
      <w:r>
        <w:rPr>
          <w:b/>
        </w:rPr>
        <w:t>흘레스타코프</w:t>
      </w:r>
      <w:r>
        <w:t xml:space="preserve">  시장님과 같이 타겠습니다.</w:t>
      </w:r>
    </w:p>
    <w:p>
      <w:pPr>
        <w:spacing w:after="60"/>
      </w:pPr>
      <w:r>
        <w:rPr>
          <w:b/>
        </w:rPr>
        <w:t>시장</w:t>
      </w:r>
      <w:r>
        <w:t xml:space="preserve">  도브친스키에게) 그러면 피오트르 이바노비치는 자리가 없겠군요.</w:t>
      </w:r>
    </w:p>
    <w:p>
      <w:pPr>
        <w:spacing w:after="60"/>
      </w:pPr>
      <w:r>
        <w:rPr>
          <w:b/>
        </w:rPr>
        <w:t>도브친스키</w:t>
      </w:r>
      <w:r>
        <w:t xml:space="preserve">  괜찮습니다. 걸어가겠습니다.</w:t>
      </w:r>
    </w:p>
    <w:p>
      <w:pPr>
        <w:spacing w:after="60"/>
      </w:pPr>
      <w:r>
        <w:rPr>
          <w:b/>
        </w:rPr>
        <w:t>시장</w:t>
      </w:r>
      <w:r>
        <w:t xml:space="preserve">  도브친스키에게 낮게) 잘 들으세요. 최대한 빨리 뛰어가서 편지 두 통을 전하세요. 하나는 병원의 젬랴니카에게, 다른 하나는 제 아내에게.</w:t>
      </w:r>
    </w:p>
    <w:p>
      <w:pPr>
        <w:spacing w:after="60"/>
      </w:pPr>
      <w:r>
        <w:rPr>
          <w:b/>
        </w:rPr>
        <w:t>시장</w:t>
      </w:r>
      <w:r>
        <w:t xml:space="preserve">  흘레스타코프에게) 그리고 아내에게 손님을 맞을 준비를 하라고 몇 줄 적게 허락해주실 수 있겠습니까?</w:t>
      </w:r>
    </w:p>
    <w:p>
      <w:pPr>
        <w:spacing w:after="60"/>
      </w:pPr>
      <w:r>
        <w:rPr>
          <w:b/>
        </w:rPr>
        <w:t>흘레스타코프</w:t>
      </w:r>
      <w:r>
        <w:t xml:space="preserve">  그렇게까지 할 필요가 있습니까? 뭐, 여기 잉크는 있군요. 종이가 있는지는 모르겠지만요. 계산서 뒷면에 써도 됩니까?</w:t>
      </w:r>
    </w:p>
    <w:p>
      <w:pPr>
        <w:spacing w:after="60"/>
      </w:pPr>
      <w:r>
        <w:rPr>
          <w:b/>
        </w:rPr>
        <w:t>시장</w:t>
      </w:r>
      <w:r>
        <w:t xml:space="preserve">  네, 충분합니다.</w:t>
      </w:r>
    </w:p>
    <w:p>
      <w:r>
        <w:rPr>
          <w:i/>
        </w:rPr>
        <w:t>【지문】 시장이 편지에 글을 쓰며 혼잣말한다.</w:t>
      </w:r>
    </w:p>
    <w:p>
      <w:pPr>
        <w:spacing w:after="60"/>
      </w:pPr>
      <w:r>
        <w:rPr>
          <w:b/>
        </w:rPr>
        <w:t>시장</w:t>
      </w:r>
      <w:r>
        <w:t xml:space="preserve">  점심을 먹고 독한 술을 몇 병 마신 다음에는 어떻게 될지 두고 보자. 러시아 마데이라가 있는데, 겉보기엔 별것 아니어도 코끼리 한 마리를 쓰러뜨릴 정도로 독하지. 도대체 저 사람이 누구인지, 얼마나 조심해야 하는지 알 수가 없군.</w:t>
      </w:r>
    </w:p>
    <w:p>
      <w:r>
        <w:rPr>
          <w:i/>
        </w:rPr>
        <w:t>【지문】 시장이 편지를 다 써서 도브친스키에게 건넨다. 도브친스키가 무대를 가로질러 가는 순간 문이 갑자기 넘어지며 보브친스키가 문과 함께 바닥으로 굴러떨어진다. 모두 놀란다. 보브친스키가 일어난다.</w:t>
      </w:r>
    </w:p>
    <w:p>
      <w:pPr>
        <w:spacing w:after="60"/>
      </w:pPr>
      <w:r>
        <w:rPr>
          <w:b/>
        </w:rPr>
        <w:t>흘레스타코프</w:t>
      </w:r>
      <w:r>
        <w:t xml:space="preserve">  다치셨습니까?</w:t>
      </w:r>
    </w:p>
    <w:p>
      <w:pPr>
        <w:spacing w:after="60"/>
      </w:pPr>
      <w:r>
        <w:rPr>
          <w:b/>
        </w:rPr>
        <w:t>보브친스키</w:t>
      </w:r>
      <w:r>
        <w:t xml:space="preserve">  아, 아무것도 아닙니다. 정말 아무것도 아니에요. 코만 조금 멍들었습니다. 히브너 박사에게 가보겠습니다. 약간의 연고 같은 게 있으니 금방 괜찮아질 겁니다.</w:t>
      </w:r>
    </w:p>
    <w:p>
      <w:pPr>
        <w:spacing w:after="60"/>
      </w:pPr>
      <w:r>
        <w:rPr>
          <w:b/>
        </w:rPr>
        <w:t>시장</w:t>
      </w:r>
      <w:r>
        <w:t xml:space="preserve">  보브친스키에게 화난 몸짓을 하며, 흘레스타코프에게) 아무것도 아닙니다. 이제 가시죠. 하인에게 말씀드려 짐을 전부 저희 집으로 옮기게 하겠습니다. 제 집, 시장의 집입니다. 누구에게 물어보셔도 다 알 겁니다. 그럼 실례하겠습니다.</w:t>
      </w:r>
    </w:p>
    <w:p>
      <w:r>
        <w:rPr>
          <w:i/>
        </w:rPr>
        <w:t>【지문】 시장이 흘레스타코프가 지나갈 길을 비켜주고 뒤따라 나간다. 나가기 직전 보브친스키를 나무란다.</w:t>
      </w:r>
    </w:p>
    <w:p>
      <w:pPr>
        <w:spacing w:after="60"/>
      </w:pPr>
      <w:r>
        <w:rPr>
          <w:b/>
        </w:rPr>
        <w:t>시장</w:t>
      </w:r>
      <w:r>
        <w:t xml:space="preserve">  대체 다른 데 넘어질 곳이 없었습니까? 왜 여기서 바닷가재처럼 뻗어버리는 겁니까!</w:t>
      </w:r>
    </w:p>
    <w:p>
      <w:r>
        <w:rPr>
          <w:i/>
        </w:rPr>
        <w:t>【지문】 시장이 퇴장한다. 보브친스키가 그 뒤를 따라 나간다. 막이 내린다.</w:t>
      </w:r>
    </w:p>
    <w:p>
      <w:pPr>
        <w:jc w:val="center"/>
      </w:pPr>
      <w:r>
        <w:rPr>
          <w:b/>
        </w:rPr>
        <w:t>— 제2막 끝 —</w:t>
      </w:r>
    </w:p>
    <w:p>
      <w:pPr>
        <w:jc w:val="center"/>
        <w:rPr>
          <w:lang/>
          <w:rtl w:val="off"/>
        </w:rPr>
      </w:pPr>
    </w:p>
    <w:p>
      <w:pPr>
        <w:jc w:val="center"/>
        <w:rPr>
          <w:lang/>
          <w:rtl w:val="off"/>
        </w:rPr>
      </w:pPr>
    </w:p>
    <w:p>
      <w:pPr>
        <w:jc w:val="center"/>
        <w:rPr>
          <w:lang/>
          <w:rtl w:val="off"/>
        </w:rPr>
      </w:pPr>
    </w:p>
    <w:p>
      <w:pPr>
        <w:jc w:val="center"/>
        <w:rPr>
          <w:lang/>
          <w:rtl w:val="off"/>
        </w:rPr>
      </w:pPr>
    </w:p>
    <w:p>
      <w:pPr>
        <w:jc w:val="center"/>
        <w:rPr>
          <w:lang/>
          <w:rtl w:val="off"/>
        </w:rPr>
      </w:pPr>
    </w:p>
    <w:p>
      <w:pPr>
        <w:jc w:val="center"/>
        <w:rPr>
          <w:lang/>
          <w:rtl w:val="off"/>
        </w:rPr>
      </w:pPr>
    </w:p>
    <w:p>
      <w:pPr>
        <w:jc w:val="center"/>
        <w:rPr>
          <w:lang/>
          <w:rtl w:val="off"/>
        </w:rPr>
      </w:pPr>
    </w:p>
    <w:p>
      <w:pPr>
        <w:jc w:val="center"/>
        <w:rPr>
          <w:lang/>
          <w:rtl w:val="off"/>
        </w:rPr>
      </w:pPr>
    </w:p>
    <w:p>
      <w:pPr>
        <w:jc w:val="center"/>
        <w:rPr>
          <w:lang/>
          <w:rtl w:val="off"/>
        </w:rPr>
      </w:pPr>
    </w:p>
    <w:p>
      <w:pPr>
        <w:jc w:val="center"/>
        <w:rPr>
          <w:lang/>
          <w:rtl w:val="off"/>
        </w:rPr>
      </w:pPr>
    </w:p>
    <w:p>
      <w:pPr>
        <w:jc w:val="center"/>
        <w:rPr>
          <w:lang/>
          <w:rtl w:val="off"/>
        </w:rPr>
      </w:pPr>
    </w:p>
    <w:p>
      <w:pPr>
        <w:jc w:val="center"/>
        <w:rPr>
          <w:lang/>
          <w:rtl w:val="off"/>
        </w:rPr>
      </w:pPr>
    </w:p>
    <w:p>
      <w:pPr>
        <w:jc w:val="center"/>
        <w:rPr>
          <w:lang/>
          <w:rtl w:val="off"/>
        </w:rPr>
      </w:pPr>
    </w:p>
    <w:p>
      <w:pPr>
        <w:jc w:val="center"/>
        <w:rPr>
          <w:lang/>
          <w:rtl w:val="off"/>
        </w:rPr>
      </w:pPr>
    </w:p>
    <w:p>
      <w:pPr>
        <w:jc w:val="center"/>
        <w:rPr>
          <w:lang/>
          <w:rtl w:val="off"/>
        </w:rPr>
      </w:pPr>
    </w:p>
    <w:p>
      <w:pPr>
        <w:jc w:val="center"/>
        <w:rPr>
          <w:lang/>
          <w:rtl w:val="off"/>
        </w:rPr>
      </w:pPr>
    </w:p>
    <w:p>
      <w:pPr>
        <w:jc w:val="center"/>
        <w:rPr>
          <w:lang/>
          <w:rtl w:val="off"/>
        </w:rPr>
      </w:pPr>
    </w:p>
    <w:p>
      <w:pPr>
        <w:jc w:val="center"/>
        <w:rPr>
          <w:lang/>
          <w:rtl w:val="off"/>
        </w:rPr>
      </w:pPr>
    </w:p>
    <w:p>
      <w:pPr>
        <w:jc w:val="center"/>
        <w:rPr>
          <w:lang/>
          <w:rtl w:val="off"/>
        </w:rPr>
      </w:pPr>
    </w:p>
    <w:p>
      <w:pPr>
        <w:jc w:val="center"/>
        <w:rPr>
          <w:lang/>
          <w:rtl w:val="off"/>
        </w:rPr>
      </w:pPr>
    </w:p>
    <w:p>
      <w:pPr>
        <w:jc w:val="center"/>
      </w:pPr>
      <w:r>
        <w:rPr>
          <w:b/>
          <w:sz w:val="38"/>
        </w:rPr>
        <w:t>제3막</w:t>
      </w:r>
    </w:p>
    <w:p>
      <w:pPr>
        <w:spacing w:before="160"/>
      </w:pPr>
      <w:r>
        <w:rPr>
          <w:b/>
          <w:sz w:val="26"/>
        </w:rPr>
        <w:t>제3막</w:t>
      </w:r>
    </w:p>
    <w:p>
      <w:r>
        <w:rPr>
          <w:b/>
        </w:rPr>
        <w:t xml:space="preserve">【지문】 </w:t>
      </w:r>
      <w:r>
        <w:t>장소: 제1막과 같은 공간. 안나 안드레예브나와 마리야 안토노브나가 창가에 서 있다.</w:t>
      </w:r>
    </w:p>
    <w:p>
      <w:pPr>
        <w:spacing w:before="160"/>
      </w:pPr>
      <w:r>
        <w:rPr>
          <w:b/>
          <w:sz w:val="26"/>
        </w:rPr>
        <w:t>장면 1</w:t>
      </w:r>
    </w:p>
    <w:p>
      <w:pPr>
        <w:spacing w:after="60"/>
      </w:pPr>
      <w:r>
        <w:rPr>
          <w:b/>
        </w:rPr>
        <w:t>안나</w:t>
      </w:r>
      <w:r>
        <w:t xml:space="preserve">  거 봐! 우리가 한 시간이나 기다렸잖니. 네가 괜히 꾸미느라 늦어서 그래. 옷은 다 입어놓고도 꾸물거리기는. 정말 속 터져! 일부러 그러는 것처럼 사람 그림자 하나 보이지 않아. 온 세상이 죽어버린 것 같구나.</w:t>
      </w:r>
    </w:p>
    <w:p>
      <w:pPr>
        <w:spacing w:after="60"/>
      </w:pPr>
      <w:r>
        <w:rPr>
          <w:b/>
        </w:rPr>
        <w:t>마리야</w:t>
      </w:r>
      <w:r>
        <w:t xml:space="preserve">  엄마, 이제 곧 다 알게 될 거예요. 아브도치야가 금방 돌아올 거예요.</w:t>
      </w:r>
    </w:p>
    <w:p>
      <w:r>
        <w:rPr>
          <w:b/>
        </w:rPr>
        <w:t xml:space="preserve">【지문】 </w:t>
      </w:r>
      <w:r>
        <w:t>마리야가 창밖을 내다보다가 갑자기 외친다.</w:t>
      </w:r>
    </w:p>
    <w:p>
      <w:pPr>
        <w:spacing w:after="60"/>
      </w:pPr>
      <w:r>
        <w:rPr>
          <w:b/>
        </w:rPr>
        <w:t>마리야</w:t>
      </w:r>
      <w:r>
        <w:t xml:space="preserve">  엄마! 누가 오고 있어요. 저기, 길 건너편에!</w:t>
      </w:r>
    </w:p>
    <w:p>
      <w:pPr>
        <w:spacing w:after="60"/>
      </w:pPr>
      <w:r>
        <w:rPr>
          <w:b/>
        </w:rPr>
        <w:t>안나</w:t>
      </w:r>
      <w:r>
        <w:t xml:space="preserve">  어디? 또 네 상상이겠지. …아니, 정말 누가 오고 있네. 짧은 남자가 외투를 입고 있어. 누구지? 세상에, 얼마나 애가 타는지!</w:t>
      </w:r>
    </w:p>
    <w:p>
      <w:pPr>
        <w:spacing w:after="60"/>
      </w:pPr>
      <w:r>
        <w:rPr>
          <w:b/>
        </w:rPr>
        <w:t>마리야</w:t>
      </w:r>
      <w:r>
        <w:t xml:space="preserve">  도브친스키예요, 엄마.</w:t>
      </w:r>
    </w:p>
    <w:p>
      <w:pPr>
        <w:spacing w:after="60"/>
      </w:pPr>
      <w:r>
        <w:rPr>
          <w:b/>
        </w:rPr>
        <w:t>안나</w:t>
      </w:r>
      <w:r>
        <w:t xml:space="preserve">  도브친스키라고? 또 네 상상이구나! 저 사람은 도브친스키가 아니야.</w:t>
      </w:r>
    </w:p>
    <w:p>
      <w:r>
        <w:rPr>
          <w:b/>
        </w:rPr>
        <w:t xml:space="preserve">【지문】 </w:t>
      </w:r>
      <w:r>
        <w:t>안나가 손수건을 흔든다.</w:t>
      </w:r>
    </w:p>
    <w:p>
      <w:pPr>
        <w:spacing w:after="60"/>
      </w:pPr>
      <w:r>
        <w:rPr>
          <w:b/>
        </w:rPr>
        <w:t>안나</w:t>
      </w:r>
      <w:r>
        <w:t xml:space="preserve">  이봐요! 이리 와요! 빨리!</w:t>
      </w:r>
    </w:p>
    <w:p>
      <w:pPr>
        <w:spacing w:after="60"/>
      </w:pPr>
      <w:r>
        <w:rPr>
          <w:b/>
        </w:rPr>
        <w:t>마리야</w:t>
      </w:r>
      <w:r>
        <w:t xml:space="preserve">  도브친스키 맞아요.</w:t>
      </w:r>
    </w:p>
    <w:p>
      <w:pPr>
        <w:spacing w:after="60"/>
      </w:pPr>
      <w:r>
        <w:rPr>
          <w:b/>
        </w:rPr>
        <w:t>안나</w:t>
      </w:r>
      <w:r>
        <w:t xml:space="preserve">  그래, 네가 또 반박하는구나. 내가 도브친스키가 아니라고 했잖아.</w:t>
      </w:r>
    </w:p>
    <w:p>
      <w:pPr>
        <w:spacing w:after="60"/>
      </w:pPr>
      <w:r>
        <w:rPr>
          <w:b/>
        </w:rPr>
        <w:t>마리야</w:t>
      </w:r>
      <w:r>
        <w:t xml:space="preserve">  엄마, 그래도 도브친스키잖아요?</w:t>
      </w:r>
    </w:p>
    <w:p>
      <w:pPr>
        <w:spacing w:after="60"/>
      </w:pPr>
      <w:r>
        <w:rPr>
          <w:b/>
        </w:rPr>
        <w:t>안나</w:t>
      </w:r>
      <w:r>
        <w:t xml:space="preserve">  그래, 이제 보니 맞네. 그런데 왜 그렇게 따지는 거야?</w:t>
      </w:r>
    </w:p>
    <w:p>
      <w:r>
        <w:rPr>
          <w:b/>
        </w:rPr>
        <w:t xml:space="preserve">【지문】 </w:t>
      </w:r>
      <w:r>
        <w:t>안나가 창밖으로 소리친다.</w:t>
      </w:r>
    </w:p>
    <w:p>
      <w:pPr>
        <w:spacing w:after="60"/>
      </w:pPr>
      <w:r>
        <w:rPr>
          <w:b/>
        </w:rPr>
        <w:t>안나</w:t>
      </w:r>
      <w:r>
        <w:t xml:space="preserve">  빨리 와요! 왜 이렇게 느려요? 거기서 말해요. 뭐라고요? 아주 엄격하다고? 그래요? 그럼 내 남편은? …아, 그 사람은 정말 답답해. 방에 들어오기 전에는 입을 열지 않는단 말이야.</w:t>
      </w:r>
    </w:p>
    <w:p>
      <w:pPr>
        <w:spacing w:before="160"/>
      </w:pPr>
      <w:r>
        <w:rPr>
          <w:b/>
          <w:sz w:val="26"/>
        </w:rPr>
        <w:t>장면 2</w:t>
      </w:r>
    </w:p>
    <w:p>
      <w:r>
        <w:rPr>
          <w:b/>
        </w:rPr>
        <w:t xml:space="preserve">【지문】 </w:t>
      </w:r>
      <w:r>
        <w:t>도브친스키가 들어온다.</w:t>
      </w:r>
    </w:p>
    <w:p>
      <w:pPr>
        <w:spacing w:after="60"/>
      </w:pPr>
      <w:r>
        <w:rPr>
          <w:b/>
        </w:rPr>
        <w:t>안나</w:t>
      </w:r>
      <w:r>
        <w:t xml:space="preserve">  부끄럽지도 않아요? 내가 예의 바르게 행동할 사람으로 유일하게 믿었던 사람이 당신인데. 모두가 달려가고 당신도 그들을 따라가더니, 지금까지 아무것도 알려주지 않았잖아요. 내가 당신 아들 바니치카와 리잔카의 대모까지 섰는데, 나한테 이럴 수 있어요?</w:t>
      </w:r>
    </w:p>
    <w:p>
      <w:pPr>
        <w:spacing w:after="60"/>
      </w:pPr>
      <w:r>
        <w:rPr>
          <w:b/>
        </w:rPr>
        <w:t>도브친스키</w:t>
      </w:r>
      <w:r>
        <w:t xml:space="preserve">  대모님, 정말입니다. 대모님께 인사드리려고 너무 빨리 뛰어와서 숨이 다 찼습니다. 안녕하세요, 마리야 안토노브나.</w:t>
      </w:r>
    </w:p>
    <w:p>
      <w:pPr>
        <w:spacing w:after="60"/>
      </w:pPr>
      <w:r>
        <w:rPr>
          <w:b/>
        </w:rPr>
        <w:t>마리야</w:t>
      </w:r>
      <w:r>
        <w:t xml:space="preserve">  안녕하세요, 표트르 이바노비치.</w:t>
      </w:r>
    </w:p>
    <w:p>
      <w:pPr>
        <w:spacing w:after="60"/>
      </w:pPr>
      <w:r>
        <w:rPr>
          <w:b/>
        </w:rPr>
        <w:t>안나</w:t>
      </w:r>
      <w:r>
        <w:t xml:space="preserve">  자, 말해봐요. 여관에서는 무슨 일이 있었어요?</w:t>
      </w:r>
    </w:p>
    <w:p>
      <w:pPr>
        <w:spacing w:after="60"/>
      </w:pPr>
      <w:r>
        <w:rPr>
          <w:b/>
        </w:rPr>
        <w:t>도브친스키</w:t>
      </w:r>
      <w:r>
        <w:t xml:space="preserve">  안톤 안토노비치가 보내는 쪽지가 있습니다.</w:t>
      </w:r>
    </w:p>
    <w:p>
      <w:pPr>
        <w:spacing w:after="60"/>
      </w:pPr>
      <w:r>
        <w:rPr>
          <w:b/>
        </w:rPr>
        <w:t>안나</w:t>
      </w:r>
      <w:r>
        <w:t xml:space="preserve">  그 사람이 장군이라도 됐어요?</w:t>
      </w:r>
    </w:p>
    <w:p>
      <w:pPr>
        <w:spacing w:after="60"/>
      </w:pPr>
      <w:r>
        <w:rPr>
          <w:b/>
        </w:rPr>
        <w:t>도브친스키</w:t>
      </w:r>
      <w:r>
        <w:t xml:space="preserve">  장군은 아니지만, 장군 못지않습니다. 정말이지 교양이 대단하고, 품위가 넘칩니다.</w:t>
      </w:r>
    </w:p>
    <w:p>
      <w:pPr>
        <w:spacing w:after="60"/>
      </w:pPr>
      <w:r>
        <w:rPr>
          <w:b/>
        </w:rPr>
        <w:t>안나</w:t>
      </w:r>
      <w:r>
        <w:t xml:space="preserve">  아! 그럼 내 남편이 편지에서 말한 바로 그 사람인가요?</w:t>
      </w:r>
    </w:p>
    <w:p>
      <w:pPr>
        <w:spacing w:after="60"/>
      </w:pPr>
      <w:r>
        <w:rPr>
          <w:b/>
        </w:rPr>
        <w:t>도브친스키</w:t>
      </w:r>
      <w:r>
        <w:t xml:space="preserve">  맞습니다. 저와 보브친스키가 처음 발견한 사람입니다.</w:t>
      </w:r>
    </w:p>
    <w:p>
      <w:pPr>
        <w:spacing w:after="60"/>
      </w:pPr>
      <w:r>
        <w:rPr>
          <w:b/>
        </w:rPr>
        <w:t>안나</w:t>
      </w:r>
      <w:r>
        <w:t xml:space="preserve">  말해봐요, 전부 말해봐요.</w:t>
      </w:r>
    </w:p>
    <w:p>
      <w:pPr>
        <w:spacing w:after="60"/>
      </w:pPr>
      <w:r>
        <w:rPr>
          <w:b/>
        </w:rPr>
        <w:t>도브친스키</w:t>
      </w:r>
      <w:r>
        <w:t xml:space="preserve">  이제는 괜찮습니다. 처음에는 안톤 안토노비치에게 아주 거칠게 대했습니다. 화가 나서 여관 운영이 엉망이라고 하고, 시장의 집에는 가지 않겠다고 했고, 그 사람 때문에 감옥에 갈 생각도 없다고 했습니다. 그런데 안톤 안토노비치에게 잘못이 없다는 걸 알고 이야기를 나누기 시작하자 금세 태도가 달라졌습니다. 다행히 모든 일이 잘 풀렸습니다. 지금은 자선시설을 둘러보러 갔습니다. 사실 안톤 안토노비치는 자기에게 비밀 고발장이 들어온 게 아닌가 하고 의심하기 시작했죠. 저도 조금 떨었습니다.</w:t>
      </w:r>
    </w:p>
    <w:p>
      <w:pPr>
        <w:spacing w:after="60"/>
      </w:pPr>
      <w:r>
        <w:rPr>
          <w:b/>
        </w:rPr>
        <w:t>안나</w:t>
      </w:r>
      <w:r>
        <w:t xml:space="preserve">  당신이 왜 무서워해요? 관리도 아니잖아요.</w:t>
      </w:r>
    </w:p>
    <w:p>
      <w:pPr>
        <w:spacing w:after="60"/>
      </w:pPr>
      <w:r>
        <w:rPr>
          <w:b/>
        </w:rPr>
        <w:t>도브친스키</w:t>
      </w:r>
      <w:r>
        <w:t xml:space="preserve">  그래도 대공이 한마디 하면 무서운 법이지요.</w:t>
      </w:r>
    </w:p>
    <w:p>
      <w:pPr>
        <w:spacing w:after="60"/>
      </w:pPr>
      <w:r>
        <w:rPr>
          <w:b/>
        </w:rPr>
        <w:t>안나</w:t>
      </w:r>
      <w:r>
        <w:t xml:space="preserve">  다 헛소리예요. 그 사람은 어떤 사람인가요? 젊어요, 늙었어요?</w:t>
      </w:r>
    </w:p>
    <w:p>
      <w:pPr>
        <w:spacing w:after="60"/>
      </w:pPr>
      <w:r>
        <w:rPr>
          <w:b/>
        </w:rPr>
        <w:t>도브친스키</w:t>
      </w:r>
      <w:r>
        <w:t xml:space="preserve">  젊습니다. 스물세 살쯤. 그런데 말하는 건 훨씬 나이 든 사람처럼 합니다. ‘허락해주신다면 이쪽으로 가겠습니다’ 같은 식으로요. 손짓 하나까지 아주 품위가 넘칩니다. ‘읽고 쓰는 걸 좋아하지만 방이 너무 어두워서 못 한다’고도 했습니다.</w:t>
      </w:r>
    </w:p>
    <w:p>
      <w:pPr>
        <w:spacing w:after="60"/>
      </w:pPr>
      <w:r>
        <w:rPr>
          <w:b/>
        </w:rPr>
        <w:t>안나</w:t>
      </w:r>
      <w:r>
        <w:t xml:space="preserve">  머리는 검어요, 금발이에요?</w:t>
      </w:r>
    </w:p>
    <w:p>
      <w:pPr>
        <w:spacing w:after="60"/>
      </w:pPr>
      <w:r>
        <w:rPr>
          <w:b/>
        </w:rPr>
        <w:t>도브친스키</w:t>
      </w:r>
      <w:r>
        <w:t xml:space="preserve">  둘 다 아닙니다. 밤색에 가까워요. 눈은 작은 동물처럼 이리저리 움직입니다. 보면 괜히 긴장돼요.</w:t>
      </w:r>
    </w:p>
    <w:p>
      <w:r>
        <w:rPr>
          <w:b/>
        </w:rPr>
        <w:t xml:space="preserve">【지문】 </w:t>
      </w:r>
      <w:r>
        <w:t>안나가 남편의 쪽지를 읽는다.</w:t>
      </w:r>
    </w:p>
    <w:p>
      <w:pPr>
        <w:spacing w:after="60"/>
      </w:pPr>
      <w:r>
        <w:rPr>
          <w:b/>
        </w:rPr>
        <w:t>안나</w:t>
      </w:r>
      <w:r>
        <w:t xml:space="preserve">  ‘사랑하는 당신에게 알리오. 내 처지는 몹시 곤란했으나 하느님의 자비에 의지하여, 피클 두 개와 캐비어 반 접시, 1루블 25코페이카…’</w:t>
      </w:r>
    </w:p>
    <w:p>
      <w:r>
        <w:rPr>
          <w:b/>
        </w:rPr>
        <w:t xml:space="preserve">【지문】 </w:t>
      </w:r>
      <w:r>
        <w:t>안나가 멈춘다.</w:t>
      </w:r>
    </w:p>
    <w:p>
      <w:pPr>
        <w:spacing w:after="60"/>
      </w:pPr>
      <w:r>
        <w:rPr>
          <w:b/>
        </w:rPr>
        <w:t>안나</w:t>
      </w:r>
      <w:r>
        <w:t xml:space="preserve">  피클과 캐비어가 왜 여기 적혀 있죠?</w:t>
      </w:r>
    </w:p>
    <w:p>
      <w:pPr>
        <w:spacing w:after="60"/>
      </w:pPr>
      <w:r>
        <w:rPr>
          <w:b/>
        </w:rPr>
        <w:t>도브친스키</w:t>
      </w:r>
      <w:r>
        <w:t xml:space="preserve">  안톤 안토노비치가 급하게 종잇조각에 쓴 겁니다. 계산서 같은 게 붙어 있었던 모양입니다.</w:t>
      </w:r>
    </w:p>
    <w:p>
      <w:pPr>
        <w:spacing w:after="60"/>
      </w:pPr>
      <w:r>
        <w:rPr>
          <w:b/>
        </w:rPr>
        <w:t>안나</w:t>
      </w:r>
      <w:r>
        <w:t xml:space="preserve">  아, 그렇군요.</w:t>
      </w:r>
    </w:p>
    <w:p>
      <w:pPr>
        <w:spacing w:after="60"/>
      </w:pPr>
      <w:r>
        <w:rPr>
          <w:b/>
        </w:rPr>
        <w:t>안나</w:t>
      </w:r>
      <w:r>
        <w:t xml:space="preserve">  ‘하지만 하느님의 자비에 의지하니 결국 모든 일이 잘될 것이라 믿는다. 귀한 손님을 위해 금빛 벽지 방을 빨리 준비하라. 저녁 준비는 따로 많이 하지 마라. 아르테미 필리포비치와 함께 병원에서 뭔가 먹을 것이다. 포도주는 조금 더 준비하고, 압둘린에게 최고급 것을 보내라고 해라. 그렇지 않으면 그의 지하실을 전부 망가뜨리겠다. 당신에게 입맞춤을 보내며, 안톤 스크보즈니크-드무하노프스키.’ 세상에! 나도 서둘러야겠어요. 거기 누구 없어요? 미시카!</w:t>
      </w:r>
    </w:p>
    <w:p>
      <w:r>
        <w:rPr>
          <w:b/>
        </w:rPr>
        <w:t xml:space="preserve">【지문】 </w:t>
      </w:r>
      <w:r>
        <w:t>미시카가 들어온다.</w:t>
      </w:r>
    </w:p>
    <w:p>
      <w:pPr>
        <w:spacing w:after="60"/>
      </w:pPr>
      <w:r>
        <w:rPr>
          <w:b/>
        </w:rPr>
        <w:t>안나</w:t>
      </w:r>
      <w:r>
        <w:t xml:space="preserve">  압둘린에게 달려가요. 잠깐, 쪽지를 써줄게요. 마부 시도르에게 이것을 주고 압둘린에게 가져가서 포도주를 받아오라고 해요. 그리고 당장 금빛 방을 손님 맞을 수 있게 준비하세요. 제대로 하세요. 침대와 세숫대야, 물병, 필요한 건 전부 갖춰놓고요.</w:t>
      </w:r>
    </w:p>
    <w:p>
      <w:pPr>
        <w:spacing w:after="60"/>
      </w:pPr>
      <w:r>
        <w:rPr>
          <w:b/>
        </w:rPr>
        <w:t>도브친스키</w:t>
      </w:r>
      <w:r>
        <w:t xml:space="preserve">  그럼 저는 이제 가보겠습니다, 안나 안드레예브나. 그 사람이 시찰하는 모습을 직접 보고 싶어서요.</w:t>
      </w:r>
    </w:p>
    <w:p>
      <w:pPr>
        <w:spacing w:after="60"/>
      </w:pPr>
      <w:r>
        <w:rPr>
          <w:b/>
        </w:rPr>
        <w:t>안나</w:t>
      </w:r>
      <w:r>
        <w:t xml:space="preserve">  가세요. 붙잡지 않을게요.</w:t>
      </w:r>
    </w:p>
    <w:p>
      <w:pPr>
        <w:spacing w:before="160"/>
      </w:pPr>
      <w:r>
        <w:rPr>
          <w:b/>
          <w:sz w:val="26"/>
        </w:rPr>
        <w:t>장면 3</w:t>
      </w:r>
    </w:p>
    <w:p>
      <w:r>
        <w:rPr>
          <w:b/>
        </w:rPr>
        <w:t xml:space="preserve">【지문】 </w:t>
      </w:r>
      <w:r>
        <w:t>안나와 마리야.</w:t>
      </w:r>
    </w:p>
    <w:p>
      <w:pPr>
        <w:spacing w:after="60"/>
      </w:pPr>
      <w:r>
        <w:rPr>
          <w:b/>
        </w:rPr>
        <w:t>안나</w:t>
      </w:r>
      <w:r>
        <w:t xml:space="preserve">  자, 마셴카. 우리도 몸단장을 해야겠다. 그는 수도에서 온 세련된 신사야. 우리를 촌스럽다고 비웃게 만들면 안 돼. 파란 드레스를 입어. 주름 장식이 있는 그거. 네게 제일 잘 어울려.</w:t>
      </w:r>
    </w:p>
    <w:p>
      <w:pPr>
        <w:spacing w:after="60"/>
      </w:pPr>
      <w:r>
        <w:rPr>
          <w:b/>
        </w:rPr>
        <w:t>마리야</w:t>
      </w:r>
      <w:r>
        <w:t xml:space="preserve">  엄마, 무슨 소리예요! 파란 드레스는 싫어요. 리압킨-탸프킨 부인도 파란색을 입고, 젬랴니카의 딸도 입잖아요. 차라리 꽃무늬 드레스를 입을래요.</w:t>
      </w:r>
    </w:p>
    <w:p>
      <w:pPr>
        <w:spacing w:after="60"/>
      </w:pPr>
      <w:r>
        <w:rPr>
          <w:b/>
        </w:rPr>
        <w:t>안나</w:t>
      </w:r>
      <w:r>
        <w:t xml:space="preserve">  꽃무늬? 물론 나한테 반항하려고 그러는 거지. 파란색이 훨씬 나아. 나는 황갈색 드레스를 입을 거야. 난 황갈색이 좋더라.</w:t>
      </w:r>
    </w:p>
    <w:p>
      <w:pPr>
        <w:spacing w:after="60"/>
      </w:pPr>
      <w:r>
        <w:rPr>
          <w:b/>
        </w:rPr>
        <w:t>마리야</w:t>
      </w:r>
      <w:r>
        <w:t xml:space="preserve">  엄마, 그 색은 전혀 안 어울려요.</w:t>
      </w:r>
    </w:p>
    <w:p>
      <w:pPr>
        <w:spacing w:after="60"/>
      </w:pPr>
      <w:r>
        <w:rPr>
          <w:b/>
        </w:rPr>
        <w:t>안나</w:t>
      </w:r>
      <w:r>
        <w:t xml:space="preserve">  뭐? 황갈색이 나한테 안 어울린다고?</w:t>
      </w:r>
    </w:p>
    <w:p>
      <w:pPr>
        <w:spacing w:after="60"/>
      </w:pPr>
      <w:r>
        <w:rPr>
          <w:b/>
        </w:rPr>
        <w:t>마리야</w:t>
      </w:r>
      <w:r>
        <w:t xml:space="preserve">  전혀요. 확실해요. 황갈색은 눈동자가 아주 짙은 사람에게 어울려요.</w:t>
      </w:r>
    </w:p>
    <w:p>
      <w:pPr>
        <w:spacing w:after="60"/>
      </w:pPr>
      <w:r>
        <w:rPr>
          <w:b/>
        </w:rPr>
        <w:t>안나</w:t>
      </w:r>
      <w:r>
        <w:t xml:space="preserve">  거참! 내 눈이 안 짙다는 거야? 아주 짙지. 무슨 말도 안 되는 소리야! 내가 늘 클럽의 퀸처럼 보이는 걸 보면 모르겠니.</w:t>
      </w:r>
    </w:p>
    <w:p>
      <w:pPr>
        <w:spacing w:after="60"/>
      </w:pPr>
      <w:r>
        <w:rPr>
          <w:b/>
        </w:rPr>
        <w:t>마리야</w:t>
      </w:r>
      <w:r>
        <w:t xml:space="preserve">  엄마는 하트의 퀸에 더 가까운데요.</w:t>
      </w:r>
    </w:p>
    <w:p>
      <w:pPr>
        <w:spacing w:after="60"/>
      </w:pPr>
      <w:r>
        <w:rPr>
          <w:b/>
        </w:rPr>
        <w:t>안나</w:t>
      </w:r>
      <w:r>
        <w:t xml:space="preserve">  말도 안 돼! 나는 하트의 퀸이었던 적이 없어.</w:t>
      </w:r>
    </w:p>
    <w:p>
      <w:r>
        <w:rPr>
          <w:b/>
        </w:rPr>
        <w:t xml:space="preserve">【지문】 </w:t>
      </w:r>
      <w:r>
        <w:t>안나가 마리야와 함께 서둘러 나가며 무대 밖에서 말한다.</w:t>
      </w:r>
    </w:p>
    <w:p>
      <w:pPr>
        <w:spacing w:after="60"/>
      </w:pPr>
      <w:r>
        <w:rPr>
          <w:b/>
        </w:rPr>
        <w:t>안나</w:t>
      </w:r>
      <w:r>
        <w:t xml:space="preserve">  저 애는 대체 무슨 생각을 하는 거야! 하트의 퀸이라니! 세상에, 정말!</w:t>
      </w:r>
    </w:p>
    <w:p>
      <w:pPr>
        <w:spacing w:before="160"/>
      </w:pPr>
      <w:r>
        <w:rPr>
          <w:b/>
          <w:sz w:val="26"/>
        </w:rPr>
        <w:t>장면 4</w:t>
      </w:r>
    </w:p>
    <w:p>
      <w:r>
        <w:rPr>
          <w:b/>
        </w:rPr>
        <w:t xml:space="preserve">【지문】 </w:t>
      </w:r>
      <w:r>
        <w:t>두 사람이 나가자 문이 열리고 미시카가 바닥의 먼지를 쓸어낸다. 다른 문으로 오시프가 여행 가방을 머리에 이고 들어온다.</w:t>
      </w:r>
    </w:p>
    <w:p>
      <w:pPr>
        <w:spacing w:after="60"/>
      </w:pPr>
      <w:r>
        <w:rPr>
          <w:b/>
        </w:rPr>
        <w:t>오시프</w:t>
      </w:r>
      <w:r>
        <w:t xml:space="preserve">  이건 어디로 가져가죠?</w:t>
      </w:r>
    </w:p>
    <w:p>
      <w:pPr>
        <w:spacing w:after="60"/>
      </w:pPr>
      <w:r>
        <w:rPr>
          <w:b/>
        </w:rPr>
        <w:t>미시카</w:t>
      </w:r>
      <w:r>
        <w:t xml:space="preserve">  여기로요, 여기.</w:t>
      </w:r>
    </w:p>
    <w:p>
      <w:pPr>
        <w:spacing w:after="60"/>
      </w:pPr>
      <w:r>
        <w:rPr>
          <w:b/>
        </w:rPr>
        <w:t>오시프</w:t>
      </w:r>
      <w:r>
        <w:t xml:space="preserve">  잠깐, 숨 좀 돌리고요. 세상에, 정말 지긋지긋한 인생이군. 빈속에는 작은 짐도 산처럼 무거워.</w:t>
      </w:r>
    </w:p>
    <w:p>
      <w:pPr>
        <w:spacing w:after="60"/>
      </w:pPr>
      <w:r>
        <w:rPr>
          <w:b/>
        </w:rPr>
        <w:t>미시카</w:t>
      </w:r>
      <w:r>
        <w:t xml:space="preserve">  아저씨, 장군님은 언제 오세요?</w:t>
      </w:r>
    </w:p>
    <w:p>
      <w:pPr>
        <w:spacing w:after="60"/>
      </w:pPr>
      <w:r>
        <w:rPr>
          <w:b/>
        </w:rPr>
        <w:t>오시프</w:t>
      </w:r>
      <w:r>
        <w:t xml:space="preserve">  무슨 장군?</w:t>
      </w:r>
    </w:p>
    <w:p>
      <w:pPr>
        <w:spacing w:after="60"/>
      </w:pPr>
      <w:r>
        <w:rPr>
          <w:b/>
        </w:rPr>
        <w:t>미시카</w:t>
      </w:r>
      <w:r>
        <w:t xml:space="preserve">  아저씨 주인 말이에요.</w:t>
      </w:r>
    </w:p>
    <w:p>
      <w:pPr>
        <w:spacing w:after="60"/>
      </w:pPr>
      <w:r>
        <w:rPr>
          <w:b/>
        </w:rPr>
        <w:t>오시프</w:t>
      </w:r>
      <w:r>
        <w:t xml:space="preserve">  내 주인이? 무슨 장군인데?</w:t>
      </w:r>
    </w:p>
    <w:p>
      <w:pPr>
        <w:spacing w:after="60"/>
      </w:pPr>
      <w:r>
        <w:rPr>
          <w:b/>
        </w:rPr>
        <w:t>미시카</w:t>
      </w:r>
      <w:r>
        <w:t xml:space="preserve">  장군 아니에요?</w:t>
      </w:r>
    </w:p>
    <w:p>
      <w:pPr>
        <w:spacing w:after="60"/>
      </w:pPr>
      <w:r>
        <w:rPr>
          <w:b/>
        </w:rPr>
        <w:t>오시프</w:t>
      </w:r>
      <w:r>
        <w:t xml:space="preserve">  장군이지. 다만 보통 장군과는 다른 종류의 장군이야.</w:t>
      </w:r>
    </w:p>
    <w:p>
      <w:pPr>
        <w:spacing w:after="60"/>
      </w:pPr>
      <w:r>
        <w:rPr>
          <w:b/>
        </w:rPr>
        <w:t>미시카</w:t>
      </w:r>
      <w:r>
        <w:t xml:space="preserve">  그럼 진짜 장군보다 높아요, 낮아요?</w:t>
      </w:r>
    </w:p>
    <w:p>
      <w:pPr>
        <w:spacing w:after="60"/>
      </w:pPr>
      <w:r>
        <w:rPr>
          <w:b/>
        </w:rPr>
        <w:t>오시프</w:t>
      </w:r>
      <w:r>
        <w:t xml:space="preserve">  높지.</w:t>
      </w:r>
    </w:p>
    <w:p>
      <w:pPr>
        <w:spacing w:after="60"/>
      </w:pPr>
      <w:r>
        <w:rPr>
          <w:b/>
        </w:rPr>
        <w:t>미시카</w:t>
      </w:r>
      <w:r>
        <w:t xml:space="preserve">  세상에! 그래서 여기 사람들이 난리였군요.</w:t>
      </w:r>
    </w:p>
    <w:p>
      <w:pPr>
        <w:spacing w:after="60"/>
      </w:pPr>
      <w:r>
        <w:rPr>
          <w:b/>
        </w:rPr>
        <w:t>오시프</w:t>
      </w:r>
      <w:r>
        <w:t xml:space="preserve">  이봐, 너 꽤 똑똑해 보이는데. 뭐라도 먹을 것 좀 구해줘.</w:t>
      </w:r>
    </w:p>
    <w:p>
      <w:pPr>
        <w:spacing w:after="60"/>
      </w:pPr>
      <w:r>
        <w:rPr>
          <w:b/>
        </w:rPr>
        <w:t>미시카</w:t>
      </w:r>
      <w:r>
        <w:t xml:space="preserve">  당신 같은 사람한테 줄 준비된 음식은 없어요. 주인이 식사할 때 같이 드실 수 있을 거예요.</w:t>
      </w:r>
    </w:p>
    <w:p>
      <w:pPr>
        <w:spacing w:after="60"/>
      </w:pPr>
      <w:r>
        <w:rPr>
          <w:b/>
        </w:rPr>
        <w:t>오시프</w:t>
      </w:r>
      <w:r>
        <w:t xml:space="preserve">  그래도 평범한 음식은 있겠지?</w:t>
      </w:r>
    </w:p>
    <w:p>
      <w:pPr>
        <w:spacing w:after="60"/>
      </w:pPr>
      <w:r>
        <w:rPr>
          <w:b/>
        </w:rPr>
        <w:t>미시카</w:t>
      </w:r>
      <w:r>
        <w:t xml:space="preserve">  양배추 수프, 죽, 파이가 있어요.</w:t>
      </w:r>
    </w:p>
    <w:p>
      <w:pPr>
        <w:spacing w:after="60"/>
      </w:pPr>
      <w:r>
        <w:rPr>
          <w:b/>
        </w:rPr>
        <w:t>오시프</w:t>
      </w:r>
      <w:r>
        <w:t xml:space="preserve">  그거면 됐어. 양배추 수프도 먹고 죽도 먹고 파이도 먹지. 뭐든 먹겠어. 자, 가방 좀 같이 들어줘. 다른 출구가 있나?</w:t>
      </w:r>
    </w:p>
    <w:p>
      <w:pPr>
        <w:spacing w:after="60"/>
      </w:pPr>
      <w:r>
        <w:rPr>
          <w:b/>
        </w:rPr>
        <w:t>미시카</w:t>
      </w:r>
      <w:r>
        <w:t xml:space="preserve">  네.</w:t>
      </w:r>
    </w:p>
    <w:p>
      <w:r>
        <w:rPr>
          <w:b/>
        </w:rPr>
        <w:t xml:space="preserve">【지문】 </w:t>
      </w:r>
      <w:r>
        <w:t>두 사람이 가방을 들고 옆방으로 나간다.</w:t>
      </w:r>
    </w:p>
    <w:p>
      <w:pPr>
        <w:spacing w:before="160"/>
      </w:pPr>
      <w:r>
        <w:rPr>
          <w:b/>
          <w:sz w:val="26"/>
        </w:rPr>
        <w:t>장면 5</w:t>
      </w:r>
    </w:p>
    <w:p>
      <w:r>
        <w:rPr>
          <w:b/>
        </w:rPr>
        <w:t xml:space="preserve">【지문】 </w:t>
      </w:r>
      <w:r>
        <w:t>양쪽 접이문이 열린다. 흘레스타코프가 들어오고 시장이 뒤따른다. 그 뒤로 자선시설 감독관 젬랴니카, 학교 감독관, 도브친스키, 코에 붕대를 감은 보브친스키가 따라온다. 시장이 바닥의 종이를 가리키자 하사관 둘이 서로 밀치며 서둘러 줍는다.</w:t>
      </w:r>
    </w:p>
    <w:p>
      <w:pPr>
        <w:spacing w:after="60"/>
      </w:pPr>
      <w:r>
        <w:rPr>
          <w:b/>
        </w:rPr>
        <w:t>흘레스타코프</w:t>
      </w:r>
      <w:r>
        <w:t xml:space="preserve">  훌륭한 시설이군요. 당신들은 외지인에게 도시의 모든 것을 보여주는군요. 다른 도시에서는 아무것도 보여주지 않던데.</w:t>
      </w:r>
    </w:p>
    <w:p>
      <w:pPr>
        <w:spacing w:after="60"/>
      </w:pPr>
      <w:r>
        <w:rPr>
          <w:b/>
        </w:rPr>
        <w:t>시장</w:t>
      </w:r>
      <w:r>
        <w:t xml:space="preserve">  다른 도시에서는 관리들이 자기 이익만 챙기는 모양입니다. 여기서는 질서와 경계, 효율적인 행정을 통해 정부의 신임을 얻는 것 외에는 아무것도 생각하지 않습니다.</w:t>
      </w:r>
    </w:p>
    <w:p>
      <w:pPr>
        <w:spacing w:after="60"/>
      </w:pPr>
      <w:r>
        <w:rPr>
          <w:b/>
        </w:rPr>
        <w:t>흘레스타코프</w:t>
      </w:r>
      <w:r>
        <w:t xml:space="preserve">  점심도 훌륭했습니다. 너무 많이 먹었어요. 매일 그렇게 잘 차려 먹습니까?</w:t>
      </w:r>
    </w:p>
    <w:p>
      <w:pPr>
        <w:spacing w:after="60"/>
      </w:pPr>
      <w:r>
        <w:rPr>
          <w:b/>
        </w:rPr>
        <w:t>시장</w:t>
      </w:r>
      <w:r>
        <w:t xml:space="preserve">  이렇게 훌륭한 손님을 모신 날이니 특별히 차린 것입니다.</w:t>
      </w:r>
    </w:p>
    <w:p>
      <w:pPr>
        <w:spacing w:after="60"/>
      </w:pPr>
      <w:r>
        <w:rPr>
          <w:b/>
        </w:rPr>
        <w:t>흘레스타코프</w:t>
      </w:r>
      <w:r>
        <w:t xml:space="preserve">  나는 잘 먹는 걸 좋아합니다. 사람이 사는 이유가 뭐겠습니까? 인생의 즐거움을 하나하나 따먹기 위해서죠. 아까 그 생선 이름이 뭐였지?</w:t>
      </w:r>
    </w:p>
    <w:p>
      <w:pPr>
        <w:spacing w:after="60"/>
      </w:pPr>
      <w:r>
        <w:rPr>
          <w:b/>
        </w:rPr>
        <w:t>아르테미</w:t>
      </w:r>
      <w:r>
        <w:t xml:space="preserve">  라바르단입니다.</w:t>
      </w:r>
    </w:p>
    <w:p>
      <w:pPr>
        <w:spacing w:after="60"/>
      </w:pPr>
      <w:r>
        <w:rPr>
          <w:b/>
        </w:rPr>
        <w:t>흘레스타코프</w:t>
      </w:r>
      <w:r>
        <w:t xml:space="preserve">  정말 맛있더군. 우리가 어디서 점심을 먹었죠? 병원이었나?</w:t>
      </w:r>
    </w:p>
    <w:p>
      <w:pPr>
        <w:spacing w:after="60"/>
      </w:pPr>
      <w:r>
        <w:rPr>
          <w:b/>
        </w:rPr>
        <w:t>아르테미</w:t>
      </w:r>
      <w:r>
        <w:t xml:space="preserve">  맞습니다. 병원입니다.</w:t>
      </w:r>
    </w:p>
    <w:p>
      <w:pPr>
        <w:spacing w:after="60"/>
      </w:pPr>
      <w:r>
        <w:rPr>
          <w:b/>
        </w:rPr>
        <w:t>흘레스타코프</w:t>
      </w:r>
      <w:r>
        <w:t xml:space="preserve">  그래, 그래. 기억납니다. 침대가 있었지. 환자들은 다 나았겠군요. 별로 많아 보이지 않던데.</w:t>
      </w:r>
    </w:p>
    <w:p>
      <w:pPr>
        <w:spacing w:after="60"/>
      </w:pPr>
      <w:r>
        <w:rPr>
          <w:b/>
        </w:rPr>
        <w:t>아르테미</w:t>
      </w:r>
      <w:r>
        <w:t xml:space="preserve">  열 명 정도 남았습니다. 나머지는 모두 회복됐습니다. 시설이 너무 잘 운영되고 질서가 완벽해서요. 믿기 어려우시겠지만 제가 관리를 맡은 뒤로는 환자들이 파리처럼 빨리 낫습니다. 환자가 병원에 들어오기만 하면 금세 좋아집니다. 약보다 정직과 질서 덕분이지요.</w:t>
      </w:r>
    </w:p>
    <w:p>
      <w:pPr>
        <w:spacing w:after="60"/>
      </w:pPr>
      <w:r>
        <w:rPr>
          <w:b/>
        </w:rPr>
        <w:t>시장</w:t>
      </w:r>
      <w:r>
        <w:t xml:space="preserve">  이 기회에 시장이라는 자리가 얼마나 머리를 쥐어짜는 일인지 말씀드리고 싶습니다. 도시를 깨끗하게 유지하고, 수리하고, 변경하는 일만 해도 얼마나 많은 생각이 필요한지 모릅니다. 정말 유능한 사람도 정신이 나갈 정도입니다. 하지만 하느님께 감사하게도 모든 일이 잘되고 있습니다.</w:t>
      </w:r>
    </w:p>
    <w:p>
      <w:pPr>
        <w:spacing w:after="60"/>
      </w:pPr>
      <w:r>
        <w:rPr>
          <w:b/>
        </w:rPr>
        <w:t>시장</w:t>
      </w:r>
      <w:r>
        <w:t xml:space="preserve">  다른 시장이라면 자기 이익부터 챙겼을 겁니다. 하지만 저는 믿어주십시오. 밤에 침대에 누워서도 생각합니다. ‘오, 하느님, 어떻게 해야 정부가 제가 얼마나 충실하게 일하는지 알아주고 만족할까?’ 정부가 저에게 보상을 하든 말든 그건 그들의 뜻이지요. 적어도 제 양심은 깨끗합니다.</w:t>
      </w:r>
    </w:p>
    <w:p>
      <w:pPr>
        <w:spacing w:after="60"/>
      </w:pPr>
      <w:r>
        <w:rPr>
          <w:b/>
        </w:rPr>
        <w:t>시장</w:t>
      </w:r>
      <w:r>
        <w:t xml:space="preserve">  도시 전체가 정돈되고, 거리가 깨끗하게 쓸리고, 죄수들이 잘 관리되고, 술 취한 사람이 별로 없다면 제가 무엇을 더 바라겠습니까? 솔직히 말해 명예도 탐내지 않습니다. 명예야 물론 매력적이지만, 의무를 다했다는 행복에 비하면 헛된 장식에 불과합니다.</w:t>
      </w:r>
    </w:p>
    <w:p>
      <w:pPr>
        <w:spacing w:after="60"/>
      </w:pPr>
      <w:r>
        <w:rPr>
          <w:b/>
        </w:rPr>
        <w:t>아르테미</w:t>
      </w:r>
      <w:r>
        <w:t xml:space="preserve">  (혼잣말) 저 빈둥거리는 놈, 사기꾼 같으니라고! 말은 얼마나 잘하는지. 나도 저런 재주가 있었으면 좋겠군.</w:t>
      </w:r>
    </w:p>
    <w:p>
      <w:pPr>
        <w:spacing w:after="60"/>
      </w:pPr>
      <w:r>
        <w:rPr>
          <w:b/>
        </w:rPr>
        <w:t>흘레스타코프</w:t>
      </w:r>
      <w:r>
        <w:t xml:space="preserve">  맞습니다. 나도 가끔 철학을 좋아합니다. 어떤 때는 산문으로 나오고, 어떤 때는 시가 되어 나오죠.</w:t>
      </w:r>
    </w:p>
    <w:p>
      <w:pPr>
        <w:spacing w:after="60"/>
      </w:pPr>
      <w:r>
        <w:rPr>
          <w:b/>
        </w:rPr>
        <w:t>보브친스키</w:t>
      </w:r>
      <w:r>
        <w:t xml:space="preserve">  (도브친스키에게) 정말 그렇지 않습니까, 표트르 이바노비치. 말 한마디 한마디가 훌륭해요. 분명 교양 있는 분입니다.</w:t>
      </w:r>
    </w:p>
    <w:p>
      <w:pPr>
        <w:spacing w:after="60"/>
      </w:pPr>
      <w:r>
        <w:rPr>
          <w:b/>
        </w:rPr>
        <w:t>흘레스타코프</w:t>
      </w:r>
      <w:r>
        <w:t xml:space="preserve">  그런데 여기서는 무슨 오락을 즐깁니까? 카드놀이를 할 만한 모임 같은 건 없어요?</w:t>
      </w:r>
    </w:p>
    <w:p>
      <w:pPr>
        <w:spacing w:after="60"/>
      </w:pPr>
      <w:r>
        <w:rPr>
          <w:b/>
        </w:rPr>
        <w:t>시장</w:t>
      </w:r>
      <w:r>
        <w:t xml:space="preserve">  (혼잣말) 흠! 무슨 생각인지 알겠군. (큰소리) 천만에요! 여기서는 카드놀이 모임 같은 건 들어본 적도 없습니다. 나는 평생 카드 한 장도 만져본 적이 없어요. 카드를 보면 아무렇지도 않을 수가 없습니다. 다이아몬드 킹 같은 것만 봐도 토할 것 같아서 침을 뱉을 정도예요. 한 번은 아이들에게 카드집을 만들어줬다가 그날 밤 내내 그 빌어먹을 카드 꿈을 꿨습니다. 세상에, 사람들이 어떻게 귀중한 시간을 카드에 낭비할 수 있는지 모르겠습니다.</w:t>
      </w:r>
    </w:p>
    <w:p>
      <w:pPr>
        <w:spacing w:after="60"/>
      </w:pPr>
      <w:r>
        <w:rPr>
          <w:b/>
        </w:rPr>
        <w:t>루카</w:t>
      </w:r>
      <w:r>
        <w:t xml:space="preserve">  (혼잣말) 그런데 어제 나한테 100루블을 털어간 놈이 바로 저 인간인데.</w:t>
      </w:r>
    </w:p>
    <w:p>
      <w:pPr>
        <w:spacing w:after="60"/>
      </w:pPr>
      <w:r>
        <w:rPr>
          <w:b/>
        </w:rPr>
        <w:t>시장</w:t>
      </w:r>
      <w:r>
        <w:t xml:space="preserve">  나는 차라리 국가를 위해 시간을 쓰겠습니다.</w:t>
      </w:r>
    </w:p>
    <w:p>
      <w:pPr>
        <w:spacing w:after="60"/>
      </w:pPr>
      <w:r>
        <w:rPr>
          <w:b/>
        </w:rPr>
        <w:t>흘레스타코프</w:t>
      </w:r>
      <w:r>
        <w:t xml:space="preserve">  아, 그건 좀 지나치군요. 모든 건 관점에 따라 다릅니다. 예를 들어 판돈을 세 배로 올릴 때라면—아니, 카드놀이가 가끔 꽤 재미있다는 것까지 부정할 필요는 없겠죠.</w:t>
      </w:r>
    </w:p>
    <w:p>
      <w:pPr>
        <w:spacing w:before="160"/>
      </w:pPr>
      <w:r>
        <w:rPr>
          <w:b/>
          <w:sz w:val="26"/>
        </w:rPr>
        <w:t>장면 6</w:t>
      </w:r>
    </w:p>
    <w:p>
      <w:r>
        <w:rPr>
          <w:b/>
        </w:rPr>
        <w:t xml:space="preserve">【지문】 </w:t>
      </w:r>
      <w:r>
        <w:t>앞 장면의 인물들. 안나 안드레예브나와 마리야 안토노브나가 들어온다.</w:t>
      </w:r>
    </w:p>
    <w:p>
      <w:pPr>
        <w:spacing w:after="60"/>
      </w:pPr>
      <w:r>
        <w:rPr>
          <w:b/>
        </w:rPr>
        <w:t>시장</w:t>
      </w:r>
      <w:r>
        <w:t xml:space="preserve">  가족을 소개하겠습니다. 제 아내와 딸입니다.</w:t>
      </w:r>
    </w:p>
    <w:p>
      <w:pPr>
        <w:spacing w:after="60"/>
      </w:pPr>
      <w:r>
        <w:rPr>
          <w:b/>
        </w:rPr>
        <w:t>흘레스타코프</w:t>
      </w:r>
      <w:r>
        <w:t xml:space="preserve">  (인사하며) 부인, 만나 뵙게 되어 기쁩니다.</w:t>
      </w:r>
    </w:p>
    <w:p>
      <w:pPr>
        <w:spacing w:after="60"/>
      </w:pPr>
      <w:r>
        <w:rPr>
          <w:b/>
        </w:rPr>
        <w:t>안나</w:t>
      </w:r>
      <w:r>
        <w:t xml:space="preserve">  저희야말로 이렇게 훌륭한 분을 만나 뵙게 되어 더 큰 영광입니다.</w:t>
      </w:r>
    </w:p>
    <w:p>
      <w:pPr>
        <w:spacing w:after="60"/>
      </w:pPr>
      <w:r>
        <w:rPr>
          <w:b/>
        </w:rPr>
        <w:t>흘레스타코프</w:t>
      </w:r>
      <w:r>
        <w:t xml:space="preserve">  아닙니다, 부인. 오히려 제가 더 기쁩니다.</w:t>
      </w:r>
    </w:p>
    <w:p>
      <w:pPr>
        <w:spacing w:after="60"/>
      </w:pPr>
      <w:r>
        <w:rPr>
          <w:b/>
        </w:rPr>
        <w:t>안나</w:t>
      </w:r>
      <w:r>
        <w:t xml:space="preserve">  그런 말씀은 예의상 하시는 말씀이겠지요. 앉으시겠어요?</w:t>
      </w:r>
    </w:p>
    <w:p>
      <w:pPr>
        <w:spacing w:after="60"/>
      </w:pPr>
      <w:r>
        <w:rPr>
          <w:b/>
        </w:rPr>
        <w:t>흘레스타코프</w:t>
      </w:r>
      <w:r>
        <w:t xml:space="preserve">  당신 곁에 서 있는 것만으로도 행복합니다. 그래도 원하신다면 앉겠습니다. 이렇게 가까이에서 뵙게 되어 정말 기쁩니다.</w:t>
      </w:r>
    </w:p>
    <w:p>
      <w:pPr>
        <w:spacing w:after="60"/>
      </w:pPr>
      <w:r>
        <w:rPr>
          <w:b/>
        </w:rPr>
        <w:t>안나</w:t>
      </w:r>
      <w:r>
        <w:t xml:space="preserve">  죄송하지만 그런 말씀을 그대로 믿을 수는 없군요. 수도에서 생활하시다가 여행은 많이 불편하셨겠어요.</w:t>
      </w:r>
    </w:p>
    <w:p>
      <w:pPr>
        <w:spacing w:after="60"/>
      </w:pPr>
      <w:r>
        <w:rPr>
          <w:b/>
        </w:rPr>
        <w:t>흘레스타코프</w:t>
      </w:r>
      <w:r>
        <w:t xml:space="preserve">  정말 불편했습니다. 저는, 아시겠지만, 사교계의 삶에 익숙합니다. 그런데 갑자기 길 위에서, 어두운 방과 더러운 여관, 무례한 사람들 사이에서 지내려니—솔직히 말씀드리면, 이런 우연한 일이 저에게 모든 것을 보상해주지 않았다면 견디기 힘들었을 겁니다.</w:t>
      </w:r>
    </w:p>
    <w:p>
      <w:r>
        <w:rPr>
          <w:b/>
        </w:rPr>
        <w:t xml:space="preserve">【지문】 </w:t>
      </w:r>
      <w:r>
        <w:t>흘레스타코프가 안나에게 의미심장한 눈길을 보낸다.</w:t>
      </w:r>
    </w:p>
    <w:p>
      <w:pPr>
        <w:spacing w:after="60"/>
      </w:pPr>
      <w:r>
        <w:rPr>
          <w:b/>
        </w:rPr>
        <w:t>안나</w:t>
      </w:r>
      <w:r>
        <w:t xml:space="preserve">  정말 힘드셨겠어요.</w:t>
      </w:r>
    </w:p>
    <w:p>
      <w:pPr>
        <w:spacing w:after="60"/>
      </w:pPr>
      <w:r>
        <w:rPr>
          <w:b/>
        </w:rPr>
        <w:t>흘레스타코프</w:t>
      </w:r>
      <w:r>
        <w:t xml:space="preserve">  하지만 지금은 아주 즐겁습니다, 부인.</w:t>
      </w:r>
    </w:p>
    <w:p>
      <w:pPr>
        <w:spacing w:after="60"/>
      </w:pPr>
      <w:r>
        <w:rPr>
          <w:b/>
        </w:rPr>
        <w:t>안나</w:t>
      </w:r>
      <w:r>
        <w:t xml:space="preserve">  어머, 믿을 수가 없네요. 저에게 너무 과분한 말씀입니다.</w:t>
      </w:r>
    </w:p>
    <w:p>
      <w:pPr>
        <w:spacing w:after="60"/>
      </w:pPr>
      <w:r>
        <w:rPr>
          <w:b/>
        </w:rPr>
        <w:t>흘레스타코프</w:t>
      </w:r>
      <w:r>
        <w:t xml:space="preserve">  왜 과분합니까? 충분히 그럴 만합니다.</w:t>
      </w:r>
    </w:p>
    <w:p>
      <w:pPr>
        <w:spacing w:after="60"/>
      </w:pPr>
      <w:r>
        <w:rPr>
          <w:b/>
        </w:rPr>
        <w:t>안나</w:t>
      </w:r>
      <w:r>
        <w:t xml:space="preserve">  저는 시골에 살잖아요.</w:t>
      </w:r>
    </w:p>
    <w:p>
      <w:pPr>
        <w:spacing w:after="60"/>
      </w:pPr>
      <w:r>
        <w:rPr>
          <w:b/>
        </w:rPr>
        <w:t>흘레스타코프</w:t>
      </w:r>
      <w:r>
        <w:t xml:space="preserve">  시골도 나름대로 좋은 점이 있지요. 언덕도 있고 시냇물도 있고. 물론 상트페테르부르크와 비교할 수는 없습니다. 아, 상트페테르부르크! 얼마나 멋진 삶인지! 아마 저를 그저 서류 베껴 쓰는 하급 관리 정도로 생각하시겠죠. 천만에요. 저는 부서장과 아주 친한 사이입니다. 그분이 제 등을 두드리며 ‘자, 친구, 나와 함께 저녁 먹자’라고 할 정도니까요.</w:t>
      </w:r>
    </w:p>
    <w:p>
      <w:pPr>
        <w:spacing w:after="60"/>
      </w:pPr>
      <w:r>
        <w:rPr>
          <w:b/>
        </w:rPr>
        <w:t>흘레스타코프</w:t>
      </w:r>
      <w:r>
        <w:t xml:space="preserve">  저는 관청에 잠깐 들러서 ‘이건 이렇게 하시고 저건 저렇게 하세요’ 하고 말만 하면 됩니다. 한쪽에는 편지를 베끼는 서기가 하나 있는데, 하루 종일 ‘사각사각’ 글만 쓰죠. 저를 대학평의원으로 승진시키려고도 했지만 제가 생각했어요. ‘그게 나한테 무슨 필요가 있지?’</w:t>
      </w:r>
    </w:p>
    <w:p>
      <w:pPr>
        <w:spacing w:after="60"/>
      </w:pPr>
      <w:r>
        <w:rPr>
          <w:b/>
        </w:rPr>
        <w:t>흘레스타코프</w:t>
      </w:r>
      <w:r>
        <w:t xml:space="preserve">  그러면 문지기가 계단에서 저를 따라오며 구두솔을 들고 말합니다. ‘이반 알렉산드로비치, 제가 구두를 닦아드리겠습니다.’</w:t>
      </w:r>
    </w:p>
    <w:p>
      <w:pPr>
        <w:spacing w:after="60"/>
      </w:pPr>
      <w:r>
        <w:rPr>
          <w:b/>
        </w:rPr>
        <w:t>흘레스타코프</w:t>
      </w:r>
      <w:r>
        <w:t xml:space="preserve">  왜들 서 계십니까? 앉으세요.</w:t>
      </w:r>
    </w:p>
    <w:p>
      <w:pPr>
        <w:spacing w:after="60"/>
      </w:pPr>
      <w:r>
        <w:rPr>
          <w:b/>
        </w:rPr>
        <w:t>시장 / 아르테미 / 루카</w:t>
      </w:r>
      <w:r>
        <w:t xml:space="preserve">  저희 신분이라면 서 있어도 괜찮습니다.</w:t>
      </w:r>
    </w:p>
    <w:p>
      <w:pPr>
        <w:spacing w:after="60"/>
      </w:pPr>
      <w:r>
        <w:rPr>
          <w:b/>
        </w:rPr>
        <w:t>흘레스타코프</w:t>
      </w:r>
      <w:r>
        <w:t xml:space="preserve">  신분은 잠시 내려놓고 앉으세요.</w:t>
      </w:r>
    </w:p>
    <w:p>
      <w:r>
        <w:rPr>
          <w:b/>
        </w:rPr>
        <w:t xml:space="preserve">【지문】 </w:t>
      </w:r>
      <w:r>
        <w:t>시장과 다른 사람들이 앉는다.</w:t>
      </w:r>
    </w:p>
    <w:p>
      <w:pPr>
        <w:spacing w:after="60"/>
      </w:pPr>
      <w:r>
        <w:rPr>
          <w:b/>
        </w:rPr>
        <w:t>흘레스타코프</w:t>
      </w:r>
      <w:r>
        <w:t xml:space="preserve">  나는 격식을 좋아하지 않습니다. 오히려 눈에 띄지 않게 지나가는 걸 좋아하지요. 하지만 그게 불가능합니다. 내가 어디에 나타나기만 하면 사람들이 말합니다. ‘저기 이반 알렉산드로비치가 간다!’ 한번은 나를 총사령관으로 착각한 적도 있습니다. 병사들이 위병소에서 뛰어나와 경례를 했죠. 나중에 친한 장교 하나가 말하더군요. ‘이봐, 우리가 자네를 총사령관으로 착각했어.’</w:t>
      </w:r>
    </w:p>
    <w:p>
      <w:pPr>
        <w:spacing w:after="60"/>
      </w:pPr>
      <w:r>
        <w:rPr>
          <w:b/>
        </w:rPr>
        <w:t>안나</w:t>
      </w:r>
      <w:r>
        <w:t xml:space="preserve">  어머나!</w:t>
      </w:r>
    </w:p>
    <w:p>
      <w:pPr>
        <w:spacing w:after="60"/>
      </w:pPr>
      <w:r>
        <w:rPr>
          <w:b/>
        </w:rPr>
        <w:t>흘레스타코프</w:t>
      </w:r>
      <w:r>
        <w:t xml:space="preserve">  저는 유명한 여배우들과도 친합니다. 희가극도 여러 편 썼지요. 문인들도 자주 만납니다. 푸시킨과도 아주 가까운 사이입니다. 만나면 이렇게 말합니다. ‘푸시킨, 친구, 잘 지내?’ 그러면 그가 대답하죠. ‘그럭저럭, 파트너. 늘 그렇지.’ 정말 독특한 사람입니다.</w:t>
      </w:r>
    </w:p>
    <w:p>
      <w:pPr>
        <w:spacing w:after="60"/>
      </w:pPr>
      <w:r>
        <w:rPr>
          <w:b/>
        </w:rPr>
        <w:t>안나</w:t>
      </w:r>
      <w:r>
        <w:t xml:space="preserve">  그럼 글도 쓰시는군요? 작가라니 정말 멋지네요! 신문에도 글을 쓰시겠어요?</w:t>
      </w:r>
    </w:p>
    <w:p>
      <w:pPr>
        <w:spacing w:after="60"/>
      </w:pPr>
      <w:r>
        <w:rPr>
          <w:b/>
        </w:rPr>
        <w:t>흘레스타코프</w:t>
      </w:r>
      <w:r>
        <w:t xml:space="preserve">  신문에도 씁니다. 작품을 아주 많이 썼죠. 《피가로의 결혼》, 《로베르 르 디아블》, 《노르마》… 제목을 전부 기억하지도 못합니다. 그냥 우연히 썼어요. 처음에는 쓸 생각도 없었는데 극장 지배인이 와서 ‘저를 위해 뭔가 하나 써주시겠습니까?’ 하더군요. 그래서 ‘뭐, 그러죠’ 하고 그날 저녁에 전부 써버렸습니다. 다들 깜짝 놀랐죠.</w:t>
      </w:r>
    </w:p>
    <w:p>
      <w:pPr>
        <w:spacing w:after="60"/>
      </w:pPr>
      <w:r>
        <w:rPr>
          <w:b/>
        </w:rPr>
        <w:t>흘레스타코프</w:t>
      </w:r>
      <w:r>
        <w:t xml:space="preserve">  저는 생각이 아주 빠릅니다. 브람베우스라는 이름으로 발표된 글도 전부 제가 썼습니다. 《희망의 프리깃》도, 《모스크바 텔레그래프》도요.</w:t>
      </w:r>
    </w:p>
    <w:p>
      <w:pPr>
        <w:spacing w:after="60"/>
      </w:pPr>
      <w:r>
        <w:rPr>
          <w:b/>
        </w:rPr>
        <w:t>안나</w:t>
      </w:r>
      <w:r>
        <w:t xml:space="preserve">  뭐라고요? 그러면 브람베우스가 바로 당신이에요?</w:t>
      </w:r>
    </w:p>
    <w:p>
      <w:pPr>
        <w:spacing w:after="60"/>
      </w:pPr>
      <w:r>
        <w:rPr>
          <w:b/>
        </w:rPr>
        <w:t>흘레스타코프</w:t>
      </w:r>
      <w:r>
        <w:t xml:space="preserve">  그렇죠. 그리고 그들의 기사도 제가 전부 손질하고 다듬습니다. 스미르딘이 그 일로 4만 루블을 줍니다.</w:t>
      </w:r>
    </w:p>
    <w:p>
      <w:pPr>
        <w:spacing w:after="60"/>
      </w:pPr>
      <w:r>
        <w:rPr>
          <w:b/>
        </w:rPr>
        <w:t>안나</w:t>
      </w:r>
      <w:r>
        <w:t xml:space="preserve">  그럼 《유리 밀로슬라프스키》도 당신 작품인가요?</w:t>
      </w:r>
    </w:p>
    <w:p>
      <w:pPr>
        <w:spacing w:after="60"/>
      </w:pPr>
      <w:r>
        <w:rPr>
          <w:b/>
        </w:rPr>
        <w:t>흘레스타코프</w:t>
      </w:r>
      <w:r>
        <w:t xml:space="preserve">  네, 제 작품입니다.</w:t>
      </w:r>
    </w:p>
    <w:p>
      <w:pPr>
        <w:spacing w:after="60"/>
      </w:pPr>
      <w:r>
        <w:rPr>
          <w:b/>
        </w:rPr>
        <w:t>안나</w:t>
      </w:r>
      <w:r>
        <w:t xml:space="preserve">  처음부터 알아봤어요.</w:t>
      </w:r>
    </w:p>
    <w:p>
      <w:pPr>
        <w:spacing w:after="60"/>
      </w:pPr>
      <w:r>
        <w:rPr>
          <w:b/>
        </w:rPr>
        <w:t>마리야</w:t>
      </w:r>
      <w:r>
        <w:t xml:space="preserve">  엄마, 그건 자고스킨 작품이라고 쓰여 있는데요.</w:t>
      </w:r>
    </w:p>
    <w:p>
      <w:pPr>
        <w:spacing w:after="60"/>
      </w:pPr>
      <w:r>
        <w:rPr>
          <w:b/>
        </w:rPr>
        <w:t>안나</w:t>
      </w:r>
      <w:r>
        <w:t xml:space="preserve">  거 봐! 여기서도 반박하는구나.</w:t>
      </w:r>
    </w:p>
    <w:p>
      <w:pPr>
        <w:spacing w:after="60"/>
      </w:pPr>
      <w:r>
        <w:rPr>
          <w:b/>
        </w:rPr>
        <w:t>흘레스타코프</w:t>
      </w:r>
      <w:r>
        <w:t xml:space="preserve">  아, 맞습니다. 그건 자고스킨 작품이죠. 하지만 제가 쓴 《유리 밀로슬라프스키》도 따로 있습니다.</w:t>
      </w:r>
    </w:p>
    <w:p>
      <w:pPr>
        <w:spacing w:after="60"/>
      </w:pPr>
      <w:r>
        <w:rPr>
          <w:b/>
        </w:rPr>
        <w:t>안나</w:t>
      </w:r>
      <w:r>
        <w:t xml:space="preserve">  맞아요. 당신 작품을 읽어봤어요. 정말 매력적이더군요.</w:t>
      </w:r>
    </w:p>
    <w:p>
      <w:pPr>
        <w:spacing w:after="60"/>
      </w:pPr>
      <w:r>
        <w:rPr>
          <w:b/>
        </w:rPr>
        <w:t>흘레스타코프</w:t>
      </w:r>
      <w:r>
        <w:t xml:space="preserve">  솔직히 말하면 나는 문학으로 먹고삽니다. 상트페테르부르크에서 제 집은 아주 유명합니다. ‘이반 알렉산드로비치의 집’이라고 하면 누구나 알죠. 혹시 여러분 중 상트페테르부르크에 오시면 꼭 들르십시오. 무도회도 엽니다.</w:t>
      </w:r>
    </w:p>
    <w:p>
      <w:pPr>
        <w:spacing w:after="60"/>
      </w:pPr>
      <w:r>
        <w:rPr>
          <w:b/>
        </w:rPr>
        <w:t>안나</w:t>
      </w:r>
      <w:r>
        <w:t xml:space="preserve">  그 무도회가 얼마나 세련되고 화려할지 눈에 선하네요.</w:t>
      </w:r>
    </w:p>
    <w:p>
      <w:pPr>
        <w:spacing w:after="60"/>
      </w:pPr>
      <w:r>
        <w:rPr>
          <w:b/>
        </w:rPr>
        <w:t>흘레스타코프</w:t>
      </w:r>
      <w:r>
        <w:t xml:space="preserve">  엄청납니다! 예를 들어 수박 하나가 700루블짜리입니다. 수프는 파리에서 배로 바로 실어옵니다. 뚜껑을 열면 김의 향기가 세상 어디에서도 맡아볼 수 없는 냄새를 풍기죠.</w:t>
      </w:r>
    </w:p>
    <w:p>
      <w:pPr>
        <w:spacing w:after="60"/>
      </w:pPr>
      <w:r>
        <w:rPr>
          <w:b/>
        </w:rPr>
        <w:t>흘레스타코프</w:t>
      </w:r>
      <w:r>
        <w:t xml:space="preserve">  그리고 우리끼리 휘스트 모임도 있습니다. 외무장관, 프랑스 대사, 영국 대사, 독일 대사, 그리고 나. 얼마나 치열하게 카드놀이를 하는지, 끝나면 죽을 지경입니다.</w:t>
      </w:r>
    </w:p>
    <w:p>
      <w:pPr>
        <w:spacing w:after="60"/>
      </w:pPr>
      <w:r>
        <w:rPr>
          <w:b/>
        </w:rPr>
        <w:t>흘레스타코프</w:t>
      </w:r>
      <w:r>
        <w:t xml:space="preserve">  그러고 나면 집으로 돌아가 4층까지 계단을 뛰어 올라가서 요리사에게 ‘마루시카, 여기 내 외투 받아’라고 하지요. …내가 무슨 말을 하는 거지? 나는 1층에 사는데.</w:t>
      </w:r>
    </w:p>
    <w:p>
      <w:pPr>
        <w:spacing w:after="60"/>
      </w:pPr>
      <w:r>
        <w:rPr>
          <w:b/>
        </w:rPr>
        <w:t>흘레스타코프</w:t>
      </w:r>
      <w:r>
        <w:t xml:space="preserve">  아침에 일어나 현관을 나서면 정말 장관입니다. 백작과 공작들이 서로 밀치며 벌처럼 윙윙거립니다. ‘웅웅, 웅웅’ 하는 소리뿐이지요. 가끔은 장관까지—</w:t>
      </w:r>
    </w:p>
    <w:p>
      <w:r>
        <w:rPr>
          <w:b/>
        </w:rPr>
        <w:t xml:space="preserve">【지문】 </w:t>
      </w:r>
      <w:r>
        <w:t>시장과 다른 사람들이 경외심에 찬 얼굴로 자리에서 일어난다.</w:t>
      </w:r>
    </w:p>
    <w:p>
      <w:pPr>
        <w:spacing w:after="60"/>
      </w:pPr>
      <w:r>
        <w:rPr>
          <w:b/>
        </w:rPr>
        <w:t>흘레스타코프</w:t>
      </w:r>
      <w:r>
        <w:t xml:space="preserve">  심지어 내 우편물도 ‘각하’ 앞으로 옵니다. 한 번은 부서 하나를 맡기도 했습니다. 부서장이 갑자기 사라졌죠. 아무도 어디 갔는지 몰랐습니다. 누가 그 자리를 맡을지 말이 많았고, 장군들이 몰려들었습니다. 하지만 아무도 감당하지 못했어요.</w:t>
      </w:r>
    </w:p>
    <w:p>
      <w:pPr>
        <w:spacing w:after="60"/>
      </w:pPr>
      <w:r>
        <w:rPr>
          <w:b/>
        </w:rPr>
        <w:t>흘레스타코프</w:t>
      </w:r>
      <w:r>
        <w:t xml:space="preserve">  겉으로 보면 쉬워 보이지만 자세히 들여다보면 지옥 같은 일이거든요. 결국 사람들이 나에게 왔습니다. 순식간에 거리가 전령들로 가득 찼습니다. 전령이 무려 3만 5천 명이었어요. 상상해보십시오!</w:t>
      </w:r>
    </w:p>
    <w:p>
      <w:pPr>
        <w:spacing w:after="60"/>
      </w:pPr>
      <w:r>
        <w:rPr>
          <w:b/>
        </w:rPr>
        <w:t>흘레스타코프</w:t>
      </w:r>
      <w:r>
        <w:t xml:space="preserve">  ‘이반 알렉산드로비치, 제발 부서장직을 맡아주십시오.’ 솔직히 조금 당황했죠. 나는 가운 차림으로 나갔습니다. 거절하려고 했지만, 이 일이 황제의 귀에 들어갈 수도 있고 내 경력에도 영향을 줄 것 같아서 말했습니다.</w:t>
      </w:r>
    </w:p>
    <w:p>
      <w:pPr>
        <w:spacing w:after="60"/>
      </w:pPr>
      <w:r>
        <w:rPr>
          <w:b/>
        </w:rPr>
        <w:t>흘레스타코프</w:t>
      </w:r>
      <w:r>
        <w:t xml:space="preserve">  ‘좋습니다, 여러분. 맡겠습니다. 좋습니다. 하지만 명심하십시오—나는 엄격합니다. 아주 엄격합니다!’</w:t>
      </w:r>
    </w:p>
    <w:p>
      <w:pPr>
        <w:spacing w:after="60"/>
      </w:pPr>
      <w:r>
        <w:rPr>
          <w:b/>
        </w:rPr>
        <w:t>흘레스타코프</w:t>
      </w:r>
      <w:r>
        <w:t xml:space="preserve">  그랬더니 내가 부서를 돌아다니기만 해도 지진이 난 것처럼 모두가 떨었습니다. 나는 농담하는 사람이 아닙니다. 전부 겁을 먹게 만들었죠. 심지어 제국평의회까지 나를 두려워합니다.</w:t>
      </w:r>
    </w:p>
    <w:p>
      <w:pPr>
        <w:spacing w:after="60"/>
      </w:pPr>
      <w:r>
        <w:rPr>
          <w:b/>
        </w:rPr>
        <w:t>흘레스타코프</w:t>
      </w:r>
      <w:r>
        <w:t xml:space="preserve">  나는 누구도 봐주지 않습니다. ‘나는 나 자신을 잘 압니다’라고 말하죠. 어디든 갑니다. 어디에나 있습니다. 매일 궁정에 출입합니다. 내일이면 나를 야전 원수로—</w:t>
      </w:r>
    </w:p>
    <w:p>
      <w:r>
        <w:rPr>
          <w:b/>
        </w:rPr>
        <w:t xml:space="preserve">【지문】 </w:t>
      </w:r>
      <w:r>
        <w:t>흘레스타코프가 발을 헛디뎌 거의 넘어질 뻔한다. 관리들이 황급히 그를 붙잡는다.</w:t>
      </w:r>
    </w:p>
    <w:p>
      <w:pPr>
        <w:spacing w:after="60"/>
      </w:pPr>
      <w:r>
        <w:rPr>
          <w:b/>
        </w:rPr>
        <w:t>시장</w:t>
      </w:r>
      <w:r>
        <w:t xml:space="preserve">  (온몸을 떨며 다가가) 각—각—</w:t>
      </w:r>
    </w:p>
    <w:p>
      <w:pPr>
        <w:spacing w:after="60"/>
      </w:pPr>
      <w:r>
        <w:rPr>
          <w:b/>
        </w:rPr>
        <w:t>흘레스타코프</w:t>
      </w:r>
      <w:r>
        <w:t xml:space="preserve">  뭐요?</w:t>
      </w:r>
    </w:p>
    <w:p>
      <w:pPr>
        <w:spacing w:after="60"/>
      </w:pPr>
      <w:r>
        <w:rPr>
          <w:b/>
        </w:rPr>
        <w:t>시장</w:t>
      </w:r>
      <w:r>
        <w:t xml:space="preserve">  각—각—</w:t>
      </w:r>
    </w:p>
    <w:p>
      <w:pPr>
        <w:spacing w:after="60"/>
      </w:pPr>
      <w:r>
        <w:rPr>
          <w:b/>
        </w:rPr>
        <w:t>흘레스타코프</w:t>
      </w:r>
      <w:r>
        <w:t xml:space="preserve">  무슨 말을 하는지 하나도 모르겠군요. 전부 헛소리입니다.</w:t>
      </w:r>
    </w:p>
    <w:p>
      <w:pPr>
        <w:spacing w:after="60"/>
      </w:pPr>
      <w:r>
        <w:rPr>
          <w:b/>
        </w:rPr>
        <w:t>시장</w:t>
      </w:r>
      <w:r>
        <w:t xml:space="preserve">  각하, 조금 쉬시는 게 어떻습니까? 여기 방도 있고 필요한 것도 다 준비되어 있습니다.</w:t>
      </w:r>
    </w:p>
    <w:p>
      <w:pPr>
        <w:spacing w:after="60"/>
      </w:pPr>
      <w:r>
        <w:rPr>
          <w:b/>
        </w:rPr>
        <w:t>흘레스타코프</w:t>
      </w:r>
      <w:r>
        <w:t xml:space="preserve">  쉬긴 뭘 쉽니까! …하지만 쉬는 것도 좋겠군요. 점심은 훌륭했습니다. 정말 만족했습니다. 정말 만족했어요.</w:t>
      </w:r>
    </w:p>
    <w:p>
      <w:r>
        <w:rPr>
          <w:b/>
        </w:rPr>
        <w:t xml:space="preserve">【지문】 </w:t>
      </w:r>
      <w:r>
        <w:t>흘레스타코프가 과장되게 외친다.</w:t>
      </w:r>
    </w:p>
    <w:p>
      <w:pPr>
        <w:spacing w:after="60"/>
      </w:pPr>
      <w:r>
        <w:rPr>
          <w:b/>
        </w:rPr>
        <w:t>흘레스타코프</w:t>
      </w:r>
      <w:r>
        <w:t xml:space="preserve">  라바르단! 라바르단!</w:t>
      </w:r>
    </w:p>
    <w:p>
      <w:r>
        <w:rPr>
          <w:b/>
        </w:rPr>
        <w:t xml:space="preserve">【지문】 </w:t>
      </w:r>
      <w:r>
        <w:t>흘레스타코프가 시장과 함께 옆방으로 들어간다.</w:t>
      </w:r>
    </w:p>
    <w:p>
      <w:pPr>
        <w:spacing w:before="160"/>
      </w:pPr>
      <w:r>
        <w:rPr>
          <w:b/>
          <w:sz w:val="26"/>
        </w:rPr>
        <w:t>장면 7</w:t>
      </w:r>
    </w:p>
    <w:p>
      <w:r>
        <w:rPr>
          <w:b/>
        </w:rPr>
        <w:t xml:space="preserve">【지문】 </w:t>
      </w:r>
      <w:r>
        <w:t>흘레스타코프와 시장을 제외한 인물들.</w:t>
      </w:r>
    </w:p>
    <w:p>
      <w:pPr>
        <w:spacing w:after="60"/>
      </w:pPr>
      <w:r>
        <w:rPr>
          <w:b/>
        </w:rPr>
        <w:t>보브친스키</w:t>
      </w:r>
      <w:r>
        <w:t xml:space="preserve">  (도브친스키에게) 정말 대단한 사람입니다, 표트르 이바노비치. 이런 분을 평생 처음 봤습니다. 너무 중요한 인물이라 거의 기절할 뻔했어요. 대체 어느 정도 직급일까요?</w:t>
      </w:r>
    </w:p>
    <w:p>
      <w:pPr>
        <w:spacing w:after="60"/>
      </w:pPr>
      <w:r>
        <w:rPr>
          <w:b/>
        </w:rPr>
        <w:t>도브친스키</w:t>
      </w:r>
      <w:r>
        <w:t xml:space="preserve">  거의 장군이라고 생각합니다.</w:t>
      </w:r>
    </w:p>
    <w:p>
      <w:pPr>
        <w:spacing w:after="60"/>
      </w:pPr>
      <w:r>
        <w:rPr>
          <w:b/>
        </w:rPr>
        <w:t>보브친스키</w:t>
      </w:r>
      <w:r>
        <w:t xml:space="preserve">  나는 장군 따위는 저 사람 구두 밑창에도 못 미친다고 생각해요. 만약 장군이라면 장군 중의 장군, 총사령관쯤 되겠지요. 제국평의회를 꾸짖는 것 못 들었습니까? 빨리 아모스 표도로비치와 코로브킨에게 가서 이야기합시다. 안녕히 계십시오, 안나 안드레예브나.</w:t>
      </w:r>
    </w:p>
    <w:p>
      <w:pPr>
        <w:spacing w:after="60"/>
      </w:pPr>
      <w:r>
        <w:rPr>
          <w:b/>
        </w:rPr>
        <w:t>도브친스키</w:t>
      </w:r>
      <w:r>
        <w:t xml:space="preserve">  안녕히 계세요, 대모님.</w:t>
      </w:r>
    </w:p>
    <w:p>
      <w:r>
        <w:rPr>
          <w:b/>
        </w:rPr>
        <w:t xml:space="preserve">【지문】 </w:t>
      </w:r>
      <w:r>
        <w:t>두 사람이 나간다.</w:t>
      </w:r>
    </w:p>
    <w:p>
      <w:pPr>
        <w:spacing w:after="60"/>
      </w:pPr>
      <w:r>
        <w:rPr>
          <w:b/>
        </w:rPr>
        <w:t>아르테미</w:t>
      </w:r>
      <w:r>
        <w:t xml:space="preserve">  가슴이 철렁합니다. 왜 그런지도 모르겠어요. 우리 제복도 입지 않았는데. 저 사람이 낮잠에서 깨자마자 우리에 대한 보고서를 상트페테르부르크로 보내면 어떡합니까?</w:t>
      </w:r>
    </w:p>
    <w:p>
      <w:r>
        <w:rPr>
          <w:b/>
        </w:rPr>
        <w:t xml:space="preserve">【지문】 </w:t>
      </w:r>
      <w:r>
        <w:t>아르테미와 학교 감독관이 생각에 잠긴 채 퇴장한다.</w:t>
      </w:r>
    </w:p>
    <w:p>
      <w:pPr>
        <w:spacing w:before="160"/>
      </w:pPr>
      <w:r>
        <w:rPr>
          <w:b/>
          <w:sz w:val="26"/>
        </w:rPr>
        <w:t>장면 8</w:t>
      </w:r>
    </w:p>
    <w:p>
      <w:r>
        <w:rPr>
          <w:b/>
        </w:rPr>
        <w:t xml:space="preserve">【지문】 </w:t>
      </w:r>
      <w:r>
        <w:t>안나와 마리야.</w:t>
      </w:r>
    </w:p>
    <w:p>
      <w:pPr>
        <w:spacing w:after="60"/>
      </w:pPr>
      <w:r>
        <w:rPr>
          <w:b/>
        </w:rPr>
        <w:t>안나</w:t>
      </w:r>
      <w:r>
        <w:t xml:space="preserve">  아, 정말 멋진 사람이야!</w:t>
      </w:r>
    </w:p>
    <w:p>
      <w:pPr>
        <w:spacing w:after="60"/>
      </w:pPr>
      <w:r>
        <w:rPr>
          <w:b/>
        </w:rPr>
        <w:t>마리야</w:t>
      </w:r>
      <w:r>
        <w:t xml:space="preserve">  정말 사랑스러워요!</w:t>
      </w:r>
    </w:p>
    <w:p>
      <w:pPr>
        <w:spacing w:after="60"/>
      </w:pPr>
      <w:r>
        <w:rPr>
          <w:b/>
        </w:rPr>
        <w:t>안나</w:t>
      </w:r>
      <w:r>
        <w:t xml:space="preserve">  세련된 태도 좀 봐. 수도 사람이라는 게 한눈에 보여. 몸가짐이며 말투며, 전부 우아해! 나는 저런 젊은이가 정말 좋아. 완전히 반해버렸어. 그런데 그 사람은 나를 아주 좋아하는 것 같더라. 계속 나를 쳐다보는 걸 봤어.</w:t>
      </w:r>
    </w:p>
    <w:p>
      <w:pPr>
        <w:spacing w:after="60"/>
      </w:pPr>
      <w:r>
        <w:rPr>
          <w:b/>
        </w:rPr>
        <w:t>마리야</w:t>
      </w:r>
      <w:r>
        <w:t xml:space="preserve">  엄마, 저를 쳐다봤어요.</w:t>
      </w:r>
    </w:p>
    <w:p>
      <w:pPr>
        <w:spacing w:after="60"/>
      </w:pPr>
      <w:r>
        <w:rPr>
          <w:b/>
        </w:rPr>
        <w:t>안나</w:t>
      </w:r>
      <w:r>
        <w:t xml:space="preserve">  이제 그런 말은 그만해. 지금은 어울리지 않아.</w:t>
      </w:r>
    </w:p>
    <w:p>
      <w:pPr>
        <w:spacing w:after="60"/>
      </w:pPr>
      <w:r>
        <w:rPr>
          <w:b/>
        </w:rPr>
        <w:t>마리야</w:t>
      </w:r>
      <w:r>
        <w:t xml:space="preserve">  정말이에요. 계속 저를 봤어요. 문학 이야기를 할 때도 저를 봤고, 대사들과 함께 휘스트를 했다는 이야기를 할 때도 저를 봤어요.</w:t>
      </w:r>
    </w:p>
    <w:p>
      <w:pPr>
        <w:spacing w:after="60"/>
      </w:pPr>
      <w:r>
        <w:rPr>
          <w:b/>
        </w:rPr>
        <w:t>안나</w:t>
      </w:r>
      <w:r>
        <w:t xml:space="preserve">  뭐, 한두 번 쳐다봤을 수도 있겠지. ‘그래, 저 아이에게 한 번 눈길을 줘볼까’ 했을 수도 있고.</w:t>
      </w:r>
    </w:p>
    <w:p>
      <w:pPr>
        <w:spacing w:before="160"/>
      </w:pPr>
      <w:r>
        <w:rPr>
          <w:b/>
          <w:sz w:val="26"/>
        </w:rPr>
        <w:t>장면 9</w:t>
      </w:r>
    </w:p>
    <w:p>
      <w:r>
        <w:rPr>
          <w:b/>
        </w:rPr>
        <w:t xml:space="preserve">【지문】 </w:t>
      </w:r>
      <w:r>
        <w:t>시장과 앞 장면의 인물들.</w:t>
      </w:r>
    </w:p>
    <w:p>
      <w:pPr>
        <w:spacing w:after="60"/>
      </w:pPr>
      <w:r>
        <w:rPr>
          <w:b/>
        </w:rPr>
        <w:t>시장</w:t>
      </w:r>
      <w:r>
        <w:t xml:space="preserve">  쉿!</w:t>
      </w:r>
    </w:p>
    <w:p>
      <w:pPr>
        <w:spacing w:after="60"/>
      </w:pPr>
      <w:r>
        <w:rPr>
          <w:b/>
        </w:rPr>
        <w:t>안나</w:t>
      </w:r>
      <w:r>
        <w:t xml:space="preserve">  왜요?</w:t>
      </w:r>
    </w:p>
    <w:p>
      <w:pPr>
        <w:spacing w:after="60"/>
      </w:pPr>
      <w:r>
        <w:rPr>
          <w:b/>
        </w:rPr>
        <w:t>시장</w:t>
      </w:r>
      <w:r>
        <w:t xml:space="preserve">  그에게 술을 너무 많이 먹인 것 같아. 그가 한 말의 절반만이라도 사실이라면 어떻게 하지? …하지만 어떻게 거짓말일 수가 있지? 사람이 술에 취하면 속마음이 겉으로 드러나는 법이잖아.</w:t>
      </w:r>
    </w:p>
    <w:p>
      <w:pPr>
        <w:spacing w:after="60"/>
      </w:pPr>
      <w:r>
        <w:rPr>
          <w:b/>
        </w:rPr>
        <w:t>시장</w:t>
      </w:r>
      <w:r>
        <w:t xml:space="preserve">  물론 조금 과장했을 수도 있지. 누구나 말할 때 약간은 거짓말을 하는 법이니까. 장관들과 카드놀이를 하고 궁정에도 출입한다니. 생각하면 생각할수록 머리가 더 혼란스러워지는군. 종탑 꼭대기에 서 있는 것 같고, 교수형을 당하기 직전처럼 어지럽구나.</w:t>
      </w:r>
    </w:p>
    <w:p>
      <w:pPr>
        <w:spacing w:after="60"/>
      </w:pPr>
      <w:r>
        <w:rPr>
          <w:b/>
        </w:rPr>
        <w:t>안나</w:t>
      </w:r>
      <w:r>
        <w:t xml:space="preserve">  나는 하나도 무섭지 않았어요. 그저 세련되고 교양 있는 세계인을 보았을 뿐이에요. 그의 지위나 작위 같은 건 전혀 부담스럽지 않았어요.</w:t>
      </w:r>
    </w:p>
    <w:p>
      <w:pPr>
        <w:spacing w:after="60"/>
      </w:pPr>
      <w:r>
        <w:rPr>
          <w:b/>
        </w:rPr>
        <w:t>시장</w:t>
      </w:r>
      <w:r>
        <w:t xml:space="preserve">  여자들이란! 여자라는 말만 해도 다 설명이 되지. 전부 거품과 물거품이야. 갑자기 말도 안 되는 말을 내뱉어. 당신은 최악의 경우 매질을 당하면 그만이지만, 나는 인생이 망할 수도 있어.</w:t>
      </w:r>
    </w:p>
    <w:p>
      <w:pPr>
        <w:spacing w:after="60"/>
      </w:pPr>
      <w:r>
        <w:rPr>
          <w:b/>
        </w:rPr>
        <w:t>시장</w:t>
      </w:r>
      <w:r>
        <w:t xml:space="preserve">  그 사람과 얼마나 친하게 구는지, 마치 또 다른 보브친스키라도 되는 것 같군.</w:t>
      </w:r>
    </w:p>
    <w:p>
      <w:pPr>
        <w:spacing w:after="60"/>
      </w:pPr>
      <w:r>
        <w:rPr>
          <w:b/>
        </w:rPr>
        <w:t>안나</w:t>
      </w:r>
      <w:r>
        <w:t xml:space="preserve">  그건 우리에게 맡겨두세요. 신경 쓰지 마세요. 우리도 그런 일에는 한두 가지 방법이 있으니까.</w:t>
      </w:r>
    </w:p>
    <w:p>
      <w:pPr>
        <w:spacing w:after="60"/>
      </w:pPr>
      <w:r>
        <w:rPr>
          <w:b/>
        </w:rPr>
        <w:t>시장</w:t>
      </w:r>
      <w:r>
        <w:t xml:space="preserve">  (혼잣말) 당신하고 무슨 말을 더 하겠어! 젠장, 아직도 무서움이 가시질 않는군.</w:t>
      </w:r>
    </w:p>
    <w:p>
      <w:r>
        <w:rPr>
          <w:b/>
        </w:rPr>
        <w:t xml:space="preserve">【지문】 </w:t>
      </w:r>
      <w:r>
        <w:t>시장이 문을 열고 밖을 향해 부른다.</w:t>
      </w:r>
    </w:p>
    <w:p>
      <w:pPr>
        <w:spacing w:after="60"/>
      </w:pPr>
      <w:r>
        <w:rPr>
          <w:b/>
        </w:rPr>
        <w:t>시장</w:t>
      </w:r>
      <w:r>
        <w:t xml:space="preserve">  미시카! 하사관 스비스투노프와 데르지모르다를 불러. 문 근처에 있을 거야.</w:t>
      </w:r>
    </w:p>
    <w:p>
      <w:r>
        <w:rPr>
          <w:b/>
        </w:rPr>
        <w:t xml:space="preserve">【지문】 </w:t>
      </w:r>
      <w:r>
        <w:t>잠시 침묵.</w:t>
      </w:r>
    </w:p>
    <w:p>
      <w:pPr>
        <w:spacing w:after="60"/>
      </w:pPr>
      <w:r>
        <w:rPr>
          <w:b/>
        </w:rPr>
        <w:t>시장</w:t>
      </w:r>
      <w:r>
        <w:t xml:space="preserve">  세상이 참 이상해졌어. 적어도 사람이 눈에 보이면 어떤 인간인지 알아볼 수 있을 텐데. 그런데 저 사람은 너무 마르고 가냘퍼서 도대체 뭐가 뭔지 알 수가 없어. 군복을 입었다면 군인인 줄 알겠지만, 외투를 입고 있으니 날개를 잘라낸 파리 같단 말이야.</w:t>
      </w:r>
    </w:p>
    <w:p>
      <w:pPr>
        <w:spacing w:after="60"/>
      </w:pPr>
      <w:r>
        <w:rPr>
          <w:b/>
        </w:rPr>
        <w:t>시장</w:t>
      </w:r>
      <w:r>
        <w:t xml:space="preserve">  여관에서는 한참 동안 온갖 비유와 애매한 말을 늘어놓아서 도대체 앞뒤를 알 수 없었는데, 이제야 본색을 드러냈군. 그래도 너무 많이 떠벌렸어. 분명 젊은 사람이야.</w:t>
      </w:r>
    </w:p>
    <w:p>
      <w:pPr>
        <w:spacing w:before="160"/>
      </w:pPr>
      <w:r>
        <w:rPr>
          <w:b/>
          <w:sz w:val="26"/>
        </w:rPr>
        <w:t>장면 10</w:t>
      </w:r>
    </w:p>
    <w:p>
      <w:r>
        <w:rPr>
          <w:b/>
        </w:rPr>
        <w:t xml:space="preserve">【지문】 </w:t>
      </w:r>
      <w:r>
        <w:t>오시프가 등장한다. 모두가 오시프에게 달려가 손짓한다.</w:t>
      </w:r>
    </w:p>
    <w:p>
      <w:pPr>
        <w:spacing w:after="60"/>
      </w:pPr>
      <w:r>
        <w:rPr>
          <w:b/>
        </w:rPr>
        <w:t>안나</w:t>
      </w:r>
      <w:r>
        <w:t xml:space="preserve">  이리 와요, 이리.</w:t>
      </w:r>
    </w:p>
    <w:p>
      <w:pPr>
        <w:spacing w:after="60"/>
      </w:pPr>
      <w:r>
        <w:rPr>
          <w:b/>
        </w:rPr>
        <w:t>시장</w:t>
      </w:r>
      <w:r>
        <w:t xml:space="preserve">  쉿! 말해봐. 그분은 주무시나요?</w:t>
      </w:r>
    </w:p>
    <w:p>
      <w:pPr>
        <w:spacing w:after="60"/>
      </w:pPr>
      <w:r>
        <w:rPr>
          <w:b/>
        </w:rPr>
        <w:t>오시프</w:t>
      </w:r>
      <w:r>
        <w:t xml:space="preserve">  아직 아닙니다. 몸을 좀 펴고 계십니다.</w:t>
      </w:r>
    </w:p>
    <w:p>
      <w:pPr>
        <w:spacing w:after="60"/>
      </w:pPr>
      <w:r>
        <w:rPr>
          <w:b/>
        </w:rPr>
        <w:t>안나</w:t>
      </w:r>
      <w:r>
        <w:t xml:space="preserve">  이름이 뭐죠?</w:t>
      </w:r>
    </w:p>
    <w:p>
      <w:pPr>
        <w:spacing w:after="60"/>
      </w:pPr>
      <w:r>
        <w:rPr>
          <w:b/>
        </w:rPr>
        <w:t>오시프</w:t>
      </w:r>
      <w:r>
        <w:t xml:space="preserve">  오시프입니다, 부인.</w:t>
      </w:r>
    </w:p>
    <w:p>
      <w:pPr>
        <w:spacing w:after="60"/>
      </w:pPr>
      <w:r>
        <w:rPr>
          <w:b/>
        </w:rPr>
        <w:t>시장</w:t>
      </w:r>
      <w:r>
        <w:t xml:space="preserve">  됐소, 됐어. (오시프에게) 그래, 친구. 식사는 잘했나?</w:t>
      </w:r>
    </w:p>
    <w:p>
      <w:pPr>
        <w:spacing w:after="60"/>
      </w:pPr>
      <w:r>
        <w:rPr>
          <w:b/>
        </w:rPr>
        <w:t>오시프</w:t>
      </w:r>
      <w:r>
        <w:t xml:space="preserve">  네, 아주 잘 먹었습니다. 고맙습니다.</w:t>
      </w:r>
    </w:p>
    <w:p>
      <w:pPr>
        <w:spacing w:after="60"/>
      </w:pPr>
      <w:r>
        <w:rPr>
          <w:b/>
        </w:rPr>
        <w:t>안나</w:t>
      </w:r>
      <w:r>
        <w:t xml:space="preserve">  당신 주인에게 백작이나 공작들이 많이 찾아오죠?</w:t>
      </w:r>
    </w:p>
    <w:p>
      <w:pPr>
        <w:spacing w:after="60"/>
      </w:pPr>
      <w:r>
        <w:rPr>
          <w:b/>
        </w:rPr>
        <w:t>오시프</w:t>
      </w:r>
      <w:r>
        <w:t xml:space="preserve">  (혼잣말) 지금 이렇게 잘 먹여줬으니 나중에는 더 잘해주겠지. (큰소리) 네, 백작들도 찾아옵니다.</w:t>
      </w:r>
    </w:p>
    <w:p>
      <w:pPr>
        <w:spacing w:after="60"/>
      </w:pPr>
      <w:r>
        <w:rPr>
          <w:b/>
        </w:rPr>
        <w:t>마리야</w:t>
      </w:r>
      <w:r>
        <w:t xml:space="preserve">  오시프, 당신 주인 정말 대단하죠?</w:t>
      </w:r>
    </w:p>
    <w:p>
      <w:pPr>
        <w:spacing w:after="60"/>
      </w:pPr>
      <w:r>
        <w:rPr>
          <w:b/>
        </w:rPr>
        <w:t>안나</w:t>
      </w:r>
      <w:r>
        <w:t xml:space="preserve">  오시프, 말해봐요. 그 사람은—</w:t>
      </w:r>
    </w:p>
    <w:p>
      <w:pPr>
        <w:spacing w:after="60"/>
      </w:pPr>
      <w:r>
        <w:rPr>
          <w:b/>
        </w:rPr>
        <w:t>시장</w:t>
      </w:r>
      <w:r>
        <w:t xml:space="preserve">  그만 좀 해. 당신 쓸데없는 질문 때문에 중요한 이야기를 못 하잖아. 그래, 친구. 그 사람은—</w:t>
      </w:r>
    </w:p>
    <w:p>
      <w:pPr>
        <w:spacing w:after="60"/>
      </w:pPr>
      <w:r>
        <w:rPr>
          <w:b/>
        </w:rPr>
        <w:t>안나</w:t>
      </w:r>
      <w:r>
        <w:t xml:space="preserve">  직급이 어떻게 되나요?</w:t>
      </w:r>
    </w:p>
    <w:p>
      <w:pPr>
        <w:spacing w:after="60"/>
      </w:pPr>
      <w:r>
        <w:rPr>
          <w:b/>
        </w:rPr>
        <w:t>오시프</w:t>
      </w:r>
      <w:r>
        <w:t xml:space="preserve">  보통 직급입니다.</w:t>
      </w:r>
    </w:p>
    <w:p>
      <w:pPr>
        <w:spacing w:after="60"/>
      </w:pPr>
      <w:r>
        <w:rPr>
          <w:b/>
        </w:rPr>
        <w:t>시장</w:t>
      </w:r>
      <w:r>
        <w:t xml:space="preserve">  제발 좀! 당신의 어리석은 질문 때문에 본론으로 못 들어가잖아. 그래, 친구. 당신 주인은 어떤 사람인가? 엄격한가? 사람을 들들 볶고 괴롭히는 타입인가? 무슨 말인지 알겠지? 그런가, 아닌가?</w:t>
      </w:r>
    </w:p>
    <w:p>
      <w:pPr>
        <w:spacing w:after="60"/>
      </w:pPr>
      <w:r>
        <w:rPr>
          <w:b/>
        </w:rPr>
        <w:t>오시프</w:t>
      </w:r>
      <w:r>
        <w:t xml:space="preserve">  네. 모든 일이 자기 마음에 들어야 합니다. 반드시 제대로 되어 있어야 한다고 합니다.</w:t>
      </w:r>
    </w:p>
    <w:p>
      <w:pPr>
        <w:spacing w:after="60"/>
      </w:pPr>
      <w:r>
        <w:rPr>
          <w:b/>
        </w:rPr>
        <w:t>시장</w:t>
      </w:r>
      <w:r>
        <w:t xml:space="preserve">  네 얼굴이 마음에 드는군. 좋은 사람 같아. 그래, 또—</w:t>
      </w:r>
    </w:p>
    <w:p>
      <w:pPr>
        <w:spacing w:after="60"/>
      </w:pPr>
      <w:r>
        <w:rPr>
          <w:b/>
        </w:rPr>
        <w:t>안나</w:t>
      </w:r>
      <w:r>
        <w:t xml:space="preserve">  오시프, 상트페테르부르크에서는 제복을 입나요?</w:t>
      </w:r>
    </w:p>
    <w:p>
      <w:pPr>
        <w:spacing w:after="60"/>
      </w:pPr>
      <w:r>
        <w:rPr>
          <w:b/>
        </w:rPr>
        <w:t>시장</w:t>
      </w:r>
      <w:r>
        <w:t xml:space="preserve">  정말 그만 좀 하시오.</w:t>
      </w:r>
    </w:p>
    <w:p>
      <w:pPr>
        <w:spacing w:after="60"/>
      </w:pPr>
      <w:r>
        <w:rPr>
          <w:b/>
        </w:rPr>
        <w:t>시장</w:t>
      </w:r>
      <w:r>
        <w:t xml:space="preserve">  이건 정말 심각한 문제요. 생사가 달린 문제라고. (오시프에게) 그래, 친구. 난 네가 마음에 든다. 날씨도 쌀쌀하고 여행 중에는 차 한 잔 더 마시면 좋지. 여기 차값으로 2루블 주지.</w:t>
      </w:r>
    </w:p>
    <w:p>
      <w:pPr>
        <w:spacing w:after="60"/>
      </w:pPr>
      <w:r>
        <w:rPr>
          <w:b/>
        </w:rPr>
        <w:t>오시프</w:t>
      </w:r>
      <w:r>
        <w:t xml:space="preserve">  고맙습니다. 건강하시고 오래 사십시오. 가난한 사람을 도와주셨군요.</w:t>
      </w:r>
    </w:p>
    <w:p>
      <w:pPr>
        <w:spacing w:after="60"/>
      </w:pPr>
      <w:r>
        <w:rPr>
          <w:b/>
        </w:rPr>
        <w:t>시장</w:t>
      </w:r>
      <w:r>
        <w:t xml:space="preserve">  별것 아니야. 기꺼이 하는 일이네.</w:t>
      </w:r>
    </w:p>
    <w:p>
      <w:pPr>
        <w:spacing w:after="60"/>
      </w:pPr>
      <w:r>
        <w:rPr>
          <w:b/>
        </w:rPr>
        <w:t>안나</w:t>
      </w:r>
      <w:r>
        <w:t xml:space="preserve">  오시프, 이리 와요. 나도 조금 줄게.</w:t>
      </w:r>
    </w:p>
    <w:p>
      <w:pPr>
        <w:spacing w:after="60"/>
      </w:pPr>
      <w:r>
        <w:rPr>
          <w:b/>
        </w:rPr>
        <w:t>마리야</w:t>
      </w:r>
      <w:r>
        <w:t xml:space="preserve">  오시프, 정말 귀여워요. 주인에게 제 대신 키스해줘요.</w:t>
      </w:r>
    </w:p>
    <w:p>
      <w:r>
        <w:rPr>
          <w:b/>
        </w:rPr>
        <w:t xml:space="preserve">【지문】 </w:t>
      </w:r>
      <w:r>
        <w:t>옆방에서 흘레스타코프가 짧게 기침한다.</w:t>
      </w:r>
    </w:p>
    <w:p>
      <w:pPr>
        <w:spacing w:before="160"/>
      </w:pPr>
      <w:r>
        <w:rPr>
          <w:b/>
          <w:sz w:val="26"/>
        </w:rPr>
        <w:t>장면 11</w:t>
      </w:r>
    </w:p>
    <w:p>
      <w:r>
        <w:rPr>
          <w:b/>
        </w:rPr>
        <w:t xml:space="preserve">【지문】 </w:t>
      </w:r>
      <w:r>
        <w:t>시장이 발끝으로 일어선다. 나머지 대화는 낮은 목소리로 진행된다.</w:t>
      </w:r>
    </w:p>
    <w:p>
      <w:pPr>
        <w:spacing w:after="60"/>
      </w:pPr>
      <w:r>
        <w:rPr>
          <w:b/>
        </w:rPr>
        <w:t>시장</w:t>
      </w:r>
      <w:r>
        <w:t xml:space="preserve">  제발 조용히! 이제 가요. 충분해요.</w:t>
      </w:r>
    </w:p>
    <w:p>
      <w:pPr>
        <w:spacing w:after="60"/>
      </w:pPr>
      <w:r>
        <w:rPr>
          <w:b/>
        </w:rPr>
        <w:t>안나</w:t>
      </w:r>
      <w:r>
        <w:t xml:space="preserve">  마셴카, 가자. 우리 손님에 대해 내가 발견한 게 하나 있는데, 둘만 있을 때 말해주고 싶어.</w:t>
      </w:r>
    </w:p>
    <w:p>
      <w:r>
        <w:rPr>
          <w:b/>
        </w:rPr>
        <w:t xml:space="preserve">【지문】 </w:t>
      </w:r>
      <w:r>
        <w:t>안나와 마리야가 나간다.</w:t>
      </w:r>
    </w:p>
    <w:p>
      <w:pPr>
        <w:spacing w:after="60"/>
      </w:pPr>
      <w:r>
        <w:rPr>
          <w:b/>
        </w:rPr>
        <w:t>시장</w:t>
      </w:r>
      <w:r>
        <w:t xml:space="preserve">  저들이 떠들게 내버려둬. 저들의 이야기를 듣고 있으면 귀를 막고 싶을 테니까.</w:t>
      </w:r>
    </w:p>
    <w:p>
      <w:r>
        <w:rPr>
          <w:b/>
        </w:rPr>
        <w:t xml:space="preserve">【지문】 </w:t>
      </w:r>
      <w:r>
        <w:t>시장과 오시프가 남는다. 데르지모르다와 스비스투노프가 들어온다.</w:t>
      </w:r>
    </w:p>
    <w:p>
      <w:pPr>
        <w:spacing w:after="60"/>
      </w:pPr>
      <w:r>
        <w:rPr>
          <w:b/>
        </w:rPr>
        <w:t>시장</w:t>
      </w:r>
      <w:r>
        <w:t xml:space="preserve">  쉿! 쉿! 다리 짧은 곰들 같으니! 군화를 쿵쿵 울리며 들어오니 마치 천 파운드짜리 짐을 마차에서 내리는 것 같군. 대체 어디를 돌아다니다 온 거야?</w:t>
      </w:r>
    </w:p>
    <w:p>
      <w:pPr>
        <w:spacing w:after="60"/>
      </w:pPr>
      <w:r>
        <w:rPr>
          <w:b/>
        </w:rPr>
        <w:t>데르지모르다</w:t>
      </w:r>
      <w:r>
        <w:t xml:space="preserve">  명령을 받았습니다—</w:t>
      </w:r>
    </w:p>
    <w:p>
      <w:pPr>
        <w:spacing w:after="60"/>
      </w:pPr>
      <w:r>
        <w:rPr>
          <w:b/>
        </w:rPr>
        <w:t>시장</w:t>
      </w:r>
      <w:r>
        <w:t xml:space="preserve">  쉿!</w:t>
      </w:r>
    </w:p>
    <w:p>
      <w:r>
        <w:rPr>
          <w:b/>
        </w:rPr>
        <w:t xml:space="preserve">【지문】 </w:t>
      </w:r>
      <w:r>
        <w:t>시장이 데르지모르다의 입을 손으로 막는다.</w:t>
      </w:r>
    </w:p>
    <w:p>
      <w:pPr>
        <w:spacing w:after="60"/>
      </w:pPr>
      <w:r>
        <w:rPr>
          <w:b/>
        </w:rPr>
        <w:t>시장</w:t>
      </w:r>
      <w:r>
        <w:t xml:space="preserve">  황소처럼 소리를 지르다니! ‘명령을 받았습니다—’라니. 빈 통처럼 시끄럽군.</w:t>
      </w:r>
    </w:p>
    <w:p>
      <w:pPr>
        <w:spacing w:after="60"/>
      </w:pPr>
      <w:r>
        <w:rPr>
          <w:b/>
        </w:rPr>
        <w:t>시장</w:t>
      </w:r>
      <w:r>
        <w:t xml:space="preserve">  (오시프에게) 가서 네 주인 짐을 전부 준비해. 그리고 너희 둘은 계단에 서서 꼼짝도 하지 마. 특히 상인 같은 낯선 사람은 집 안에 들이지 마.</w:t>
      </w:r>
    </w:p>
    <w:p>
      <w:pPr>
        <w:spacing w:after="60"/>
      </w:pPr>
      <w:r>
        <w:rPr>
          <w:b/>
        </w:rPr>
        <w:t>시장</w:t>
      </w:r>
      <w:r>
        <w:t xml:space="preserve">  청원서를 들고 오든, 청원서가 없더라도 나에게 불만을 제기하려는 표정만 보이면 목덜미를 잡고 발로 걷어차서 내쫓아! 알겠나?</w:t>
      </w:r>
    </w:p>
    <w:p>
      <w:pPr>
        <w:spacing w:after="60"/>
      </w:pPr>
      <w:r>
        <w:rPr>
          <w:b/>
        </w:rPr>
        <w:t>시장</w:t>
      </w:r>
      <w:r>
        <w:t xml:space="preserve">  쉿—쉿!</w:t>
      </w:r>
    </w:p>
    <w:p>
      <w:r>
        <w:rPr>
          <w:b/>
        </w:rPr>
        <w:t xml:space="preserve">【지문】 </w:t>
      </w:r>
      <w:r>
        <w:t>시장이 발끝으로 나가고 하사관들이 뒤따른다. 막이 내린다.</w:t>
      </w:r>
    </w:p>
    <w:p>
      <w:pPr>
        <w:jc w:val="center"/>
        <w:rPr>
          <w:lang/>
          <w:b/>
          <w:rtl w:val="off"/>
        </w:rPr>
      </w:pPr>
      <w:r>
        <w:rPr>
          <w:b/>
        </w:rPr>
        <w:t>— 제3막 끝 —</w:t>
      </w:r>
    </w:p>
    <w:p>
      <w:pPr>
        <w:jc w:val="center"/>
        <w:rPr>
          <w:lang/>
          <w:b/>
          <w:rtl w:val="off"/>
        </w:rPr>
      </w:pPr>
    </w:p>
    <w:p>
      <w:pPr>
        <w:jc w:val="center"/>
        <w:rPr>
          <w:lang/>
          <w:b/>
          <w:rtl w:val="off"/>
        </w:rPr>
      </w:pPr>
    </w:p>
    <w:p>
      <w:pPr>
        <w:jc w:val="center"/>
        <w:rPr>
          <w:lang/>
          <w:b/>
          <w:rtl w:val="off"/>
        </w:rPr>
      </w:pPr>
    </w:p>
    <w:p>
      <w:pPr>
        <w:jc w:val="center"/>
        <w:rPr>
          <w:lang/>
          <w:b/>
          <w:rtl w:val="off"/>
        </w:rPr>
      </w:pPr>
    </w:p>
    <w:p>
      <w:pPr>
        <w:jc w:val="center"/>
      </w:pPr>
      <w:r>
        <w:rPr>
          <w:b/>
          <w:sz w:val="38"/>
        </w:rPr>
        <w:t>제4막</w:t>
      </w:r>
    </w:p>
    <w:p>
      <w:r>
        <w:rPr>
          <w:b/>
          <w:sz w:val="26"/>
        </w:rPr>
        <w:t>장면 1</w:t>
      </w:r>
    </w:p>
    <w:p>
      <w:r>
        <w:rPr>
          <w:b/>
        </w:rPr>
        <w:t xml:space="preserve">【지문】 </w:t>
      </w:r>
      <w:r>
        <w:t>암모스 표도로비치, 아르테미 필리포비치, 우체국장, 루카 루키치, 도브친스키, 보브친스키가 정장을 갖춰 입고 발끝으로 조심스럽게 들어온다.</w:t>
      </w:r>
    </w:p>
    <w:p>
      <w:pPr>
        <w:spacing w:after="60"/>
      </w:pPr>
      <w:r>
        <w:rPr>
          <w:b/>
        </w:rPr>
        <w:t>암모스</w:t>
      </w:r>
      <w:r>
        <w:t xml:space="preserve">  제발, 여러분, 빨리요. 줄을 맞춥시다. 좀 질서를 지켜요. 저 사람은 궁정에도 드나들고 제국평의회까지 호통친다잖습니까. 군대처럼, 정확히 군대처럼 줄을 서요. 표트르 이바노비치는 저쪽, 그리고 표트르 이바노비치는 이쪽.</w:t>
      </w:r>
    </w:p>
    <w:p>
      <w:pPr>
        <w:spacing w:after="60"/>
      </w:pPr>
      <w:r>
        <w:rPr>
          <w:b/>
        </w:rPr>
        <w:t>아르테미</w:t>
      </w:r>
      <w:r>
        <w:t xml:space="preserve">  암모스 표도로비치, 당신 마음대로 하세요. 제 생각에는 한번 시도해봐야 할 것 같습니다.</w:t>
      </w:r>
    </w:p>
    <w:p>
      <w:pPr>
        <w:spacing w:after="60"/>
      </w:pPr>
      <w:r>
        <w:rPr>
          <w:b/>
        </w:rPr>
        <w:t>암모스</w:t>
      </w:r>
      <w:r>
        <w:t xml:space="preserve">  뭘 시도한다는 겁니까?</w:t>
      </w:r>
    </w:p>
    <w:p>
      <w:pPr>
        <w:spacing w:after="60"/>
      </w:pPr>
      <w:r>
        <w:rPr>
          <w:b/>
        </w:rPr>
        <w:t>아르테미</w:t>
      </w:r>
      <w:r>
        <w:t xml:space="preserve">  뻔하지 않습니까.</w:t>
      </w:r>
    </w:p>
    <w:p>
      <w:pPr>
        <w:spacing w:after="60"/>
      </w:pPr>
      <w:r>
        <w:rPr>
          <w:b/>
        </w:rPr>
        <w:t>암모스</w:t>
      </w:r>
      <w:r>
        <w:t xml:space="preserve">  뇌물?</w:t>
      </w:r>
    </w:p>
    <w:p>
      <w:pPr>
        <w:spacing w:after="60"/>
      </w:pPr>
      <w:r>
        <w:rPr>
          <w:b/>
        </w:rPr>
        <w:t>아르테미</w:t>
      </w:r>
      <w:r>
        <w:t xml:space="preserve">  바로 그겁니다.</w:t>
      </w:r>
    </w:p>
    <w:p>
      <w:pPr>
        <w:spacing w:after="60"/>
      </w:pPr>
      <w:r>
        <w:rPr>
          <w:b/>
        </w:rPr>
        <w:t>암모스</w:t>
      </w:r>
      <w:r>
        <w:t xml:space="preserve">  위험한데요. 그 사람은 정부 관리입니다. 화를 낼 수도 있어요. 차라리 귀족들이 기념비 건립 같은 명목으로 선물을 바치는 형식은 어떻겠습니까?</w:t>
      </w:r>
    </w:p>
    <w:p>
      <w:pPr>
        <w:spacing w:after="60"/>
      </w:pPr>
      <w:r>
        <w:rPr>
          <w:b/>
        </w:rPr>
        <w:t>우체국장</w:t>
      </w:r>
      <w:r>
        <w:t xml:space="preserve">  아니면 우편으로 돈이 하나 들어왔는데 누구 것인지 모르겠다고 말하는 건 어떻습니까?</w:t>
      </w:r>
    </w:p>
    <w:p>
      <w:pPr>
        <w:spacing w:after="60"/>
      </w:pPr>
      <w:r>
        <w:rPr>
          <w:b/>
        </w:rPr>
        <w:t>아르테미</w:t>
      </w:r>
      <w:r>
        <w:t xml:space="preserve">  그랬다간 당신이 우편으로 아주 먼 곳까지 보내질지도 모르니 조심하세요. 제대로 된 국가에서는 이런 일을 이렇게 처리하지 않습니다. 여기 사람들이 연대 전체처럼 몰려갈 필요도 없어요. 한 사람씩 찾아가서, 해야 할 일을 하면 됩니다. 아시잖습니까. 아무도 보지 못하고 아무도 듣지 못하게. 질서 있는 사회에서는 그렇게 하는 겁니다. 암모스 표도로비치, 당신부터 시작하세요.</w:t>
      </w:r>
    </w:p>
    <w:p>
      <w:pPr>
        <w:spacing w:after="60"/>
      </w:pPr>
      <w:r>
        <w:rPr>
          <w:b/>
        </w:rPr>
        <w:t>암모스</w:t>
      </w:r>
      <w:r>
        <w:t xml:space="preserve">  당신이 먼저 가세요. 그 귀한 손님이 당신 시설에서 식사를 했잖습니까.</w:t>
      </w:r>
    </w:p>
    <w:p>
      <w:pPr>
        <w:spacing w:after="60"/>
      </w:pPr>
      <w:r>
        <w:rPr>
          <w:b/>
        </w:rPr>
        <w:t>아르테미</w:t>
      </w:r>
      <w:r>
        <w:t xml:space="preserve">  그렇다면 청년들의 계몽을 책임지는 루카 루키치가 먼저 가야죠.</w:t>
      </w:r>
    </w:p>
    <w:p>
      <w:pPr>
        <w:spacing w:after="60"/>
      </w:pPr>
      <w:r>
        <w:rPr>
          <w:b/>
        </w:rPr>
        <w:t>루카</w:t>
      </w:r>
      <w:r>
        <w:t xml:space="preserve">  안 됩니다, 안 돼요. 저는 너무 교육을 많이 받아서, 저보다 계급이 조금이라도 높은 관리가 말을 걸기만 하면 심장이 멎고 혀가 진흙에 붙은 것처럼 굳어버립니다. 안 됩니다. 여러분, 양해해 주세요. 저를 빼주세요.</w:t>
      </w:r>
    </w:p>
    <w:p>
      <w:pPr>
        <w:spacing w:after="60"/>
      </w:pPr>
      <w:r>
        <w:rPr>
          <w:b/>
        </w:rPr>
        <w:t>아르테미</w:t>
      </w:r>
      <w:r>
        <w:t xml:space="preserve">  암모스 표도로비치, 당신이 해야 합니다. 다른 사람이 없어요. 당신이 한마디 할 때마다 키케로가 말하는 것 같습니다.</w:t>
      </w:r>
    </w:p>
    <w:p>
      <w:pPr>
        <w:spacing w:after="60"/>
      </w:pPr>
      <w:r>
        <w:rPr>
          <w:b/>
        </w:rPr>
        <w:t>암모스</w:t>
      </w:r>
      <w:r>
        <w:t xml:space="preserve">  무슨 소리예요! 키케로라니! 개나 사냥개 이야기를 할 때 가끔 열변을 토한다고 해서 그런 말까지 합니까.</w:t>
      </w:r>
    </w:p>
    <w:p>
      <w:pPr>
        <w:spacing w:after="60"/>
      </w:pPr>
      <w:r>
        <w:rPr>
          <w:b/>
        </w:rPr>
        <w:t>모두</w:t>
      </w:r>
      <w:r>
        <w:t xml:space="preserve">  (암모스를 밀어붙이며) 개 이야기뿐만이 아니죠. 바벨탑 이야기까지 했잖아요. 우리를 버리지 마세요, 암모스 표도로비치. 우리를 구해주세요!</w:t>
      </w:r>
    </w:p>
    <w:p>
      <w:pPr>
        <w:spacing w:after="60"/>
      </w:pPr>
      <w:r>
        <w:rPr>
          <w:b/>
        </w:rPr>
        <w:t>암모스</w:t>
      </w:r>
      <w:r>
        <w:t xml:space="preserve">  이거 놓으세요.</w:t>
      </w:r>
    </w:p>
    <w:p>
      <w:r>
        <w:rPr>
          <w:b/>
        </w:rPr>
        <w:t xml:space="preserve">【지문】 </w:t>
      </w:r>
      <w:r>
        <w:t>흘레스타코프의 방에서 발소리와 기침 소리가 들린다. 모두 문으로 달려가 서로 밀치며 빠져나가려 한다.</w:t>
      </w:r>
    </w:p>
    <w:p>
      <w:pPr>
        <w:spacing w:after="60"/>
      </w:pPr>
      <w:r>
        <w:rPr>
          <w:b/>
        </w:rPr>
        <w:t>보브친스키의 목소리</w:t>
      </w:r>
      <w:r>
        <w:t xml:space="preserve">  아, 표트르 이바노비치, 제 발 밟았어요!</w:t>
      </w:r>
    </w:p>
    <w:p>
      <w:pPr>
        <w:spacing w:after="60"/>
      </w:pPr>
      <w:r>
        <w:rPr>
          <w:b/>
        </w:rPr>
        <w:t>아르테미</w:t>
      </w:r>
      <w:r>
        <w:t xml:space="preserve">  조심하세요! 조심! 저도 빠져나갈 틈을 주세요. 깔려 죽겠습니다!</w:t>
      </w:r>
    </w:p>
    <w:p>
      <w:r>
        <w:rPr>
          <w:b/>
        </w:rPr>
        <w:t xml:space="preserve">【지문】 </w:t>
      </w:r>
      <w:r>
        <w:t>‘아!’ ‘아!’ 하는 탄성이 들린다. 마침내 모두 문밖으로 빠져나가고 무대가 빈다.</w:t>
      </w:r>
    </w:p>
    <w:p>
      <w:r>
        <w:rPr>
          <w:b/>
          <w:sz w:val="26"/>
        </w:rPr>
        <w:t>장면 2</w:t>
      </w:r>
    </w:p>
    <w:p>
      <w:r>
        <w:rPr>
          <w:b/>
        </w:rPr>
        <w:t xml:space="preserve">【지문】 </w:t>
      </w:r>
      <w:r>
        <w:t>흘레스타코프가 졸린 모습으로 나온다.</w:t>
      </w:r>
    </w:p>
    <w:p>
      <w:pPr>
        <w:spacing w:after="60"/>
      </w:pPr>
      <w:r>
        <w:rPr>
          <w:b/>
        </w:rPr>
        <w:t>흘레스타코프</w:t>
      </w:r>
      <w:r>
        <w:t xml:space="preserve">  푹 잔 것 같군. 저 매트리스와 깃털 이불은 대체 어디서 난 거지? 땀이 다 났네. 어제 식사 뒤에 뭔가를 먹여서 나를 재운 모양이야. 아직도 머리가 쿵쿵 울리는군. 여기서 꽤 재미있게 지낼 수 있겠어. 나는 환대를 좋아하지. 특히 순수한 마음에서 나오는 환대라면 더 좋고. 시장의 딸도 나쁘지 않군. 어머니도… 뭐, 아직은 괜찮은 여자고. 이런 삶도 꽤 마음에 들어.</w:t>
      </w:r>
    </w:p>
    <w:p>
      <w:r>
        <w:rPr>
          <w:b/>
          <w:sz w:val="26"/>
        </w:rPr>
        <w:t>장면 3</w:t>
      </w:r>
    </w:p>
    <w:p>
      <w:r>
        <w:rPr>
          <w:b/>
        </w:rPr>
        <w:t xml:space="preserve">【지문】 </w:t>
      </w:r>
      <w:r>
        <w:t>흘레스타코프와 판사.</w:t>
      </w:r>
    </w:p>
    <w:p>
      <w:pPr>
        <w:spacing w:after="60"/>
      </w:pPr>
      <w:r>
        <w:rPr>
          <w:b/>
        </w:rPr>
        <w:t>판사</w:t>
      </w:r>
      <w:r>
        <w:t xml:space="preserve">  (들어와 멈춰서 혼잣말) 제발, 하느님, 무사히 빠져나가게 해주십시오. 무릎이 덜덜 떨리는군. (몸을 꼿꼿이 세우고 칼을 잡으며) 이 지역 지방법원 판사, 대학평의원 리압킨-탸프킨입니다.</w:t>
      </w:r>
    </w:p>
    <w:p>
      <w:pPr>
        <w:spacing w:after="60"/>
      </w:pPr>
      <w:r>
        <w:rPr>
          <w:b/>
        </w:rPr>
        <w:t>흘레스타코프</w:t>
      </w:r>
      <w:r>
        <w:t xml:space="preserve">  앉으세요. 여기 판사십니까?</w:t>
      </w:r>
    </w:p>
    <w:p>
      <w:pPr>
        <w:spacing w:after="60"/>
      </w:pPr>
      <w:r>
        <w:rPr>
          <w:b/>
        </w:rPr>
        <w:t>판사</w:t>
      </w:r>
      <w:r>
        <w:t xml:space="preserve">  1816년에 귀족들의 선거로 선출되어 지금까지 근무하고 있습니다.</w:t>
      </w:r>
    </w:p>
    <w:p>
      <w:pPr>
        <w:spacing w:after="60"/>
      </w:pPr>
      <w:r>
        <w:rPr>
          <w:b/>
        </w:rPr>
        <w:t>흘레스타코프</w:t>
      </w:r>
      <w:r>
        <w:t xml:space="preserve">  판사 자리가 돈이 됩니까?</w:t>
      </w:r>
    </w:p>
    <w:p>
      <w:pPr>
        <w:spacing w:after="60"/>
      </w:pPr>
      <w:r>
        <w:rPr>
          <w:b/>
        </w:rPr>
        <w:t>판사</w:t>
      </w:r>
      <w:r>
        <w:t xml:space="preserve">  세 번의 임기를 마친 뒤 정부의 승인을 받아 제3급 블라디미르 훈장을 받았습니다. (혼잣말) 돈은 손에 쥐고 있고, 손에는 불이 붙은 것 같습니다.</w:t>
      </w:r>
    </w:p>
    <w:p>
      <w:pPr>
        <w:spacing w:after="60"/>
      </w:pPr>
      <w:r>
        <w:rPr>
          <w:b/>
        </w:rPr>
        <w:t>흘레스타코프</w:t>
      </w:r>
      <w:r>
        <w:t xml:space="preserve">  블라디미르 훈장은 마음에 드는군요. 제3급 안나 훈장은 별로지만.</w:t>
      </w:r>
    </w:p>
    <w:p>
      <w:pPr>
        <w:spacing w:after="60"/>
      </w:pPr>
      <w:r>
        <w:rPr>
          <w:b/>
        </w:rPr>
        <w:t>판사</w:t>
      </w:r>
      <w:r>
        <w:t xml:space="preserve">  (주먹을 살짝 내밀며 혼잣말) 맙소사! 어디에 앉아 있는지도 모르겠습니다. 불타는 석탄 위에 앉은 것 같군.</w:t>
      </w:r>
    </w:p>
    <w:p>
      <w:pPr>
        <w:spacing w:after="60"/>
      </w:pPr>
      <w:r>
        <w:rPr>
          <w:b/>
        </w:rPr>
        <w:t>흘레스타코프</w:t>
      </w:r>
      <w:r>
        <w:t xml:space="preserve">  손에 들고 있는 게 뭡니까?</w:t>
      </w:r>
    </w:p>
    <w:p>
      <w:pPr>
        <w:spacing w:after="60"/>
      </w:pPr>
      <w:r>
        <w:rPr>
          <w:b/>
        </w:rPr>
        <w:t>판사</w:t>
      </w:r>
      <w:r>
        <w:t xml:space="preserve">  (허둥대다 지폐를 바닥에 떨어뜨리며) 아무것도 아닙니다.</w:t>
      </w:r>
    </w:p>
    <w:p>
      <w:pPr>
        <w:spacing w:after="60"/>
      </w:pPr>
      <w:r>
        <w:rPr>
          <w:b/>
        </w:rPr>
        <w:t>흘레스타코프</w:t>
      </w:r>
      <w:r>
        <w:t xml:space="preserve">  아무것도 아니라고요? 돈이 떨어지는 게 보이는데.</w:t>
      </w:r>
    </w:p>
    <w:p>
      <w:pPr>
        <w:spacing w:after="60"/>
      </w:pPr>
      <w:r>
        <w:rPr>
          <w:b/>
        </w:rPr>
        <w:t>판사</w:t>
      </w:r>
      <w:r>
        <w:t xml:space="preserve">  (온몸을 떨며) 아뇨, 아뇨, 전혀 아닙니다. (혼잣말) 망했다. 이제 체포되어 마차에 실려 가겠구나.</w:t>
      </w:r>
    </w:p>
    <w:p>
      <w:pPr>
        <w:spacing w:after="60"/>
      </w:pPr>
      <w:r>
        <w:rPr>
          <w:b/>
        </w:rPr>
        <w:t>흘레스타코프</w:t>
      </w:r>
      <w:r>
        <w:t xml:space="preserve">  돈이 맞군요. (주워 든다.)</w:t>
      </w:r>
    </w:p>
    <w:p>
      <w:pPr>
        <w:spacing w:after="60"/>
      </w:pPr>
      <w:r>
        <w:rPr>
          <w:b/>
        </w:rPr>
        <w:t>판사</w:t>
      </w:r>
      <w:r>
        <w:t xml:space="preserve">  (혼잣말) 끝났어. 난 끝났어!</w:t>
      </w:r>
    </w:p>
    <w:p>
      <w:pPr>
        <w:spacing w:after="60"/>
      </w:pPr>
      <w:r>
        <w:rPr>
          <w:b/>
        </w:rPr>
        <w:t>흘레스타코프</w:t>
      </w:r>
      <w:r>
        <w:t xml:space="preserve">  그럼 이렇게 합시다. 나에게 빌려주세요.</w:t>
      </w:r>
    </w:p>
    <w:p>
      <w:pPr>
        <w:spacing w:after="60"/>
      </w:pPr>
      <w:r>
        <w:rPr>
          <w:b/>
        </w:rPr>
        <w:t>판사</w:t>
      </w:r>
      <w:r>
        <w:t xml:space="preserve">  (황급히) 물론입니다, 물론이고말고요. 기꺼이 드리겠습니다. (혼잣말) 더 대담하게! 더 대담하게! 성모 마리아여, 도와주소서!</w:t>
      </w:r>
    </w:p>
    <w:p>
      <w:pPr>
        <w:spacing w:after="60"/>
      </w:pPr>
      <w:r>
        <w:rPr>
          <w:b/>
        </w:rPr>
        <w:t>흘레스타코프</w:t>
      </w:r>
      <w:r>
        <w:t xml:space="preserve">  길에서 이것저것 쓰다 보니 현금이 떨어졌습니다. 마을에 도착하면 바로 돌려드리죠.</w:t>
      </w:r>
    </w:p>
    <w:p>
      <w:pPr>
        <w:spacing w:after="60"/>
      </w:pPr>
      <w:r>
        <w:rPr>
          <w:b/>
        </w:rPr>
        <w:t>판사</w:t>
      </w:r>
      <w:r>
        <w:t xml:space="preserve">  말씀도 마십시오! 당신께서 받아주시는 것만으로도 영광입니다. 저의 미약한 능력을 다하고, 정부를 위해 열정과 열의를 다해 충성을 증명하겠습니다. (자리에서 일어나 몸을 꼿꼿이 세운다.) 더 이상 귀하를 방해하지 않겠습니다. 명령하실 일이 있으십니까?</w:t>
      </w:r>
    </w:p>
    <w:p>
      <w:pPr>
        <w:spacing w:after="60"/>
      </w:pPr>
      <w:r>
        <w:rPr>
          <w:b/>
        </w:rPr>
        <w:t>흘레스타코프</w:t>
      </w:r>
      <w:r>
        <w:t xml:space="preserve">  무슨 명령이요?</w:t>
      </w:r>
    </w:p>
    <w:p>
      <w:pPr>
        <w:spacing w:after="60"/>
      </w:pPr>
      <w:r>
        <w:rPr>
          <w:b/>
        </w:rPr>
        <w:t>판사</w:t>
      </w:r>
      <w:r>
        <w:t xml:space="preserve">  이 지역 법원에 관해 명령하실 일이 있으신지 여쭙는 겁니다.</w:t>
      </w:r>
    </w:p>
    <w:p>
      <w:pPr>
        <w:spacing w:after="60"/>
      </w:pPr>
      <w:r>
        <w:rPr>
          <w:b/>
        </w:rPr>
        <w:t>흘레스타코프</w:t>
      </w:r>
      <w:r>
        <w:t xml:space="preserve">  왜요? 이제 법원과는 아무 상관이 없습니다. 아무것도 없습니다. 고맙습니다.</w:t>
      </w:r>
    </w:p>
    <w:p>
      <w:pPr>
        <w:spacing w:after="60"/>
      </w:pPr>
      <w:r>
        <w:rPr>
          <w:b/>
        </w:rPr>
        <w:t>판사</w:t>
      </w:r>
      <w:r>
        <w:t xml:space="preserve">  (고개 숙여 인사하며 나간다. 혼잣말) 이제 이 도시는 우리 것입니다.</w:t>
      </w:r>
    </w:p>
    <w:p>
      <w:pPr>
        <w:spacing w:after="60"/>
      </w:pPr>
      <w:r>
        <w:rPr>
          <w:b/>
        </w:rPr>
        <w:t>흘레스타코프</w:t>
      </w:r>
      <w:r>
        <w:t xml:space="preserve">  판사는 괜찮은 사람이군.</w:t>
      </w:r>
    </w:p>
    <w:p>
      <w:r>
        <w:rPr>
          <w:b/>
          <w:sz w:val="26"/>
        </w:rPr>
        <w:t>장면 4</w:t>
      </w:r>
    </w:p>
    <w:p>
      <w:pPr>
        <w:spacing w:after="60"/>
      </w:pPr>
      <w:r>
        <w:rPr>
          <w:b/>
        </w:rPr>
        <w:t>우체국장</w:t>
      </w:r>
      <w:r>
        <w:t xml:space="preserve">  (제복을 입고 칼을 찬 채 몸을 세우며) 우체국장, 법정평의원 슈페킨입니다.</w:t>
      </w:r>
    </w:p>
    <w:p>
      <w:pPr>
        <w:spacing w:after="60"/>
      </w:pPr>
      <w:r>
        <w:rPr>
          <w:b/>
        </w:rPr>
        <w:t>흘레스타코프</w:t>
      </w:r>
      <w:r>
        <w:t xml:space="preserve">  반갑습니다. 나는 즐거운 사람들과 함께 있는 걸 아주 좋아합니다. 앉으세요. 늘 여기서 사십니까?</w:t>
      </w:r>
    </w:p>
    <w:p>
      <w:pPr>
        <w:spacing w:after="60"/>
      </w:pPr>
      <w:r>
        <w:rPr>
          <w:b/>
        </w:rPr>
        <w:t>우체국장</w:t>
      </w:r>
      <w:r>
        <w:t xml:space="preserve">  예, 그렇습니다.</w:t>
      </w:r>
    </w:p>
    <w:p>
      <w:pPr>
        <w:spacing w:after="60"/>
      </w:pPr>
      <w:r>
        <w:rPr>
          <w:b/>
        </w:rPr>
        <w:t>흘레스타코프</w:t>
      </w:r>
      <w:r>
        <w:t xml:space="preserve">  이 작은 도시가 마음에 듭니다. 물론 사람이 많지는 않고 별로 활기차지도 않지만요. 뭐 어떻습니까? 수도가 아니니까요. 그렇죠? 수도는 아니죠?</w:t>
      </w:r>
    </w:p>
    <w:p>
      <w:pPr>
        <w:spacing w:after="60"/>
      </w:pPr>
      <w:r>
        <w:rPr>
          <w:b/>
        </w:rPr>
        <w:t>우체국장</w:t>
      </w:r>
      <w:r>
        <w:t xml:space="preserve">  그렇습니다, 그렇고말고요.</w:t>
      </w:r>
    </w:p>
    <w:p>
      <w:pPr>
        <w:spacing w:after="60"/>
      </w:pPr>
      <w:r>
        <w:rPr>
          <w:b/>
        </w:rPr>
        <w:t>흘레스타코프</w:t>
      </w:r>
      <w:r>
        <w:t xml:space="preserve">  사교계의 세련됨은 수도에서나 찾을 수 있고, 지방 촌뜨기들이 많으니까요. 어떻게 생각합니까? 그렇지 않습니까?</w:t>
      </w:r>
    </w:p>
    <w:p>
      <w:pPr>
        <w:spacing w:after="60"/>
      </w:pPr>
      <w:r>
        <w:rPr>
          <w:b/>
        </w:rPr>
        <w:t>우체국장</w:t>
      </w:r>
      <w:r>
        <w:t xml:space="preserve">  그렇습니다. (혼잣말) 전혀 거만하지 않군. 이것저것 다 묻는구나.</w:t>
      </w:r>
    </w:p>
    <w:p>
      <w:pPr>
        <w:spacing w:after="60"/>
      </w:pPr>
      <w:r>
        <w:rPr>
          <w:b/>
        </w:rPr>
        <w:t>흘레스타코프</w:t>
      </w:r>
      <w:r>
        <w:t xml:space="preserve">  그래도 작은 도시에서도 행복하게 살 수 있다고 생각합니다.</w:t>
      </w:r>
    </w:p>
    <w:p>
      <w:pPr>
        <w:spacing w:after="60"/>
      </w:pPr>
      <w:r>
        <w:rPr>
          <w:b/>
        </w:rPr>
        <w:t>우체국장</w:t>
      </w:r>
      <w:r>
        <w:t xml:space="preserve">  그렇습니다.</w:t>
      </w:r>
    </w:p>
    <w:p>
      <w:pPr>
        <w:spacing w:after="60"/>
      </w:pPr>
      <w:r>
        <w:rPr>
          <w:b/>
        </w:rPr>
        <w:t>흘레스타코프</w:t>
      </w:r>
      <w:r>
        <w:t xml:space="preserve">  내 생각에는 사람들에게 존경받고 진심으로 사랑받으면 됩니다. 그렇지 않습니까?</w:t>
      </w:r>
    </w:p>
    <w:p>
      <w:pPr>
        <w:spacing w:after="60"/>
      </w:pPr>
      <w:r>
        <w:rPr>
          <w:b/>
        </w:rPr>
        <w:t>우체국장</w:t>
      </w:r>
      <w:r>
        <w:t xml:space="preserve">  정확합니다.</w:t>
      </w:r>
    </w:p>
    <w:p>
      <w:pPr>
        <w:spacing w:after="60"/>
      </w:pPr>
      <w:r>
        <w:rPr>
          <w:b/>
        </w:rPr>
        <w:t>흘레스타코프</w:t>
      </w:r>
      <w:r>
        <w:t xml:space="preserve">  내 생각에 동의해주시니 기쁘군요. 물론 사람들은 나를 별난 사람이라고 부릅니다. 하지만 원래 그런 성격입니다. (우체국장을 바라보며 혼잣말) 이 우체국장에게도 돈을 좀 빌려달라고 해볼까. (큰소리) 길에서 이상한 일이 생겨 현금이 떨어졌습니다. 300루블만 빌려줄 수 있습니까?</w:t>
      </w:r>
    </w:p>
    <w:p>
      <w:pPr>
        <w:spacing w:after="60"/>
      </w:pPr>
      <w:r>
        <w:rPr>
          <w:b/>
        </w:rPr>
        <w:t>우체국장</w:t>
      </w:r>
      <w:r>
        <w:t xml:space="preserve">  물론입니다. 저에게는 큰 행운입니다. 진심으로 기꺼이 도와드리겠습니다.</w:t>
      </w:r>
    </w:p>
    <w:p>
      <w:pPr>
        <w:spacing w:after="60"/>
      </w:pPr>
      <w:r>
        <w:rPr>
          <w:b/>
        </w:rPr>
        <w:t>흘레스타코프</w:t>
      </w:r>
      <w:r>
        <w:t xml:space="preserve">  정말 고맙습니다. 여행 중에 하고 싶은 걸 참는 건 정말 싫거든요. 그럴 필요도 없잖습니까. 그렇죠?</w:t>
      </w:r>
    </w:p>
    <w:p>
      <w:pPr>
        <w:spacing w:after="60"/>
      </w:pPr>
      <w:r>
        <w:rPr>
          <w:b/>
        </w:rPr>
        <w:t>우체국장</w:t>
      </w:r>
      <w:r>
        <w:t xml:space="preserve">  그렇습니다. (일어나 칼을 잡고 몸을 세운다.) 더 이상 방해하지 않겠습니다. 우체국 운영에 관해 하실 말씀이 있으십니까?</w:t>
      </w:r>
    </w:p>
    <w:p>
      <w:pPr>
        <w:spacing w:after="60"/>
      </w:pPr>
      <w:r>
        <w:rPr>
          <w:b/>
        </w:rPr>
        <w:t>흘레스타코프</w:t>
      </w:r>
      <w:r>
        <w:t xml:space="preserve">  아뇨, 없습니다.</w:t>
      </w:r>
    </w:p>
    <w:p>
      <w:r>
        <w:rPr>
          <w:b/>
        </w:rPr>
        <w:t xml:space="preserve">【지문】 </w:t>
      </w:r>
      <w:r>
        <w:t>우체국장이 고개 숙여 인사하고 나간다.</w:t>
      </w:r>
    </w:p>
    <w:p>
      <w:pPr>
        <w:spacing w:after="60"/>
      </w:pPr>
      <w:r>
        <w:rPr>
          <w:b/>
        </w:rPr>
        <w:t>흘레스타코프</w:t>
      </w:r>
      <w:r>
        <w:t xml:space="preserve">  (담배에 불을 붙이며) 우체국장도 괜찮은 사람이군. 참 친절해. 나는 저런 사람이 좋단 말이지.</w:t>
      </w:r>
    </w:p>
    <w:p>
      <w:r>
        <w:rPr>
          <w:b/>
          <w:sz w:val="26"/>
        </w:rPr>
        <w:t>장면 5</w:t>
      </w:r>
    </w:p>
    <w:p>
      <w:r>
        <w:rPr>
          <w:b/>
        </w:rPr>
        <w:t xml:space="preserve">【지문】 </w:t>
      </w:r>
      <w:r>
        <w:t>루카 루키치가 뒤에서 거의 떠밀려 들어온다. 뒤에서 ‘겁먹지 마!’라는 목소리가 들린다.</w:t>
      </w:r>
    </w:p>
    <w:p>
      <w:pPr>
        <w:spacing w:after="60"/>
      </w:pPr>
      <w:r>
        <w:rPr>
          <w:b/>
        </w:rPr>
        <w:t>루카</w:t>
      </w:r>
      <w:r>
        <w:t xml:space="preserve">  (몸을 꼿꼿이 세우고 떨며 칼을 잡는다.) 이 지역 학교 감독관, 칭호평의원 흘로포프입니다.</w:t>
      </w:r>
    </w:p>
    <w:p>
      <w:pPr>
        <w:spacing w:after="60"/>
      </w:pPr>
      <w:r>
        <w:rPr>
          <w:b/>
        </w:rPr>
        <w:t>흘레스타코프</w:t>
      </w:r>
      <w:r>
        <w:t xml:space="preserve">  반갑습니다. 앉으세요, 앉아요. 담배 피우시겠습니까? (담배를 건넨다.)</w:t>
      </w:r>
    </w:p>
    <w:p>
      <w:pPr>
        <w:spacing w:after="60"/>
      </w:pPr>
      <w:r>
        <w:rPr>
          <w:b/>
        </w:rPr>
        <w:t>루카</w:t>
      </w:r>
      <w:r>
        <w:t xml:space="preserve">  (혼잣말) 이건 예상하지 못했는데. 받을까 말까?</w:t>
      </w:r>
    </w:p>
    <w:p>
      <w:pPr>
        <w:spacing w:after="60"/>
      </w:pPr>
      <w:r>
        <w:rPr>
          <w:b/>
        </w:rPr>
        <w:t>흘레스타코프</w:t>
      </w:r>
      <w:r>
        <w:t xml:space="preserve">  받으세요, 받으세요. 꽤 좋은 담배입니다. 물론 상트페테르부르크에서 피우던 것만큼은 아니지만요. 거기서는 25코페이카짜리 담배를 피웠습니다. 하나 피우고 나면 스스로에게 입맞춤하고 싶을 정도죠. 자, 불 붙이세요. (촛불을 건넨다.)</w:t>
      </w:r>
    </w:p>
    <w:p>
      <w:r>
        <w:rPr>
          <w:b/>
        </w:rPr>
        <w:t xml:space="preserve">【지문】 </w:t>
      </w:r>
      <w:r>
        <w:t>루카가 온몸을 떨며 담배에 불을 붙이려 한다.</w:t>
      </w:r>
    </w:p>
    <w:p>
      <w:pPr>
        <w:spacing w:after="60"/>
      </w:pPr>
      <w:r>
        <w:rPr>
          <w:b/>
        </w:rPr>
        <w:t>흘레스타코프</w:t>
      </w:r>
      <w:r>
        <w:t xml:space="preserve">  그쪽 끝이 아닙니다. 반대쪽이에요.</w:t>
      </w:r>
    </w:p>
    <w:p>
      <w:r>
        <w:rPr>
          <w:b/>
        </w:rPr>
        <w:t xml:space="preserve">【지문】 </w:t>
      </w:r>
      <w:r>
        <w:t>루카가 놀라 담배를 떨어뜨리고 침을 뱉으며 손을 떤다.</w:t>
      </w:r>
    </w:p>
    <w:p>
      <w:pPr>
        <w:spacing w:after="60"/>
      </w:pPr>
      <w:r>
        <w:rPr>
          <w:b/>
        </w:rPr>
        <w:t>루카</w:t>
      </w:r>
      <w:r>
        <w:t xml:space="preserve">  (혼잣말) 망할! 이 빌어먹을 소심함 때문에 다 망쳤어!</w:t>
      </w:r>
    </w:p>
    <w:p>
      <w:pPr>
        <w:spacing w:after="60"/>
      </w:pPr>
      <w:r>
        <w:rPr>
          <w:b/>
        </w:rPr>
        <w:t>흘레스타코프</w:t>
      </w:r>
      <w:r>
        <w:t xml:space="preserve">  담배를 좋아하지 않나 보군요. 나는 담배가 약점입니다. 담배와 여자 말입니다. 여자를 보면 도저히 무관심할 수가 없어요. 당신은 어떻습니까? 갈색 머리가 좋습니까, 금발이 좋습니까?</w:t>
      </w:r>
    </w:p>
    <w:p>
      <w:r>
        <w:rPr>
          <w:b/>
        </w:rPr>
        <w:t xml:space="preserve">【지문】 </w:t>
      </w:r>
      <w:r>
        <w:t>루카는 아무 말도 못 하고 당황한다.</w:t>
      </w:r>
    </w:p>
    <w:p>
      <w:pPr>
        <w:spacing w:after="60"/>
      </w:pPr>
      <w:r>
        <w:rPr>
          <w:b/>
        </w:rPr>
        <w:t>흘레스타코프</w:t>
      </w:r>
      <w:r>
        <w:t xml:space="preserve">  솔직히 말해보세요. 갈색 머리입니까, 금발입니까?</w:t>
      </w:r>
    </w:p>
    <w:p>
      <w:pPr>
        <w:spacing w:after="60"/>
      </w:pPr>
      <w:r>
        <w:rPr>
          <w:b/>
        </w:rPr>
        <w:t>루카</w:t>
      </w:r>
      <w:r>
        <w:t xml:space="preserve">  저는 감히 그런 걸 알 수가 없습니다.</w:t>
      </w:r>
    </w:p>
    <w:p>
      <w:pPr>
        <w:spacing w:after="60"/>
      </w:pPr>
      <w:r>
        <w:rPr>
          <w:b/>
        </w:rPr>
        <w:t>흘레스타코프</w:t>
      </w:r>
      <w:r>
        <w:t xml:space="preserve">  아니, 아니, 피하지 마세요. 취향이 뭔지는 알아야죠.</w:t>
      </w:r>
    </w:p>
    <w:p>
      <w:pPr>
        <w:spacing w:after="60"/>
      </w:pPr>
      <w:r>
        <w:rPr>
          <w:b/>
        </w:rPr>
        <w:t>루카</w:t>
      </w:r>
      <w:r>
        <w:t xml:space="preserve">  감히 말씀드리자면… (혼잣말) 내가 무슨 말을 하는 거야.</w:t>
      </w:r>
    </w:p>
    <w:p>
      <w:pPr>
        <w:spacing w:after="60"/>
      </w:pPr>
      <w:r>
        <w:rPr>
          <w:b/>
        </w:rPr>
        <w:t>흘레스타코프</w:t>
      </w:r>
      <w:r>
        <w:t xml:space="preserve">  아, 말하고 싶지 않은 모양이군. 어떤 작은 갈색 머리 아가씨에게 홀린 모양이지요? 그렇죠? 고백하세요.</w:t>
      </w:r>
    </w:p>
    <w:p>
      <w:r>
        <w:rPr>
          <w:b/>
        </w:rPr>
        <w:t xml:space="preserve">【지문】 </w:t>
      </w:r>
      <w:r>
        <w:t>루카는 침묵한다.</w:t>
      </w:r>
    </w:p>
    <w:p>
      <w:pPr>
        <w:spacing w:after="60"/>
      </w:pPr>
      <w:r>
        <w:rPr>
          <w:b/>
        </w:rPr>
        <w:t>흘레스타코프</w:t>
      </w:r>
      <w:r>
        <w:t xml:space="preserve">  얼굴이 빨개졌군. 거봐요. 왜 말하지 않습니까?</w:t>
      </w:r>
    </w:p>
    <w:p>
      <w:pPr>
        <w:spacing w:after="60"/>
      </w:pPr>
      <w:r>
        <w:rPr>
          <w:b/>
        </w:rPr>
        <w:t>루카</w:t>
      </w:r>
      <w:r>
        <w:t xml:space="preserve">  저는 무서워서… 각하—고—각—(혼잣말) 끝났다! 이 빌어먹을 혀가 나를 망쳤어!</w:t>
      </w:r>
    </w:p>
    <w:p>
      <w:pPr>
        <w:spacing w:after="60"/>
      </w:pPr>
      <w:r>
        <w:rPr>
          <w:b/>
        </w:rPr>
        <w:t>흘레스타코프</w:t>
      </w:r>
      <w:r>
        <w:t xml:space="preserve">  무섭습니까? 내 눈에 뭔가 위압적인 게 있나 보군요. 적어도 어떤 여자도 내 눈을 거부할 수 없다는 건 알고 있습니다. 그렇지 않습니까?</w:t>
      </w:r>
    </w:p>
    <w:p>
      <w:pPr>
        <w:spacing w:after="60"/>
      </w:pPr>
      <w:r>
        <w:rPr>
          <w:b/>
        </w:rPr>
        <w:t>루카</w:t>
      </w:r>
      <w:r>
        <w:t xml:space="preserve">  그렇습니다.</w:t>
      </w:r>
    </w:p>
    <w:p>
      <w:pPr>
        <w:spacing w:after="60"/>
      </w:pPr>
      <w:r>
        <w:rPr>
          <w:b/>
        </w:rPr>
        <w:t>흘레스타코프</w:t>
      </w:r>
      <w:r>
        <w:t xml:space="preserve">  길에서 이상한 일이 생겼습니다. 현금이 완전히 떨어졌어요. 300루블만 빌려줄 수 있습니까?</w:t>
      </w:r>
    </w:p>
    <w:p>
      <w:pPr>
        <w:spacing w:after="60"/>
      </w:pPr>
      <w:r>
        <w:rPr>
          <w:b/>
        </w:rPr>
        <w:t>루카</w:t>
      </w:r>
      <w:r>
        <w:t xml:space="preserve">  (주머니를 움켜쥐며 혼잣말) 돈이 없다면 큰일인데! 있다! 있다! (떨면서 돈을 꺼내 건넨다.)</w:t>
      </w:r>
    </w:p>
    <w:p>
      <w:pPr>
        <w:spacing w:after="60"/>
      </w:pPr>
      <w:r>
        <w:rPr>
          <w:b/>
        </w:rPr>
        <w:t>흘레스타코프</w:t>
      </w:r>
      <w:r>
        <w:t xml:space="preserve">  정말 고맙습니다.</w:t>
      </w:r>
    </w:p>
    <w:p>
      <w:pPr>
        <w:spacing w:after="60"/>
      </w:pPr>
      <w:r>
        <w:rPr>
          <w:b/>
        </w:rPr>
        <w:t>루카</w:t>
      </w:r>
      <w:r>
        <w:t xml:space="preserve">  (몸을 세우고 칼을 잡으며) 더 이상 귀하를 방해하지 않겠습니다.</w:t>
      </w:r>
    </w:p>
    <w:p>
      <w:pPr>
        <w:spacing w:after="60"/>
      </w:pPr>
      <w:r>
        <w:rPr>
          <w:b/>
        </w:rPr>
        <w:t>흘레스타코프</w:t>
      </w:r>
      <w:r>
        <w:t xml:space="preserve">  안녕히 가세요.</w:t>
      </w:r>
    </w:p>
    <w:p>
      <w:pPr>
        <w:spacing w:after="60"/>
      </w:pPr>
      <w:r>
        <w:rPr>
          <w:b/>
        </w:rPr>
        <w:t>루카</w:t>
      </w:r>
      <w:r>
        <w:t xml:space="preserve">  (거의 달려나가며 혼잣말) 하느님, 감사합니다! 이제 그가 학교까지 조사하지는 않겠지.</w:t>
      </w:r>
    </w:p>
    <w:p>
      <w:r>
        <w:rPr>
          <w:b/>
          <w:sz w:val="26"/>
        </w:rPr>
        <w:t>장면 6</w:t>
      </w:r>
    </w:p>
    <w:p>
      <w:pPr>
        <w:spacing w:after="60"/>
      </w:pPr>
      <w:r>
        <w:rPr>
          <w:b/>
        </w:rPr>
        <w:t>아르테미</w:t>
      </w:r>
      <w:r>
        <w:t xml:space="preserve">  (들어와 몸을 세우며) 자선시설 감독관, 법정평의원 젬랴니카입니다.</w:t>
      </w:r>
    </w:p>
    <w:p>
      <w:pPr>
        <w:spacing w:after="60"/>
      </w:pPr>
      <w:r>
        <w:rPr>
          <w:b/>
        </w:rPr>
        <w:t>흘레스타코프</w:t>
      </w:r>
      <w:r>
        <w:t xml:space="preserve">  어떻게 지내십니까? 앉으세요.</w:t>
      </w:r>
    </w:p>
    <w:p>
      <w:pPr>
        <w:spacing w:after="60"/>
      </w:pPr>
      <w:r>
        <w:rPr>
          <w:b/>
        </w:rPr>
        <w:t>아르테미</w:t>
      </w:r>
      <w:r>
        <w:t xml:space="preserve">  제가 맡은 자선시설을 직접 안내해드릴 수 있어 영광이었습니다.</w:t>
      </w:r>
    </w:p>
    <w:p>
      <w:pPr>
        <w:spacing w:after="60"/>
      </w:pPr>
      <w:r>
        <w:rPr>
          <w:b/>
        </w:rPr>
        <w:t>흘레스타코프</w:t>
      </w:r>
      <w:r>
        <w:t xml:space="preserve">  아, 기억합니다. 아주 훌륭한 점심을 대접했죠.</w:t>
      </w:r>
    </w:p>
    <w:p>
      <w:pPr>
        <w:spacing w:after="60"/>
      </w:pPr>
      <w:r>
        <w:rPr>
          <w:b/>
        </w:rPr>
        <w:t>아르테미</w:t>
      </w:r>
      <w:r>
        <w:t xml:space="preserve">  조국을 위해 제가 할 수 있는 일을 하는 것이 기쁩니다.</w:t>
      </w:r>
    </w:p>
    <w:p>
      <w:pPr>
        <w:spacing w:after="60"/>
      </w:pPr>
      <w:r>
        <w:rPr>
          <w:b/>
        </w:rPr>
        <w:t>흘레스타코프</w:t>
      </w:r>
      <w:r>
        <w:t xml:space="preserve">  내 약점은 좋은 음식입니다. 그런데 말이죠, 어제보다 키가 조금 작아진 것 같지 않습니까?</w:t>
      </w:r>
    </w:p>
    <w:p>
      <w:pPr>
        <w:spacing w:after="60"/>
      </w:pPr>
      <w:r>
        <w:rPr>
          <w:b/>
        </w:rPr>
        <w:t>아르테미</w:t>
      </w:r>
      <w:r>
        <w:t xml:space="preserve">  그럴 수도 있겠지요. (잠시 후) 저는 맡은 직무를 위해 힘을 아끼지 않고 최대한 열심히 일하고 있습니다. (의자를 가까이 당기고 낮은 목소리로) 예를 들어 우체국장 말입니다. 그는 아무것도 하지 않습니다. 모든 게 끔찍하게 방치되어 있습니다. 우편도 지연됩니다. 직접 조사해보시면 알 겁니다.</w:t>
      </w:r>
    </w:p>
    <w:p>
      <w:pPr>
        <w:spacing w:after="60"/>
      </w:pPr>
      <w:r>
        <w:rPr>
          <w:b/>
        </w:rPr>
        <w:t>아르테미</w:t>
      </w:r>
      <w:r>
        <w:t xml:space="preserve">  판사도 그렇습니다. 방금 왔던 사람 말입니다. 하는 일이라곤 토끼 사냥뿐이고 법정에 사냥개를 키웁니다. 솔직히 말하면, 조국을 위해 말씀드리는 겁니다. 비록 제 친척이자 친구이기는 하지만 그의 행실은 지극히 비난받아 마땅합니다.</w:t>
      </w:r>
    </w:p>
    <w:p>
      <w:pPr>
        <w:spacing w:after="60"/>
      </w:pPr>
      <w:r>
        <w:rPr>
          <w:b/>
        </w:rPr>
        <w:t>아르테미</w:t>
      </w:r>
      <w:r>
        <w:t xml:space="preserve">  그리고 도브친스키라는 지주가 있지 않습니까? 아까 보셨죠. 도브친스키가 집을 나서기만 하면 판사가 그의 아내와 함께 있습니다. 제가 장담합니다. 아이들을 한번 보십시오. 어느 한 명도 도브친스키를 닮지 않았습니다. 어린 딸까지 모두 판사를 빼닮았습니다.</w:t>
      </w:r>
    </w:p>
    <w:p>
      <w:pPr>
        <w:spacing w:after="60"/>
      </w:pPr>
      <w:r>
        <w:rPr>
          <w:b/>
        </w:rPr>
        <w:t>흘레스타코프</w:t>
      </w:r>
      <w:r>
        <w:t xml:space="preserve">  그렇습니까? 그런 줄은 전혀 몰랐군요.</w:t>
      </w:r>
    </w:p>
    <w:p>
      <w:pPr>
        <w:spacing w:after="60"/>
      </w:pPr>
      <w:r>
        <w:rPr>
          <w:b/>
        </w:rPr>
        <w:t>아르테미</w:t>
      </w:r>
      <w:r>
        <w:t xml:space="preserve">  그리고 학교 감독관도 있습니다. 어떻게 정부가 그런 사람에게 직책을 맡겼는지 모르겠습니다. 자코뱅 자유사상가보다 더합니다. 젊은이들의 머릿속에 얼마나 해로운 생각을 집어넣는지 말로 다 할 수 없습니다. 명령하신다면 제가 전부 적어서 제출할까요?</w:t>
      </w:r>
    </w:p>
    <w:p>
      <w:pPr>
        <w:spacing w:after="60"/>
      </w:pPr>
      <w:r>
        <w:rPr>
          <w:b/>
        </w:rPr>
        <w:t>흘레스타코프</w:t>
      </w:r>
      <w:r>
        <w:t xml:space="preserve">  좋아요. 그렇게 하세요. 나는 재미있는 글을 읽으며 지루한 시간을 보내는 걸 좋아합니다. 이름이 뭐였죠? 자꾸 잊어버리네요.</w:t>
      </w:r>
    </w:p>
    <w:p>
      <w:pPr>
        <w:spacing w:after="60"/>
      </w:pPr>
      <w:r>
        <w:rPr>
          <w:b/>
        </w:rPr>
        <w:t>아르테미</w:t>
      </w:r>
      <w:r>
        <w:t xml:space="preserve">  젬랴니카입니다.</w:t>
      </w:r>
    </w:p>
    <w:p>
      <w:pPr>
        <w:spacing w:after="60"/>
      </w:pPr>
      <w:r>
        <w:rPr>
          <w:b/>
        </w:rPr>
        <w:t>흘레스타코프</w:t>
      </w:r>
      <w:r>
        <w:t xml:space="preserve">  아, 맞다. 젬랴니카. 자녀가 몇 명 있습니까?</w:t>
      </w:r>
    </w:p>
    <w:p>
      <w:pPr>
        <w:spacing w:after="60"/>
      </w:pPr>
      <w:r>
        <w:rPr>
          <w:b/>
        </w:rPr>
        <w:t>아르테미</w:t>
      </w:r>
      <w:r>
        <w:t xml:space="preserve">  물론 있습니다. 다섯 명입니다. 둘은 이미 다 컸습니다.</w:t>
      </w:r>
    </w:p>
    <w:p>
      <w:pPr>
        <w:spacing w:after="60"/>
      </w:pPr>
      <w:r>
        <w:rPr>
          <w:b/>
        </w:rPr>
        <w:t>흘레스타코프</w:t>
      </w:r>
      <w:r>
        <w:t xml:space="preserve">  그래요? 다 컸다고요! 이름이—어떻게—</w:t>
      </w:r>
    </w:p>
    <w:p>
      <w:pPr>
        <w:spacing w:after="60"/>
      </w:pPr>
      <w:r>
        <w:rPr>
          <w:b/>
        </w:rPr>
        <w:t>아르테미</w:t>
      </w:r>
      <w:r>
        <w:t xml:space="preserve">  제 아이들 이름을 여쭤보시는 겁니까?</w:t>
      </w:r>
    </w:p>
    <w:p>
      <w:pPr>
        <w:spacing w:after="60"/>
      </w:pPr>
      <w:r>
        <w:rPr>
          <w:b/>
        </w:rPr>
        <w:t>흘레스타코프</w:t>
      </w:r>
      <w:r>
        <w:t xml:space="preserve">  네, 네. 이름이 뭐죠?</w:t>
      </w:r>
    </w:p>
    <w:p>
      <w:pPr>
        <w:spacing w:after="60"/>
      </w:pPr>
      <w:r>
        <w:rPr>
          <w:b/>
        </w:rPr>
        <w:t>아르테미</w:t>
      </w:r>
      <w:r>
        <w:t xml:space="preserve">  니콜라이, 이반, 옐리자베타, 마리야, 페레페투야입니다.</w:t>
      </w:r>
    </w:p>
    <w:p>
      <w:pPr>
        <w:spacing w:after="60"/>
      </w:pPr>
      <w:r>
        <w:rPr>
          <w:b/>
        </w:rPr>
        <w:t>흘레스타코프</w:t>
      </w:r>
      <w:r>
        <w:t xml:space="preserve">  좋습니다.</w:t>
      </w:r>
    </w:p>
    <w:p>
      <w:pPr>
        <w:spacing w:after="60"/>
      </w:pPr>
      <w:r>
        <w:rPr>
          <w:b/>
        </w:rPr>
        <w:t>아르테미</w:t>
      </w:r>
      <w:r>
        <w:t xml:space="preserve">  이제 더 이상 귀하의 신성한 직무를 방해하며 시간을 빼앗지 않겠습니다. (인사하고 나가려 한다.)</w:t>
      </w:r>
    </w:p>
    <w:p>
      <w:pPr>
        <w:spacing w:after="60"/>
      </w:pPr>
      <w:r>
        <w:rPr>
          <w:b/>
        </w:rPr>
        <w:t>흘레스타코프</w:t>
      </w:r>
      <w:r>
        <w:t xml:space="preserve">  아닙니다. 당신이 해준 이야기는 아주 재미있었습니다. 또 오세요. 나는 그런 이야기를 아주 좋아합니다. (문을 다시 열고 부른다.) 이봐요! 이름이 뭐였더라. 이름과 아버지 이름이 어떻게 됩니까?</w:t>
      </w:r>
    </w:p>
    <w:p>
      <w:pPr>
        <w:spacing w:after="60"/>
      </w:pPr>
      <w:r>
        <w:rPr>
          <w:b/>
        </w:rPr>
        <w:t>아르테미</w:t>
      </w:r>
      <w:r>
        <w:t xml:space="preserve">  아르테미 필리포비치입니다.</w:t>
      </w:r>
    </w:p>
    <w:p>
      <w:pPr>
        <w:spacing w:after="60"/>
      </w:pPr>
      <w:r>
        <w:rPr>
          <w:b/>
        </w:rPr>
        <w:t>흘레스타코프</w:t>
      </w:r>
      <w:r>
        <w:t xml:space="preserve">  아르테미 필리포비치, 부탁 하나 합시다. 길에서 이상한 일이 생겨 현금이 완전히 떨어졌습니다. 400루블만 빌려줄 수 있습니까?</w:t>
      </w:r>
    </w:p>
    <w:p>
      <w:pPr>
        <w:spacing w:after="60"/>
      </w:pPr>
      <w:r>
        <w:rPr>
          <w:b/>
        </w:rPr>
        <w:t>아르테미</w:t>
      </w:r>
      <w:r>
        <w:t xml:space="preserve">  있습니다.</w:t>
      </w:r>
    </w:p>
    <w:p>
      <w:pPr>
        <w:spacing w:after="60"/>
      </w:pPr>
      <w:r>
        <w:rPr>
          <w:b/>
        </w:rPr>
        <w:t>흘레스타코프</w:t>
      </w:r>
      <w:r>
        <w:t xml:space="preserve">  딱 좋군요. 정말 고맙습니다.</w:t>
      </w:r>
    </w:p>
    <w:p>
      <w:r>
        <w:rPr>
          <w:b/>
          <w:sz w:val="26"/>
        </w:rPr>
        <w:t>장면 7</w:t>
      </w:r>
    </w:p>
    <w:p>
      <w:pPr>
        <w:spacing w:after="60"/>
      </w:pPr>
      <w:r>
        <w:rPr>
          <w:b/>
        </w:rPr>
        <w:t>보브친스키</w:t>
      </w:r>
      <w:r>
        <w:t xml:space="preserve">  이 도시 주민, 이반의 아들 표트르 보브친스키입니다.</w:t>
      </w:r>
    </w:p>
    <w:p>
      <w:pPr>
        <w:spacing w:after="60"/>
      </w:pPr>
      <w:r>
        <w:rPr>
          <w:b/>
        </w:rPr>
        <w:t>도브친스키</w:t>
      </w:r>
      <w:r>
        <w:t xml:space="preserve">  저는 이반의 아들 표트르 도브친스키, 지주입니다.</w:t>
      </w:r>
    </w:p>
    <w:p>
      <w:pPr>
        <w:spacing w:after="60"/>
      </w:pPr>
      <w:r>
        <w:rPr>
          <w:b/>
        </w:rPr>
        <w:t>흘레스타코프</w:t>
      </w:r>
      <w:r>
        <w:t xml:space="preserve">  아, 전에 만났죠. 넘어졌던 사람 아닙니까? 코는 괜찮아요?</w:t>
      </w:r>
    </w:p>
    <w:p>
      <w:pPr>
        <w:spacing w:after="60"/>
      </w:pPr>
      <w:r>
        <w:rPr>
          <w:b/>
        </w:rPr>
        <w:t>보브친스키</w:t>
      </w:r>
      <w:r>
        <w:t xml:space="preserve">  괜찮습니다. 신경 쓰지 마십시오. 완전히 아물었습니다.</w:t>
      </w:r>
    </w:p>
    <w:p>
      <w:pPr>
        <w:spacing w:after="60"/>
      </w:pPr>
      <w:r>
        <w:rPr>
          <w:b/>
        </w:rPr>
        <w:t>흘레스타코프</w:t>
      </w:r>
      <w:r>
        <w:t xml:space="preserve">  다행이군요. 완전히 나았다니 좋습니다. (갑자기) 돈 있습니까?</w:t>
      </w:r>
    </w:p>
    <w:p>
      <w:pPr>
        <w:spacing w:after="60"/>
      </w:pPr>
      <w:r>
        <w:rPr>
          <w:b/>
        </w:rPr>
        <w:t>도브친스키</w:t>
      </w:r>
      <w:r>
        <w:t xml:space="preserve">  돈이요? 무슨 말씀이십니까?</w:t>
      </w:r>
    </w:p>
    <w:p>
      <w:pPr>
        <w:spacing w:after="60"/>
      </w:pPr>
      <w:r>
        <w:rPr>
          <w:b/>
        </w:rPr>
        <w:t>흘레스타코프</w:t>
      </w:r>
      <w:r>
        <w:t xml:space="preserve">  1000루블 빌려줄 수 있습니까?</w:t>
      </w:r>
    </w:p>
    <w:p>
      <w:pPr>
        <w:spacing w:after="60"/>
      </w:pPr>
      <w:r>
        <w:rPr>
          <w:b/>
        </w:rPr>
        <w:t>보브친스키</w:t>
      </w:r>
      <w:r>
        <w:t xml:space="preserve">  솔직히 말씀드리면 그렇게 많이는 없습니다. 표트르 이바노비치, 당신은 있습니까?</w:t>
      </w:r>
    </w:p>
    <w:p>
      <w:pPr>
        <w:spacing w:after="60"/>
      </w:pPr>
      <w:r>
        <w:rPr>
          <w:b/>
        </w:rPr>
        <w:t>도브친스키</w:t>
      </w:r>
      <w:r>
        <w:t xml:space="preserve">  저는 가지고 있지 않습니다. 제 돈은 국립저축은행에 예치되어 있습니다.</w:t>
      </w:r>
    </w:p>
    <w:p>
      <w:pPr>
        <w:spacing w:after="60"/>
      </w:pPr>
      <w:r>
        <w:rPr>
          <w:b/>
        </w:rPr>
        <w:t>흘레스타코프</w:t>
      </w:r>
      <w:r>
        <w:t xml:space="preserve">  1000이 없다면 100루블이라도.</w:t>
      </w:r>
    </w:p>
    <w:p>
      <w:pPr>
        <w:spacing w:after="60"/>
      </w:pPr>
      <w:r>
        <w:rPr>
          <w:b/>
        </w:rPr>
        <w:t>보브친스키</w:t>
      </w:r>
      <w:r>
        <w:t xml:space="preserve">  (주머니를 뒤지며) 표트르 이바노비치, 100루블 있습니까? 저는 40루블밖에 없습니다.</w:t>
      </w:r>
    </w:p>
    <w:p>
      <w:pPr>
        <w:spacing w:after="60"/>
      </w:pPr>
      <w:r>
        <w:rPr>
          <w:b/>
        </w:rPr>
        <w:t>도브친스키</w:t>
      </w:r>
      <w:r>
        <w:t xml:space="preserve">  (지갑을 살피며) 저는 25루블밖에 없습니다.</w:t>
      </w:r>
    </w:p>
    <w:p>
      <w:pPr>
        <w:spacing w:after="60"/>
      </w:pPr>
      <w:r>
        <w:rPr>
          <w:b/>
        </w:rPr>
        <w:t>보브친스키</w:t>
      </w:r>
      <w:r>
        <w:t xml:space="preserve">  좀 더 찾아보세요. 주머니에 구멍이 있는 거 알아요. 돈이 그 구멍 아래로 떨어졌을지도 모르잖아요.</w:t>
      </w:r>
    </w:p>
    <w:p>
      <w:pPr>
        <w:spacing w:after="60"/>
      </w:pPr>
      <w:r>
        <w:rPr>
          <w:b/>
        </w:rPr>
        <w:t>도브친스키</w:t>
      </w:r>
      <w:r>
        <w:t xml:space="preserve">  아니요. 정말 없습니다. 구멍에도 없어요.</w:t>
      </w:r>
    </w:p>
    <w:p>
      <w:pPr>
        <w:spacing w:after="60"/>
      </w:pPr>
      <w:r>
        <w:rPr>
          <w:b/>
        </w:rPr>
        <w:t>흘레스타코프</w:t>
      </w:r>
      <w:r>
        <w:t xml:space="preserve">  괜찮습니다. 그냥 물어본 겁니다. 65루블이면 됩니다. (돈을 받는다.)</w:t>
      </w:r>
    </w:p>
    <w:p>
      <w:pPr>
        <w:spacing w:after="60"/>
      </w:pPr>
      <w:r>
        <w:rPr>
          <w:b/>
        </w:rPr>
        <w:t>도브친스키</w:t>
      </w:r>
      <w:r>
        <w:t xml:space="preserve">  아주 민감한 문제에 대해 부탁 하나 드려도 되겠습니까?</w:t>
      </w:r>
    </w:p>
    <w:p>
      <w:pPr>
        <w:spacing w:after="60"/>
      </w:pPr>
      <w:r>
        <w:rPr>
          <w:b/>
        </w:rPr>
        <w:t>흘레스타코프</w:t>
      </w:r>
      <w:r>
        <w:t xml:space="preserve">  뭡니까?</w:t>
      </w:r>
    </w:p>
    <w:p>
      <w:pPr>
        <w:spacing w:after="60"/>
      </w:pPr>
      <w:r>
        <w:rPr>
          <w:b/>
        </w:rPr>
        <w:t>도브친스키</w:t>
      </w:r>
      <w:r>
        <w:t xml:space="preserve">  정말 민감한 문제입니다. 제 장남이 결혼하기 전에 태어났습니다.</w:t>
      </w:r>
    </w:p>
    <w:p>
      <w:pPr>
        <w:spacing w:after="60"/>
      </w:pPr>
      <w:r>
        <w:rPr>
          <w:b/>
        </w:rPr>
        <w:t>흘레스타코프</w:t>
      </w:r>
      <w:r>
        <w:t xml:space="preserve">  그래요?</w:t>
      </w:r>
    </w:p>
    <w:p>
      <w:pPr>
        <w:spacing w:after="60"/>
      </w:pPr>
      <w:r>
        <w:rPr>
          <w:b/>
        </w:rPr>
        <w:t>도브친스키</w:t>
      </w:r>
      <w:r>
        <w:t xml:space="preserve">  그러니까, 어느 의미에서는 그렇습니다. 사실상 제 아들입니다. 정식 혼인 중에 태어난 것과 다름없습니다. 나중에 모든 것을 정리하고 결혼으로 바로잡았습니다. 그런데 부탁드리고 싶은 건, 그 아이를 완전히 제 아들로 인정하고, 저와 같은 도브친스키라는 성을 쓰게 하는 것입니다.</w:t>
      </w:r>
    </w:p>
    <w:p>
      <w:pPr>
        <w:spacing w:after="60"/>
      </w:pPr>
      <w:r>
        <w:rPr>
          <w:b/>
        </w:rPr>
        <w:t>흘레스타코프</w:t>
      </w:r>
      <w:r>
        <w:t xml:space="preserve">  좋습니다. 도브친스키라고 하죠. 가능합니다.</w:t>
      </w:r>
    </w:p>
    <w:p>
      <w:pPr>
        <w:spacing w:after="60"/>
      </w:pPr>
      <w:r>
        <w:rPr>
          <w:b/>
        </w:rPr>
        <w:t>도브친스키</w:t>
      </w:r>
      <w:r>
        <w:t xml:space="preserve">  이런 부탁까지 드려 죄송하지만 그 아이가 정말 재능이 있습니다. 장래가 촉망됩니다. 여러 시를 외워 읊고, 주머니칼만 쥐면 마술사처럼 작은 마차를 만들어냅니다. 여기 표트르 이바노비치도 압니다. 그렇죠?</w:t>
      </w:r>
    </w:p>
    <w:p>
      <w:pPr>
        <w:spacing w:after="60"/>
      </w:pPr>
      <w:r>
        <w:rPr>
          <w:b/>
        </w:rPr>
        <w:t>보브친스키</w:t>
      </w:r>
      <w:r>
        <w:t xml:space="preserve">  네, 정말 재능 있는 아이입니다.</w:t>
      </w:r>
    </w:p>
    <w:p>
      <w:pPr>
        <w:spacing w:after="60"/>
      </w:pPr>
      <w:r>
        <w:rPr>
          <w:b/>
        </w:rPr>
        <w:t>흘레스타코프</w:t>
      </w:r>
      <w:r>
        <w:t xml:space="preserve">  좋습니다, 좋습니다. 해보죠. 말해보겠습니다. 잘될 겁니다.</w:t>
      </w:r>
    </w:p>
    <w:p>
      <w:pPr>
        <w:spacing w:after="60"/>
      </w:pPr>
      <w:r>
        <w:rPr>
          <w:b/>
        </w:rPr>
        <w:t>흘레스타코프</w:t>
      </w:r>
      <w:r>
        <w:t xml:space="preserve">  (보브친스키에게) 당신은 부탁할 게 없습니까?</w:t>
      </w:r>
    </w:p>
    <w:p>
      <w:pPr>
        <w:spacing w:after="60"/>
      </w:pPr>
      <w:r>
        <w:rPr>
          <w:b/>
        </w:rPr>
        <w:t>보브친스키</w:t>
      </w:r>
      <w:r>
        <w:t xml:space="preserve">  물론 있습니다. 아주 겸손한 부탁이 하나 있습니다.</w:t>
      </w:r>
    </w:p>
    <w:p>
      <w:pPr>
        <w:spacing w:after="60"/>
      </w:pPr>
      <w:r>
        <w:rPr>
          <w:b/>
        </w:rPr>
        <w:t>흘레스타코프</w:t>
      </w:r>
      <w:r>
        <w:t xml:space="preserve">  뭡니까?</w:t>
      </w:r>
    </w:p>
    <w:p>
      <w:pPr>
        <w:spacing w:after="60"/>
      </w:pPr>
      <w:r>
        <w:rPr>
          <w:b/>
        </w:rPr>
        <w:t>보브친스키</w:t>
      </w:r>
      <w:r>
        <w:t xml:space="preserve">  각하께서 상트페테르부르크로 돌아가시면 그곳의 모든 고위 인사들, 상원의원들과 제독들에게 제가 이 도시에 살고 있다고 말씀해주십시오. 이렇게 말해주시면 됩니다. ‘표트르 이바노비치 보브친스키가 그곳에 살고 있습니다.’</w:t>
      </w:r>
    </w:p>
    <w:p>
      <w:pPr>
        <w:spacing w:after="60"/>
      </w:pPr>
      <w:r>
        <w:rPr>
          <w:b/>
        </w:rPr>
        <w:t>흘레스타코프</w:t>
      </w:r>
      <w:r>
        <w:t xml:space="preserve">  좋습니다.</w:t>
      </w:r>
    </w:p>
    <w:p>
      <w:pPr>
        <w:spacing w:after="60"/>
      </w:pPr>
      <w:r>
        <w:rPr>
          <w:b/>
        </w:rPr>
        <w:t>보브친스키</w:t>
      </w:r>
      <w:r>
        <w:t xml:space="preserve">  혹시 황제를 만나게 된다면 황제께도 말씀해주십시오. ‘폐하, 표트르 이바노비치 보브친스키가 이 도시에 살고 있습니다.’라고요.</w:t>
      </w:r>
    </w:p>
    <w:p>
      <w:pPr>
        <w:spacing w:after="60"/>
      </w:pPr>
      <w:r>
        <w:rPr>
          <w:b/>
        </w:rPr>
        <w:t>흘레스타코프</w:t>
      </w:r>
      <w:r>
        <w:t xml:space="preserve">  알겠습니다.</w:t>
      </w:r>
    </w:p>
    <w:p>
      <w:pPr>
        <w:spacing w:after="60"/>
      </w:pPr>
      <w:r>
        <w:rPr>
          <w:b/>
        </w:rPr>
        <w:t>보브친스키</w:t>
      </w:r>
      <w:r>
        <w:t xml:space="preserve">  저 때문에 귀하의 귀한 시간을 빼앗아 죄송합니다.</w:t>
      </w:r>
    </w:p>
    <w:p>
      <w:pPr>
        <w:spacing w:after="60"/>
      </w:pPr>
      <w:r>
        <w:rPr>
          <w:b/>
        </w:rPr>
        <w:t>흘레스타코프</w:t>
      </w:r>
      <w:r>
        <w:t xml:space="preserve">  아닙니다. 즐거웠습니다. (문까지 배웅한다.)</w:t>
      </w:r>
    </w:p>
    <w:p>
      <w:r>
        <w:rPr>
          <w:b/>
          <w:sz w:val="26"/>
        </w:rPr>
        <w:t>장면 8</w:t>
      </w:r>
    </w:p>
    <w:p>
      <w:r>
        <w:rPr>
          <w:b/>
        </w:rPr>
        <w:t xml:space="preserve">【지문】 </w:t>
      </w:r>
      <w:r>
        <w:t>흘레스타코프 혼자.</w:t>
      </w:r>
    </w:p>
    <w:p>
      <w:pPr>
        <w:spacing w:after="60"/>
      </w:pPr>
      <w:r>
        <w:rPr>
          <w:b/>
        </w:rPr>
        <w:t>흘레스타코프</w:t>
      </w:r>
      <w:r>
        <w:t xml:space="preserve">  정말 관리들이 많군. 나를 정부 고위 관리로 생각하는 모양이야. 어제 내가 눈을 제대로 가려놨군. 이런 바보들이라니! 이 이야기를 상트페테르부르크의 트랴피치킨에게 전부 편지로 써야겠어. 신문에 실어버리라고 하지. 제대로 한바탕 당하게 해주자. 오시프! 종이와 잉크 가져와.</w:t>
      </w:r>
    </w:p>
    <w:p>
      <w:pPr>
        <w:spacing w:after="60"/>
      </w:pPr>
      <w:r>
        <w:rPr>
          <w:b/>
        </w:rPr>
        <w:t>오시프의 목소리</w:t>
      </w:r>
      <w:r>
        <w:t xml:space="preserve">  곧 가져가겠습니다.</w:t>
      </w:r>
    </w:p>
    <w:p>
      <w:pPr>
        <w:spacing w:after="60"/>
      </w:pPr>
      <w:r>
        <w:rPr>
          <w:b/>
        </w:rPr>
        <w:t>흘레스타코프</w:t>
      </w:r>
      <w:r>
        <w:t xml:space="preserve">  트랴피치킨의 펜에 걸리면 누구든 조심해야 해. 한 번 웃기려고 하면 자기 아버지도 봐주지 않는 놈이니까. 그래도 이 관리들은 괜찮은 사람들이야. 돈을 빌려주는 성격은 마음에 드는군. 자, 얼마나 모였나 보자. 판사에게 300, 우체국장에게 300, 600… 700, 800… 이 지폐는 왜 이렇게 끈적해? 800, 900… 오호! 1000루블이 넘는군. 이제 한번 보자고, 이 양반! 누가 누구를 골탕 먹이는지 보자고!</w:t>
      </w:r>
    </w:p>
    <w:p>
      <w:r>
        <w:rPr>
          <w:b/>
          <w:sz w:val="26"/>
        </w:rPr>
        <w:t>장면 9</w:t>
      </w:r>
    </w:p>
    <w:p>
      <w:r>
        <w:rPr>
          <w:b/>
        </w:rPr>
        <w:t xml:space="preserve">【지문】 </w:t>
      </w:r>
      <w:r>
        <w:t>오시프가 종이와 잉크를 들고 들어온다.</w:t>
      </w:r>
    </w:p>
    <w:p>
      <w:pPr>
        <w:spacing w:after="60"/>
      </w:pPr>
      <w:r>
        <w:rPr>
          <w:b/>
        </w:rPr>
        <w:t>흘레스타코프</w:t>
      </w:r>
      <w:r>
        <w:t xml:space="preserve">  자, 이 바보야. 내가 어떻게 대접받고 있는지 보이지? (편지를 쓰기 시작한다.)</w:t>
      </w:r>
    </w:p>
    <w:p>
      <w:pPr>
        <w:spacing w:after="60"/>
      </w:pPr>
      <w:r>
        <w:rPr>
          <w:b/>
        </w:rPr>
        <w:t>오시프</w:t>
      </w:r>
      <w:r>
        <w:t xml:space="preserve">  네, 하느님 감사합니다. 그런데 이반 알렉산드로비치.</w:t>
      </w:r>
    </w:p>
    <w:p>
      <w:pPr>
        <w:spacing w:after="60"/>
      </w:pPr>
      <w:r>
        <w:rPr>
          <w:b/>
        </w:rPr>
        <w:t>흘레스타코프</w:t>
      </w:r>
      <w:r>
        <w:t xml:space="preserve">  뭐?</w:t>
      </w:r>
    </w:p>
    <w:p>
      <w:pPr>
        <w:spacing w:after="60"/>
      </w:pPr>
      <w:r>
        <w:rPr>
          <w:b/>
        </w:rPr>
        <w:t>오시프</w:t>
      </w:r>
      <w:r>
        <w:t xml:space="preserve">  여기를 떠나세요. 정말 이제 갈 때가 됐습니다.</w:t>
      </w:r>
    </w:p>
    <w:p>
      <w:pPr>
        <w:spacing w:after="60"/>
      </w:pPr>
      <w:r>
        <w:rPr>
          <w:b/>
        </w:rPr>
        <w:t>흘레스타코프</w:t>
      </w:r>
      <w:r>
        <w:t xml:space="preserve">  무슨 헛소리야?</w:t>
      </w:r>
    </w:p>
    <w:p>
      <w:pPr>
        <w:spacing w:after="60"/>
      </w:pPr>
      <w:r>
        <w:rPr>
          <w:b/>
        </w:rPr>
        <w:t>오시프</w:t>
      </w:r>
      <w:r>
        <w:t xml:space="preserve">  그렇다는 겁니다. 이 사람들은 이제 그만두세요. 이틀 동안 실컷 즐겼잖아요. 충분합니다. 더 무슨 일이 필요합니까? 내버려두세요. 무슨 일이 생길지 누가 압니까? 다른 누군가가 나타날 수도 있습니다. 그리고 여기 말도 좋습니다. 바람처럼 달려갈 수 있어요.</w:t>
      </w:r>
    </w:p>
    <w:p>
      <w:pPr>
        <w:spacing w:after="60"/>
      </w:pPr>
      <w:r>
        <w:rPr>
          <w:b/>
        </w:rPr>
        <w:t>흘레스타코프</w:t>
      </w:r>
      <w:r>
        <w:t xml:space="preserve">  아니, 조금 더 있고 싶어. 내일 가자.</w:t>
      </w:r>
    </w:p>
    <w:p>
      <w:pPr>
        <w:spacing w:after="60"/>
      </w:pPr>
      <w:r>
        <w:rPr>
          <w:b/>
        </w:rPr>
        <w:t>오시프</w:t>
      </w:r>
      <w:r>
        <w:t xml:space="preserve">  왜 내일입니까? 지금 가죠. 지금 당장. 물론 여기서 이런 대접을 받는 건 영광이지만, 그래도 빨리 가는 게 좋습니다. 저들이 당신을 다른 사람으로 착각하고 있다는 건 분명하니까요. 아버지도 이렇게 오래 지체했다고 화내실 겁니다. 여기서는 좋은 말을 내줄 겁니다.</w:t>
      </w:r>
    </w:p>
    <w:p>
      <w:pPr>
        <w:spacing w:after="60"/>
      </w:pPr>
      <w:r>
        <w:rPr>
          <w:b/>
        </w:rPr>
        <w:t>흘레스타코프</w:t>
      </w:r>
      <w:r>
        <w:t xml:space="preserve">  알았어. 하지만 먼저 이 편지를 우체국에 가져가고, 원하면 그때 우편마차도 주문해. 마부들에게 전령처럼 달리고 노래를 부르라고 해. 각각 1루블씩 주겠다고 하고. (계속 쓴다.) 트랴피치킨은 웃다가 죽겠군.</w:t>
      </w:r>
    </w:p>
    <w:p>
      <w:pPr>
        <w:spacing w:after="60"/>
      </w:pPr>
      <w:r>
        <w:rPr>
          <w:b/>
        </w:rPr>
        <w:t>오시프</w:t>
      </w:r>
      <w:r>
        <w:t xml:space="preserve">  여기 사람에게 편지를 보내겠습니다. 그동안 짐을 싸겠습니다. 시간을 낭비할 수 없으니까요.</w:t>
      </w:r>
    </w:p>
    <w:p>
      <w:pPr>
        <w:spacing w:after="60"/>
      </w:pPr>
      <w:r>
        <w:rPr>
          <w:b/>
        </w:rPr>
        <w:t>흘레스타코프</w:t>
      </w:r>
      <w:r>
        <w:t xml:space="preserve">  좋아. 촛불 가져와.</w:t>
      </w:r>
    </w:p>
    <w:p>
      <w:r>
        <w:rPr>
          <w:b/>
        </w:rPr>
        <w:t xml:space="preserve">【지문】 </w:t>
      </w:r>
      <w:r>
        <w:t>오시프가 문밖에서 누군가에게 말한다.</w:t>
      </w:r>
    </w:p>
    <w:p>
      <w:pPr>
        <w:spacing w:after="60"/>
      </w:pPr>
      <w:r>
        <w:rPr>
          <w:b/>
        </w:rPr>
        <w:t>오시프</w:t>
      </w:r>
      <w:r>
        <w:t xml:space="preserve">  이봐, 친구. 우체국에 가서 편지를 보내. 우체국장에게 무료로 처리해달라고 하고. 그리고 당장 최고의 전령 마차를 준비하라고 해. 주인님은 요금을 내지 않는다고 해. 정부 비용으로 여행한다고. 서두르라고 해. 늦으면 주인님이 화낼 거야. 잠깐, 편지는 아직 안 끝났어.</w:t>
      </w:r>
    </w:p>
    <w:p>
      <w:pPr>
        <w:spacing w:after="60"/>
      </w:pPr>
      <w:r>
        <w:rPr>
          <w:b/>
        </w:rPr>
        <w:t>흘레스타코프</w:t>
      </w:r>
      <w:r>
        <w:t xml:space="preserve">  지금 그가 어디 사는지 모르겠군. 포치탐츠카야 거리인가, 그로호바야 거리인가. 집세를 안 내려고 자주 이사하는 놈이지. 그냥 포치탐츠카야로 보내야겠다. (편지를 접고 주소를 쓴다.)</w:t>
      </w:r>
    </w:p>
    <w:p>
      <w:r>
        <w:rPr>
          <w:b/>
        </w:rPr>
        <w:t xml:space="preserve">【지문】 </w:t>
      </w:r>
      <w:r>
        <w:t>오시프가 촛불을 가져온다. 흘레스타코프가 봉랍으로 편지를 봉한다. 그때 데르지모르다의 목소리가 들린다.</w:t>
      </w:r>
    </w:p>
    <w:p>
      <w:pPr>
        <w:spacing w:after="60"/>
      </w:pPr>
      <w:r>
        <w:rPr>
          <w:b/>
        </w:rPr>
        <w:t>데르지모르다의 목소리</w:t>
      </w:r>
      <w:r>
        <w:t xml:space="preserve">  어디 가는 거야, 수염쟁이? 아무도 들어오지 못한다고 했잖아!</w:t>
      </w:r>
    </w:p>
    <w:p>
      <w:pPr>
        <w:spacing w:after="60"/>
      </w:pPr>
      <w:r>
        <w:rPr>
          <w:b/>
        </w:rPr>
        <w:t>흘레스타코프</w:t>
      </w:r>
      <w:r>
        <w:t xml:space="preserve">  (편지를 오시프에게 건네며) 자, 우체국에 보내.</w:t>
      </w:r>
    </w:p>
    <w:p>
      <w:pPr>
        <w:spacing w:after="60"/>
      </w:pPr>
      <w:r>
        <w:rPr>
          <w:b/>
        </w:rPr>
        <w:t>상인의 목소리</w:t>
      </w:r>
      <w:r>
        <w:t xml:space="preserve">  들여보내줘요, 형제여. 당신에게 그럴 권리는 없어요. 우리는 볼일이 있어서 왔습니다.</w:t>
      </w:r>
    </w:p>
    <w:p>
      <w:pPr>
        <w:spacing w:after="60"/>
      </w:pPr>
      <w:r>
        <w:rPr>
          <w:b/>
        </w:rPr>
        <w:t>데르지모르다의 목소리</w:t>
      </w:r>
      <w:r>
        <w:t xml:space="preserve">  나가! 나가! 그는 아무도 만나지 않는다. 자고 있다.</w:t>
      </w:r>
    </w:p>
    <w:p>
      <w:r>
        <w:rPr>
          <w:b/>
        </w:rPr>
        <w:t xml:space="preserve">【지문】 </w:t>
      </w:r>
      <w:r>
        <w:t>밖의 소란이 점점 커진다.</w:t>
      </w:r>
    </w:p>
    <w:p>
      <w:pPr>
        <w:spacing w:after="60"/>
      </w:pPr>
      <w:r>
        <w:rPr>
          <w:b/>
        </w:rPr>
        <w:t>흘레스타코프</w:t>
      </w:r>
      <w:r>
        <w:t xml:space="preserve">  무슨 일이야, 오시프? 무슨 소리인지 알아봐.</w:t>
      </w:r>
    </w:p>
    <w:p>
      <w:pPr>
        <w:spacing w:after="60"/>
      </w:pPr>
      <w:r>
        <w:rPr>
          <w:b/>
        </w:rPr>
        <w:t>오시프</w:t>
      </w:r>
      <w:r>
        <w:t xml:space="preserve">  상인들이 들어오려고 하는데 하사관이 막고 있습니다. 서류를 흔들고 있어요. 당신을 만나려는 것 같습니다.</w:t>
      </w:r>
    </w:p>
    <w:p>
      <w:pPr>
        <w:spacing w:after="60"/>
      </w:pPr>
      <w:r>
        <w:rPr>
          <w:b/>
        </w:rPr>
        <w:t>흘레스타코프</w:t>
      </w:r>
      <w:r>
        <w:t xml:space="preserve">  (창가로 가며) 무슨 일입니까, 여러분?</w:t>
      </w:r>
    </w:p>
    <w:p>
      <w:pPr>
        <w:spacing w:after="60"/>
      </w:pPr>
      <w:r>
        <w:rPr>
          <w:b/>
        </w:rPr>
        <w:t>상인의 목소리</w:t>
      </w:r>
      <w:r>
        <w:t xml:space="preserve">  각하께 보호를 호소합니다. 저희 청원서를 받아주시도록 명령해주십시오.</w:t>
      </w:r>
    </w:p>
    <w:p>
      <w:pPr>
        <w:spacing w:after="60"/>
      </w:pPr>
      <w:r>
        <w:rPr>
          <w:b/>
        </w:rPr>
        <w:t>흘레스타코프</w:t>
      </w:r>
      <w:r>
        <w:t xml:space="preserve">  들여보내세요. 오시프, 들어오라고 하세요.</w:t>
      </w:r>
    </w:p>
    <w:p>
      <w:r>
        <w:rPr>
          <w:b/>
        </w:rPr>
        <w:t xml:space="preserve">【지문】 </w:t>
      </w:r>
      <w:r>
        <w:t>오시프가 나간다.</w:t>
      </w:r>
    </w:p>
    <w:p>
      <w:pPr>
        <w:spacing w:after="60"/>
      </w:pPr>
      <w:r>
        <w:rPr>
          <w:b/>
        </w:rPr>
        <w:t>흘레스타코프</w:t>
      </w:r>
      <w:r>
        <w:t xml:space="preserve">  (창문으로 청원서를 받아 한 장을 펼쳐 읽는다.) ‘존경하는 고귀한 재정 각하께, 상인 압둘린으로부터…’ 도대체 무슨 말이야! 그런 직함은 없는데.</w:t>
      </w:r>
    </w:p>
    <w:p>
      <w:r>
        <w:rPr>
          <w:b/>
          <w:sz w:val="26"/>
        </w:rPr>
        <w:t>장면 10</w:t>
      </w:r>
    </w:p>
    <w:p>
      <w:r>
        <w:rPr>
          <w:b/>
        </w:rPr>
        <w:t xml:space="preserve">【지문】 </w:t>
      </w:r>
      <w:r>
        <w:t>흘레스타코프와 상인들. 상인들은 포도주와 각설탕이 든 바구니를 들고 있다.</w:t>
      </w:r>
    </w:p>
    <w:p>
      <w:pPr>
        <w:spacing w:after="60"/>
      </w:pPr>
      <w:r>
        <w:rPr>
          <w:b/>
        </w:rPr>
        <w:t>흘레스타코프</w:t>
      </w:r>
      <w:r>
        <w:t xml:space="preserve">  무슨 일입니까, 여러분?</w:t>
      </w:r>
    </w:p>
    <w:p>
      <w:pPr>
        <w:spacing w:after="60"/>
      </w:pPr>
      <w:r>
        <w:rPr>
          <w:b/>
        </w:rPr>
        <w:t>상인들</w:t>
      </w:r>
      <w:r>
        <w:t xml:space="preserve">  각하의 은혜를 간청합니다.</w:t>
      </w:r>
    </w:p>
    <w:p>
      <w:pPr>
        <w:spacing w:after="60"/>
      </w:pPr>
      <w:r>
        <w:rPr>
          <w:b/>
        </w:rPr>
        <w:t>흘레스타코프</w:t>
      </w:r>
      <w:r>
        <w:t xml:space="preserve">  무엇을 원합니까?</w:t>
      </w:r>
    </w:p>
    <w:p>
      <w:pPr>
        <w:spacing w:after="60"/>
      </w:pPr>
      <w:r>
        <w:rPr>
          <w:b/>
        </w:rPr>
        <w:t>상인</w:t>
      </w:r>
      <w:r>
        <w:t xml:space="preserve">  저희를 망하게 하지 말아주십시오, 각하. 저희는 아무 이유 없이 모욕과 부당한 대우를 받고 있습니다.</w:t>
      </w:r>
    </w:p>
    <w:p>
      <w:pPr>
        <w:spacing w:after="60"/>
      </w:pPr>
      <w:r>
        <w:rPr>
          <w:b/>
        </w:rPr>
        <w:t>흘레스타코프</w:t>
      </w:r>
      <w:r>
        <w:t xml:space="preserve">  누구에게서요?</w:t>
      </w:r>
    </w:p>
    <w:p>
      <w:pPr>
        <w:spacing w:after="60"/>
      </w:pPr>
      <w:r>
        <w:rPr>
          <w:b/>
        </w:rPr>
        <w:t>상인</w:t>
      </w:r>
      <w:r>
        <w:t xml:space="preserve">  바로 이곳 시장에게서입니다. 이런 시장은 세상 어디에도 없었습니다. 그가 저희에게 가하는 피해는 말로 다 설명할 수 없습니다. 병사들을 저희 집에 주둔시켜 생계를 빼앗아갔습니다. 목을 매달아도 될 정도입니다.</w:t>
      </w:r>
    </w:p>
    <w:p>
      <w:pPr>
        <w:spacing w:after="60"/>
      </w:pPr>
      <w:r>
        <w:rPr>
          <w:b/>
        </w:rPr>
        <w:t>상인</w:t>
      </w:r>
      <w:r>
        <w:t xml:space="preserve">  그는 사람을 사람답게 대하지 않습니다. 수염을 잡고 ‘이봐, 타타르 놈아!’라고 합니다. 저희가 무례하게 굴기라도 했으면 모르겠습니다. 모든 법과 규정을 지키며 살고 있습니다. 그의 아내와 딸이 필요한 옷을 마련해드리는 것도 마다하지 않습니다. 그런데 그것으로도 부족합니다.</w:t>
      </w:r>
    </w:p>
    <w:p>
      <w:pPr>
        <w:spacing w:after="60"/>
      </w:pPr>
      <w:r>
        <w:rPr>
          <w:b/>
        </w:rPr>
        <w:t>상인</w:t>
      </w:r>
      <w:r>
        <w:t xml:space="preserve">  가게에 와서는 눈에 띄는 물건을 무조건 가져갑니다. 천 한 필을 보더니 ‘이봐, 친구들, 좋은 물건이군. 우리 집으로 가져와.’라고 합니다. 그러면 가져가야 합니다. 거의 마흔 야드나 됩니다.</w:t>
      </w:r>
    </w:p>
    <w:p>
      <w:pPr>
        <w:spacing w:after="60"/>
      </w:pPr>
      <w:r>
        <w:rPr>
          <w:b/>
        </w:rPr>
        <w:t>흘레스타코프</w:t>
      </w:r>
      <w:r>
        <w:t xml:space="preserve">  그럴 수가! 완전히 사기꾼이군.</w:t>
      </w:r>
    </w:p>
    <w:p>
      <w:pPr>
        <w:spacing w:after="60"/>
      </w:pPr>
      <w:r>
        <w:rPr>
          <w:b/>
        </w:rPr>
        <w:t>상인들</w:t>
      </w:r>
      <w:r>
        <w:t xml:space="preserve">  맹세코 그렇습니다. 이런 시장은 아무도 기억하지 못할 겁니다. 그가 온다는 소리만 들리면 가게의 물건을 전부 숨깁니다. 맛있는 음식과 좋은 물건만 가져가는 게 아닙니다. 7년 동안 통에 들어 있어 가게의 아이조차 먹지 않을 자두까지 한 움큼 집어갑니다.</w:t>
      </w:r>
    </w:p>
    <w:p>
      <w:pPr>
        <w:spacing w:after="60"/>
      </w:pPr>
      <w:r>
        <w:rPr>
          <w:b/>
        </w:rPr>
        <w:t>상인</w:t>
      </w:r>
      <w:r>
        <w:t xml:space="preserve">  그의 축일은 성 안토니의 날인데, 마치 세상에 가져다줄 물건이 그것밖에 없는 것처럼 요구합니다. 그래도 더 가져오라고 합니다. 성 오누프리의 날도 자기 축일이라고 하면서 또 가져오라고 합니다. 도대체 어떻게 해야 합니까?</w:t>
      </w:r>
    </w:p>
    <w:p>
      <w:pPr>
        <w:spacing w:after="60"/>
      </w:pPr>
      <w:r>
        <w:rPr>
          <w:b/>
        </w:rPr>
        <w:t>흘레스타코프</w:t>
      </w:r>
      <w:r>
        <w:t xml:space="preserve">  그건 그냥 강도 아닙니까!</w:t>
      </w:r>
    </w:p>
    <w:p>
      <w:pPr>
        <w:spacing w:after="60"/>
      </w:pPr>
      <w:r>
        <w:rPr>
          <w:b/>
        </w:rPr>
        <w:t>상인들</w:t>
      </w:r>
      <w:r>
        <w:t xml:space="preserve">  맞습니다! 그런데 반박이라도 했다간 병사 한 연대를 집에 들이닥치게 합니다. 우리가 뭐라고 하면 문을 닫으라고 명령합니다. ‘법으로 금지되어 있으니 태형도 고문도 하지 않겠다. 하지만 이보시오, 소금 청어를 먹여주겠다.’고 합니다.</w:t>
      </w:r>
    </w:p>
    <w:p>
      <w:pPr>
        <w:spacing w:after="60"/>
      </w:pPr>
      <w:r>
        <w:rPr>
          <w:b/>
        </w:rPr>
        <w:t>흘레스타코프</w:t>
      </w:r>
      <w:r>
        <w:t xml:space="preserve">  이런 사기꾼이 있나! 그런 짓을 하면 시베리아로 보내도 됩니다.</w:t>
      </w:r>
    </w:p>
    <w:p>
      <w:pPr>
        <w:spacing w:after="60"/>
      </w:pPr>
      <w:r>
        <w:rPr>
          <w:b/>
        </w:rPr>
        <w:t>상인들</w:t>
      </w:r>
      <w:r>
        <w:t xml:space="preserve">  어디로 보내시든 상관없습니다. 여기서 최대한 멀리 보내주십시오. 아버지, 저희의 빵과 소금을 받아주십시오. 설탕과 포도주를 준비했습니다.</w:t>
      </w:r>
    </w:p>
    <w:p>
      <w:pPr>
        <w:spacing w:after="60"/>
      </w:pPr>
      <w:r>
        <w:rPr>
          <w:b/>
        </w:rPr>
        <w:t>흘레스타코프</w:t>
      </w:r>
      <w:r>
        <w:t xml:space="preserve">  아니요, 아니요. 그런 건 받지 않습니다. 뇌물은 받지 않아요. 다만 예를 들어 300루블을 빌려주겠다고 한다면 이야기가 다르죠. 나는 돈을 빌리는 건 받을 수 있습니다.</w:t>
      </w:r>
    </w:p>
    <w:p>
      <w:pPr>
        <w:spacing w:after="60"/>
      </w:pPr>
      <w:r>
        <w:rPr>
          <w:b/>
        </w:rPr>
        <w:t>상인들</w:t>
      </w:r>
      <w:r>
        <w:t xml:space="preserve">  물론입니다. 300루블이 뭐가 많습니까? 500루블을 드리겠습니다. 제발 도와주십시오.</w:t>
      </w:r>
    </w:p>
    <w:p>
      <w:pPr>
        <w:spacing w:after="60"/>
      </w:pPr>
      <w:r>
        <w:rPr>
          <w:b/>
        </w:rPr>
        <w:t>흘레스타코프</w:t>
      </w:r>
      <w:r>
        <w:t xml:space="preserve">  좋습니다. 빌린 돈에 대해서는 아무 말도 하지 않겠습니다. 받지요.</w:t>
      </w:r>
    </w:p>
    <w:p>
      <w:r>
        <w:rPr>
          <w:b/>
        </w:rPr>
        <w:t xml:space="preserve">【지문】 </w:t>
      </w:r>
      <w:r>
        <w:t>상인들이 은쟁반 위에 돈을 내민다.</w:t>
      </w:r>
    </w:p>
    <w:p>
      <w:pPr>
        <w:spacing w:after="60"/>
      </w:pPr>
      <w:r>
        <w:rPr>
          <w:b/>
        </w:rPr>
        <w:t>상인들</w:t>
      </w:r>
      <w:r>
        <w:t xml:space="preserve">  쟁반도 받아주십시오.</w:t>
      </w:r>
    </w:p>
    <w:p>
      <w:pPr>
        <w:spacing w:after="60"/>
      </w:pPr>
      <w:r>
        <w:rPr>
          <w:b/>
        </w:rPr>
        <w:t>흘레스타코프</w:t>
      </w:r>
      <w:r>
        <w:t xml:space="preserve">  좋습니다. 쟁반도 받겠습니다.</w:t>
      </w:r>
    </w:p>
    <w:p>
      <w:pPr>
        <w:spacing w:after="60"/>
      </w:pPr>
      <w:r>
        <w:rPr>
          <w:b/>
        </w:rPr>
        <w:t>상인들</w:t>
      </w:r>
      <w:r>
        <w:t xml:space="preserve">  그럼 설탕도 함께 받으십시오.</w:t>
      </w:r>
    </w:p>
    <w:p>
      <w:pPr>
        <w:spacing w:after="60"/>
      </w:pPr>
      <w:r>
        <w:rPr>
          <w:b/>
        </w:rPr>
        <w:t>흘레스타코프</w:t>
      </w:r>
      <w:r>
        <w:t xml:space="preserve">  아, 아닙니다. 뇌물은 받지 않습니다.</w:t>
      </w:r>
    </w:p>
    <w:p>
      <w:pPr>
        <w:spacing w:after="60"/>
      </w:pPr>
      <w:r>
        <w:rPr>
          <w:b/>
        </w:rPr>
        <w:t>오시프</w:t>
      </w:r>
      <w:r>
        <w:t xml:space="preserve">  왜 설탕을 안 받습니까, 각하? 받으세요. 길에서 전부 쓸모가 있습니다. 설탕과 그 상자도 이리 주세요. 전부 가져가죠. 끈도 있습니까? 그것도 주세요. 마차나 다른 게 고장 나면 묶어야 하니까요.</w:t>
      </w:r>
    </w:p>
    <w:p>
      <w:pPr>
        <w:spacing w:after="60"/>
      </w:pPr>
      <w:r>
        <w:rPr>
          <w:b/>
        </w:rPr>
        <w:t>상인들</w:t>
      </w:r>
      <w:r>
        <w:t xml:space="preserve">  각하, 부디 큰 은혜를 베풀어주십시오. 저희 청원을 도와주시지 않는다면 살아갈 방법이 없습니다. 목을 매는 수밖에 없습니다.</w:t>
      </w:r>
    </w:p>
    <w:p>
      <w:pPr>
        <w:spacing w:after="60"/>
      </w:pPr>
      <w:r>
        <w:rPr>
          <w:b/>
        </w:rPr>
        <w:t>흘레스타코프</w:t>
      </w:r>
      <w:r>
        <w:t xml:space="preserve">  물론입니다. 여러분을 위해 힘을 쓰겠습니다.</w:t>
      </w:r>
    </w:p>
    <w:p>
      <w:r>
        <w:rPr>
          <w:b/>
        </w:rPr>
        <w:t xml:space="preserve">【지문】 </w:t>
      </w:r>
      <w:r>
        <w:t>상인들이 나간다. 곧 여성의 목소리가 들린다.</w:t>
      </w:r>
    </w:p>
    <w:p>
      <w:pPr>
        <w:spacing w:after="60"/>
      </w:pPr>
      <w:r>
        <w:rPr>
          <w:b/>
        </w:rPr>
        <w:t>여자의 목소리</w:t>
      </w:r>
      <w:r>
        <w:t xml:space="preserve">  절대로 못 들어가게 막지 마세요. 그랬다간 그분에게 직접 고발하겠습니다. 그렇게 밀지 마세요. 아프다고요.</w:t>
      </w:r>
    </w:p>
    <w:p>
      <w:pPr>
        <w:spacing w:after="60"/>
      </w:pPr>
      <w:r>
        <w:rPr>
          <w:b/>
        </w:rPr>
        <w:t>흘레스타코프</w:t>
      </w:r>
      <w:r>
        <w:t xml:space="preserve">  누가 있습니까? (창가로 간다.) 무슨 일이죠, 어머니?</w:t>
      </w:r>
    </w:p>
    <w:p>
      <w:r>
        <w:rPr>
          <w:b/>
          <w:sz w:val="26"/>
        </w:rPr>
        <w:t>장면 11</w:t>
      </w:r>
    </w:p>
    <w:p>
      <w:r>
        <w:rPr>
          <w:b/>
        </w:rPr>
        <w:t xml:space="preserve">【지문】 </w:t>
      </w:r>
      <w:r>
        <w:t>두 여자의 목소리가 들린다.</w:t>
      </w:r>
    </w:p>
    <w:p>
      <w:pPr>
        <w:spacing w:after="60"/>
      </w:pPr>
      <w:r>
        <w:rPr>
          <w:b/>
        </w:rPr>
        <w:t>두 여자</w:t>
      </w:r>
      <w:r>
        <w:t xml:space="preserve">  각하, 간청드립니다. 저희 말을 들어주시도록 명령해주십시오.</w:t>
      </w:r>
    </w:p>
    <w:p>
      <w:r>
        <w:rPr>
          <w:b/>
        </w:rPr>
        <w:t xml:space="preserve">【지문】 </w:t>
      </w:r>
      <w:r>
        <w:t>대장장이의 아내와 하사관 미망인이 들어온다.</w:t>
      </w:r>
    </w:p>
    <w:p>
      <w:pPr>
        <w:spacing w:after="60"/>
      </w:pPr>
      <w:r>
        <w:rPr>
          <w:b/>
        </w:rPr>
        <w:t>대장장이 아내</w:t>
      </w:r>
      <w:r>
        <w:t xml:space="preserve">  (무릎 꿇으며) 각하께 간청드립니다.</w:t>
      </w:r>
    </w:p>
    <w:p>
      <w:pPr>
        <w:spacing w:after="60"/>
      </w:pPr>
      <w:r>
        <w:rPr>
          <w:b/>
        </w:rPr>
        <w:t>미망인</w:t>
      </w:r>
      <w:r>
        <w:t xml:space="preserve">  저도 간청드립니다.</w:t>
      </w:r>
    </w:p>
    <w:p>
      <w:pPr>
        <w:spacing w:after="60"/>
      </w:pPr>
      <w:r>
        <w:rPr>
          <w:b/>
        </w:rPr>
        <w:t>흘레스타코프</w:t>
      </w:r>
      <w:r>
        <w:t xml:space="preserve">  누구십니까?</w:t>
      </w:r>
    </w:p>
    <w:p>
      <w:pPr>
        <w:spacing w:after="60"/>
      </w:pPr>
      <w:r>
        <w:rPr>
          <w:b/>
        </w:rPr>
        <w:t>미망인</w:t>
      </w:r>
      <w:r>
        <w:t xml:space="preserve">  하사관의 미망인 이바노바입니다.</w:t>
      </w:r>
    </w:p>
    <w:p>
      <w:pPr>
        <w:spacing w:after="60"/>
      </w:pPr>
      <w:r>
        <w:rPr>
          <w:b/>
        </w:rPr>
        <w:t>대장장이 아내</w:t>
      </w:r>
      <w:r>
        <w:t xml:space="preserve">  이 도시 시민인 대장장이의 아내 페브로냐 페트로브나 포슐료프키나입니다. 제 아버지는—</w:t>
      </w:r>
    </w:p>
    <w:p>
      <w:pPr>
        <w:spacing w:after="60"/>
      </w:pPr>
      <w:r>
        <w:rPr>
          <w:b/>
        </w:rPr>
        <w:t>흘레스타코프</w:t>
      </w:r>
      <w:r>
        <w:t xml:space="preserve">  잠깐! 한 사람씩. 무엇을 원합니까?</w:t>
      </w:r>
    </w:p>
    <w:p>
      <w:pPr>
        <w:spacing w:after="60"/>
      </w:pPr>
      <w:r>
        <w:rPr>
          <w:b/>
        </w:rPr>
        <w:t>대장장이 아내</w:t>
      </w:r>
      <w:r>
        <w:t xml:space="preserve">  각하의 은혜를 바랍니다. 시장을 상대로 도와주십시오. 하느님께서 그에게 모든 재앙을 내리시길 바랍니다. 그와 그의 자식들, 삼촌들, 이모들 모두 하는 일마다 잘되지 않게 해주십시오.</w:t>
      </w:r>
    </w:p>
    <w:p>
      <w:pPr>
        <w:spacing w:after="60"/>
      </w:pPr>
      <w:r>
        <w:rPr>
          <w:b/>
        </w:rPr>
        <w:t>흘레스타코프</w:t>
      </w:r>
      <w:r>
        <w:t xml:space="preserve">  무슨 일입니까?</w:t>
      </w:r>
    </w:p>
    <w:p>
      <w:pPr>
        <w:spacing w:after="60"/>
      </w:pPr>
      <w:r>
        <w:rPr>
          <w:b/>
        </w:rPr>
        <w:t>대장장이 아내</w:t>
      </w:r>
      <w:r>
        <w:t xml:space="preserve">  남편을 강제로 군인으로 징집하면서 이마를 밀게 했습니다. 그런데 저희 차례도 오지 않았고, 결혼한 남자는 그렇게 징집하면 안 됩니다.</w:t>
      </w:r>
    </w:p>
    <w:p>
      <w:pPr>
        <w:spacing w:after="60"/>
      </w:pPr>
      <w:r>
        <w:rPr>
          <w:b/>
        </w:rPr>
        <w:t>흘레스타코프</w:t>
      </w:r>
      <w:r>
        <w:t xml:space="preserve">  그런데 어떻게 그렇게 할 수 있었습니까?</w:t>
      </w:r>
    </w:p>
    <w:p>
      <w:pPr>
        <w:spacing w:after="60"/>
      </w:pPr>
      <w:r>
        <w:rPr>
          <w:b/>
        </w:rPr>
        <w:t>대장장이 아내</w:t>
      </w:r>
      <w:r>
        <w:t xml:space="preserve">  그가 했습니다! 그 악당이! 이 세상과 다음 세상에서 모두 벌을 받길 바랍니다. 만약 그에게 이모가 있다면 그 이모에게도 모든 재앙이 내리길 바랍니다. 아버지가 살아 있다면 그 악당이 죽고 목이 막혀 죽길 바랍니다. 정말 사기꾼입니다!</w:t>
      </w:r>
    </w:p>
    <w:p>
      <w:pPr>
        <w:spacing w:after="60"/>
      </w:pPr>
      <w:r>
        <w:rPr>
          <w:b/>
        </w:rPr>
        <w:t>대장장이 아내</w:t>
      </w:r>
      <w:r>
        <w:t xml:space="preserve">  원래는 재단사의 아들을 징집해야 했습니다. 그 사람은 술주정뱅이이기도 합니다. 그런데 부모가 시장에게 비싼 선물을 바쳤습니다. 그래서 시장은 상인의 아들 판텔레예프를 골랐습니다. 판텔레예프도 자기 아내에게 아마포 세 필을 보냈습니다. 그러고 나서 시장이 저에게 왔습니다. ‘남편을 어디에 쓰려고 하지?’라고 했습니다.</w:t>
      </w:r>
    </w:p>
    <w:p>
      <w:pPr>
        <w:spacing w:after="60"/>
      </w:pPr>
      <w:r>
        <w:rPr>
          <w:b/>
        </w:rPr>
        <w:t>대장장이 아내</w:t>
      </w:r>
      <w:r>
        <w:t xml:space="preserve">  ‘이제 남편이 필요 없잖아.’라고 하더군요. 남편이 필요한지 아닌지는 제가 판단할 일입니다. 그 늙은 사기꾼은 ‘그자는 도둑이야. 아직 아무것도 훔치지 않았지만 상관없어. 앞으로 훔칠 거야. 그리고 내년에는 어차피 징집될 거야.’라고 했습니다. 남편 없이 어떻게 삽니까? 저는 힘이 센 여자도 아닙니다. 그 인간의 친척들은 누구도 하느님의 빛을 보지 못하게 해주세요. 장모가 있다면 그 장모도—</w:t>
      </w:r>
    </w:p>
    <w:p>
      <w:pPr>
        <w:spacing w:after="60"/>
      </w:pPr>
      <w:r>
        <w:rPr>
          <w:b/>
        </w:rPr>
        <w:t>흘레스타코프</w:t>
      </w:r>
      <w:r>
        <w:t xml:space="preserve">  됐습니다, 됐어요. 그리고 당신은?</w:t>
      </w:r>
    </w:p>
    <w:p>
      <w:r>
        <w:rPr>
          <w:b/>
        </w:rPr>
        <w:t xml:space="preserve">【지문】 </w:t>
      </w:r>
      <w:r>
        <w:t>흘레스타코프가 미망인에게 말을 걸며 대장장이 아내를 문 쪽으로 이끈다.</w:t>
      </w:r>
    </w:p>
    <w:p>
      <w:pPr>
        <w:spacing w:after="60"/>
      </w:pPr>
      <w:r>
        <w:rPr>
          <w:b/>
        </w:rPr>
        <w:t>대장장이 아내</w:t>
      </w:r>
      <w:r>
        <w:t xml:space="preserve">  잊지 마세요, 아버지. 저에게 친절과 은혜를 베풀어주세요.</w:t>
      </w:r>
    </w:p>
    <w:p>
      <w:pPr>
        <w:spacing w:after="60"/>
      </w:pPr>
      <w:r>
        <w:rPr>
          <w:b/>
        </w:rPr>
        <w:t>미망인</w:t>
      </w:r>
      <w:r>
        <w:t xml:space="preserve">  시장에게 고발할 일이 있어 왔습니다, 아버지.</w:t>
      </w:r>
    </w:p>
    <w:p>
      <w:pPr>
        <w:spacing w:after="60"/>
      </w:pPr>
      <w:r>
        <w:rPr>
          <w:b/>
        </w:rPr>
        <w:t>흘레스타코프</w:t>
      </w:r>
      <w:r>
        <w:t xml:space="preserve">  무슨 일입니까? 왜요? 간단히 말하세요.</w:t>
      </w:r>
    </w:p>
    <w:p>
      <w:pPr>
        <w:spacing w:after="60"/>
      </w:pPr>
      <w:r>
        <w:rPr>
          <w:b/>
        </w:rPr>
        <w:t>미망인</w:t>
      </w:r>
      <w:r>
        <w:t xml:space="preserve">  저를 매질했습니다, 아버지.</w:t>
      </w:r>
    </w:p>
    <w:p>
      <w:pPr>
        <w:spacing w:after="60"/>
      </w:pPr>
      <w:r>
        <w:rPr>
          <w:b/>
        </w:rPr>
        <w:t>흘레스타코프</w:t>
      </w:r>
      <w:r>
        <w:t xml:space="preserve">  어떻게요?</w:t>
      </w:r>
    </w:p>
    <w:p>
      <w:pPr>
        <w:spacing w:after="60"/>
      </w:pPr>
      <w:r>
        <w:rPr>
          <w:b/>
        </w:rPr>
        <w:t>미망인</w:t>
      </w:r>
      <w:r>
        <w:t xml:space="preserve">  실수였습니다. 시장에서 여자들이 싸움이 붙었는데 경찰이 왔을 때는 이미 끝난 뒤였습니다. 그런데 저를 잡아가서 보고했습니다. 이틀 동안 앉지도 못했습니다.</w:t>
      </w:r>
    </w:p>
    <w:p>
      <w:pPr>
        <w:spacing w:after="60"/>
      </w:pPr>
      <w:r>
        <w:rPr>
          <w:b/>
        </w:rPr>
        <w:t>흘레스타코프</w:t>
      </w:r>
      <w:r>
        <w:t xml:space="preserve">  그럼 이제 어떻게 하자는 겁니까?</w:t>
      </w:r>
    </w:p>
    <w:p>
      <w:pPr>
        <w:spacing w:after="60"/>
      </w:pPr>
      <w:r>
        <w:rPr>
          <w:b/>
        </w:rPr>
        <w:t>미망인</w:t>
      </w:r>
      <w:r>
        <w:t xml:space="preserve">  할 수 있는 일은 없지요. 하지만 명령해서 그가 실수에 대한 벌금을 내게 해주십시오. 이미 당한 일을 되돌릴 수는 없지만 돈은 지금 제게 아주 유용합니다.</w:t>
      </w:r>
    </w:p>
    <w:p>
      <w:pPr>
        <w:spacing w:after="60"/>
      </w:pPr>
      <w:r>
        <w:rPr>
          <w:b/>
        </w:rPr>
        <w:t>흘레스타코프</w:t>
      </w:r>
      <w:r>
        <w:t xml:space="preserve">  좋습니다, 좋습니다. 이제 가세요. 제가 처리하겠습니다.</w:t>
      </w:r>
    </w:p>
    <w:p>
      <w:r>
        <w:rPr>
          <w:b/>
        </w:rPr>
        <w:t xml:space="preserve">【지문】 </w:t>
      </w:r>
      <w:r>
        <w:t>창문으로 청원서들이 계속 밀려 들어온다.</w:t>
      </w:r>
    </w:p>
    <w:p>
      <w:pPr>
        <w:spacing w:after="60"/>
      </w:pPr>
      <w:r>
        <w:rPr>
          <w:b/>
        </w:rPr>
        <w:t>흘레스타코프</w:t>
      </w:r>
      <w:r>
        <w:t xml:space="preserve">  또 누가 밖에 있습니까? (창가로 간다.) 아니, 아니요. 더는 싫습니다. (창가에서 물러난다.) 지긋지긋하군! 오시프, 아무도 들여보내지 마.</w:t>
      </w:r>
    </w:p>
    <w:p>
      <w:pPr>
        <w:spacing w:after="60"/>
      </w:pPr>
      <w:r>
        <w:rPr>
          <w:b/>
        </w:rPr>
        <w:t>오시프</w:t>
      </w:r>
      <w:r>
        <w:t xml:space="preserve">  (창밖을 향해) 돌아가세요! 돌아가! 시간이 없습니다. 내일 오세요.</w:t>
      </w:r>
    </w:p>
    <w:p>
      <w:r>
        <w:rPr>
          <w:b/>
        </w:rPr>
        <w:t xml:space="preserve">【지문】 </w:t>
      </w:r>
      <w:r>
        <w:t>문이 열리며 헝클어진 외투를 걸치고 수염을 깎지 않았으며 입술이 부어 있고 뺨에 붕대를 감은 사람이 나타난다. 그 뒤로 사람들이 줄지어 보인다.</w:t>
      </w:r>
    </w:p>
    <w:p>
      <w:pPr>
        <w:spacing w:after="60"/>
      </w:pPr>
      <w:r>
        <w:rPr>
          <w:b/>
        </w:rPr>
        <w:t>오시프</w:t>
      </w:r>
      <w:r>
        <w:t xml:space="preserve">  가세요, 가세요! 왜 이렇게 몰려드는 겁니까?</w:t>
      </w:r>
    </w:p>
    <w:p>
      <w:r>
        <w:rPr>
          <w:b/>
        </w:rPr>
        <w:t xml:space="preserve">【지문】 </w:t>
      </w:r>
      <w:r>
        <w:t>오시프가 맨 앞사람의 배를 밀어내고 문밖으로 나가 문을 세게 닫는다.</w:t>
      </w:r>
    </w:p>
    <w:p>
      <w:r>
        <w:rPr>
          <w:b/>
          <w:sz w:val="26"/>
        </w:rPr>
        <w:t>장면 12</w:t>
      </w:r>
    </w:p>
    <w:p>
      <w:r>
        <w:rPr>
          <w:b/>
        </w:rPr>
        <w:t xml:space="preserve">【지문】 </w:t>
      </w:r>
      <w:r>
        <w:t>흘레스타코프와 마리야 안토노브나.</w:t>
      </w:r>
    </w:p>
    <w:p>
      <w:pPr>
        <w:spacing w:after="60"/>
      </w:pPr>
      <w:r>
        <w:rPr>
          <w:b/>
        </w:rPr>
        <w:t>마리야</w:t>
      </w:r>
      <w:r>
        <w:t xml:space="preserve">  아!</w:t>
      </w:r>
    </w:p>
    <w:p>
      <w:pPr>
        <w:spacing w:after="60"/>
      </w:pPr>
      <w:r>
        <w:rPr>
          <w:b/>
        </w:rPr>
        <w:t>흘레스타코프</w:t>
      </w:r>
      <w:r>
        <w:t xml:space="preserve">  왜 그렇게 놀라십니까, 아가씨?</w:t>
      </w:r>
    </w:p>
    <w:p>
      <w:pPr>
        <w:spacing w:after="60"/>
      </w:pPr>
      <w:r>
        <w:rPr>
          <w:b/>
        </w:rPr>
        <w:t>마리야</w:t>
      </w:r>
      <w:r>
        <w:t xml:space="preserve">  놀라지 않았어요.</w:t>
      </w:r>
    </w:p>
    <w:p>
      <w:pPr>
        <w:spacing w:after="60"/>
      </w:pPr>
      <w:r>
        <w:rPr>
          <w:b/>
        </w:rPr>
        <w:t>흘레스타코프</w:t>
      </w:r>
      <w:r>
        <w:t xml:space="preserve">  부디 그러지 마십시오. 아가씨가 저를 어떤 사람으로—아, 실례했습니다. 어디로 가시던 길이었습니까?</w:t>
      </w:r>
    </w:p>
    <w:p>
      <w:pPr>
        <w:spacing w:after="60"/>
      </w:pPr>
      <w:r>
        <w:rPr>
          <w:b/>
        </w:rPr>
        <w:t>마리야</w:t>
      </w:r>
      <w:r>
        <w:t xml:space="preserve">  아무 데도 가지 않았어요.</w:t>
      </w:r>
    </w:p>
    <w:p>
      <w:pPr>
        <w:spacing w:after="60"/>
      </w:pPr>
      <w:r>
        <w:rPr>
          <w:b/>
        </w:rPr>
        <w:t>흘레스타코프</w:t>
      </w:r>
      <w:r>
        <w:t xml:space="preserve">  그런데 왜 아무 데도 가지 않았습니까?</w:t>
      </w:r>
    </w:p>
    <w:p>
      <w:pPr>
        <w:spacing w:after="60"/>
      </w:pPr>
      <w:r>
        <w:rPr>
          <w:b/>
        </w:rPr>
        <w:t>마리야</w:t>
      </w:r>
      <w:r>
        <w:t xml:space="preserve">  어머니가 여기 계신가 궁금해서요.</w:t>
      </w:r>
    </w:p>
    <w:p>
      <w:pPr>
        <w:spacing w:after="60"/>
      </w:pPr>
      <w:r>
        <w:rPr>
          <w:b/>
        </w:rPr>
        <w:t>흘레스타코프</w:t>
      </w:r>
      <w:r>
        <w:t xml:space="preserve">  아니, 나는 왜 아무 데도 가지 않았는지가 궁금합니다.</w:t>
      </w:r>
    </w:p>
    <w:p>
      <w:pPr>
        <w:spacing w:after="60"/>
      </w:pPr>
      <w:r>
        <w:rPr>
          <w:b/>
        </w:rPr>
        <w:t>마리야</w:t>
      </w:r>
      <w:r>
        <w:t xml:space="preserve">  제가 방해할까 봐요. 중요한 일을 하고 계셨잖아요.</w:t>
      </w:r>
    </w:p>
    <w:p>
      <w:pPr>
        <w:spacing w:after="60"/>
      </w:pPr>
      <w:r>
        <w:rPr>
          <w:b/>
        </w:rPr>
        <w:t>흘레스타코프</w:t>
      </w:r>
      <w:r>
        <w:t xml:space="preserve">  아가씨의 눈이 중요한 일보다 훨씬 낫습니다. 전혀 방해되지 않습니다. 오히려 당신은 제게 큰 기쁨을 줍니다.</w:t>
      </w:r>
    </w:p>
    <w:p>
      <w:pPr>
        <w:spacing w:after="60"/>
      </w:pPr>
      <w:r>
        <w:rPr>
          <w:b/>
        </w:rPr>
        <w:t>마리야</w:t>
      </w:r>
      <w:r>
        <w:t xml:space="preserve">  수도 사람처럼 말씀하시네요.</w:t>
      </w:r>
    </w:p>
    <w:p>
      <w:pPr>
        <w:spacing w:after="60"/>
      </w:pPr>
      <w:r>
        <w:rPr>
          <w:b/>
        </w:rPr>
        <w:t>흘레스타코프</w:t>
      </w:r>
      <w:r>
        <w:t xml:space="preserve">  이렇게 아름다운 아가씨를 위해서라면요. 의자를 권해드려도 될까요? 아니, 의자가 아니라 왕좌가 어울리겠군요.</w:t>
      </w:r>
    </w:p>
    <w:p>
      <w:pPr>
        <w:spacing w:after="60"/>
      </w:pPr>
      <w:r>
        <w:rPr>
          <w:b/>
        </w:rPr>
        <w:t>마리야</w:t>
      </w:r>
      <w:r>
        <w:t xml:space="preserve">  정말 모르겠어요. 저는 가봐야 해요. (앉는다.)</w:t>
      </w:r>
    </w:p>
    <w:p>
      <w:pPr>
        <w:spacing w:after="60"/>
      </w:pPr>
      <w:r>
        <w:rPr>
          <w:b/>
        </w:rPr>
        <w:t>흘레스타코프</w:t>
      </w:r>
      <w:r>
        <w:t xml:space="preserve">  참 아름다운 스카프군요.</w:t>
      </w:r>
    </w:p>
    <w:p>
      <w:pPr>
        <w:spacing w:after="60"/>
      </w:pPr>
      <w:r>
        <w:rPr>
          <w:b/>
        </w:rPr>
        <w:t>마리야</w:t>
      </w:r>
      <w:r>
        <w:t xml:space="preserve">  저를 놀리시는군요. 지방 사람을 비웃는 거죠.</w:t>
      </w:r>
    </w:p>
    <w:p>
      <w:pPr>
        <w:spacing w:after="60"/>
      </w:pPr>
      <w:r>
        <w:rPr>
          <w:b/>
        </w:rPr>
        <w:t>흘레스타코프</w:t>
      </w:r>
      <w:r>
        <w:t xml:space="preserve">  아가씨, 제가 당신의 스카프가 되어 백합처럼 흰 목을 감쌀 수 있다면 얼마나 좋을까요.</w:t>
      </w:r>
    </w:p>
    <w:p>
      <w:pPr>
        <w:spacing w:after="60"/>
      </w:pPr>
      <w:r>
        <w:rPr>
          <w:b/>
        </w:rPr>
        <w:t>마리야</w:t>
      </w:r>
      <w:r>
        <w:t xml:space="preserve">  무슨 말씀인지 전혀 모르겠어요. 스카프라니! 오늘 날씨가 참 특이하지 않나요?</w:t>
      </w:r>
    </w:p>
    <w:p>
      <w:pPr>
        <w:spacing w:after="60"/>
      </w:pPr>
      <w:r>
        <w:rPr>
          <w:b/>
        </w:rPr>
        <w:t>흘레스타코프</w:t>
      </w:r>
      <w:r>
        <w:t xml:space="preserve">  아가씨의 입술은 어떤 날씨보다 아름답습니다.</w:t>
      </w:r>
    </w:p>
    <w:p>
      <w:pPr>
        <w:spacing w:after="60"/>
      </w:pPr>
      <w:r>
        <w:rPr>
          <w:b/>
        </w:rPr>
        <w:t>마리야</w:t>
      </w:r>
      <w:r>
        <w:t xml:space="preserve">  그냥 하시는 말씀이잖아요. 그런데 부탁 하나 드리고 싶은데… 기념으로 제 앨범에 시를 하나 써주시면 좋겠어요. 많이 알고 계시잖아요.</w:t>
      </w:r>
    </w:p>
    <w:p>
      <w:pPr>
        <w:spacing w:after="60"/>
      </w:pPr>
      <w:r>
        <w:rPr>
          <w:b/>
        </w:rPr>
        <w:t>흘레스타코프</w:t>
      </w:r>
      <w:r>
        <w:t xml:space="preserve">  원하는 대로 하죠. 어떤 시를 원합니까?</w:t>
      </w:r>
    </w:p>
    <w:p>
      <w:pPr>
        <w:spacing w:after="60"/>
      </w:pPr>
      <w:r>
        <w:rPr>
          <w:b/>
        </w:rPr>
        <w:t>마리야</w:t>
      </w:r>
      <w:r>
        <w:t xml:space="preserve">  아무거나요. 예쁘고 새로운 시요.</w:t>
      </w:r>
    </w:p>
    <w:p>
      <w:pPr>
        <w:spacing w:after="60"/>
      </w:pPr>
      <w:r>
        <w:rPr>
          <w:b/>
        </w:rPr>
        <w:t>흘레스타코프</w:t>
      </w:r>
      <w:r>
        <w:t xml:space="preserve">  시는 뭐 대단한가요? 많이 알고 있습니다.</w:t>
      </w:r>
    </w:p>
    <w:p>
      <w:pPr>
        <w:spacing w:after="60"/>
      </w:pPr>
      <w:r>
        <w:rPr>
          <w:b/>
        </w:rPr>
        <w:t>마리야</w:t>
      </w:r>
      <w:r>
        <w:t xml:space="preserve">  그럼 말해주세요. 어떤 시를 써주실 건데요?</w:t>
      </w:r>
    </w:p>
    <w:p>
      <w:pPr>
        <w:spacing w:after="60"/>
      </w:pPr>
      <w:r>
        <w:rPr>
          <w:b/>
        </w:rPr>
        <w:t>흘레스타코프</w:t>
      </w:r>
      <w:r>
        <w:t xml:space="preserve">  뭐 하러요? 어차피 많이 알고 있는데.</w:t>
      </w:r>
    </w:p>
    <w:p>
      <w:pPr>
        <w:spacing w:after="60"/>
      </w:pPr>
      <w:r>
        <w:rPr>
          <w:b/>
        </w:rPr>
        <w:t>마리야</w:t>
      </w:r>
      <w:r>
        <w:t xml:space="preserve">  저는 시를 정말 좋아해요.</w:t>
      </w:r>
    </w:p>
    <w:p>
      <w:pPr>
        <w:spacing w:after="60"/>
      </w:pPr>
      <w:r>
        <w:rPr>
          <w:b/>
        </w:rPr>
        <w:t>흘레스타코프</w:t>
      </w:r>
      <w:r>
        <w:t xml:space="preserve">  아주 많습니다. 예를 들어 이런 것도 있죠. ‘오, 고통 속에서 하느님께 불평하는 필멸의 인간이여—’ 그리고 다른 것도 많습니다. 지금은 기억이 안 나는군요. 게다가 다 헛소리입니다. 차라리 첫눈에 반한 순간부터 타오른 제 사랑을 드리고 싶습니다. (의자를 가까이 옮긴다.)</w:t>
      </w:r>
    </w:p>
    <w:p>
      <w:pPr>
        <w:spacing w:after="60"/>
      </w:pPr>
      <w:r>
        <w:rPr>
          <w:b/>
        </w:rPr>
        <w:t>마리야</w:t>
      </w:r>
      <w:r>
        <w:t xml:space="preserve">  사랑이요? 사랑이 뭔지 모르겠어요. 그런 걸 알아본 적도 없어요. (의자를 멀리 옮긴다.)</w:t>
      </w:r>
    </w:p>
    <w:p>
      <w:pPr>
        <w:spacing w:after="60"/>
      </w:pPr>
      <w:r>
        <w:rPr>
          <w:b/>
        </w:rPr>
        <w:t>흘레스타코프</w:t>
      </w:r>
      <w:r>
        <w:t xml:space="preserve">  왜 의자를 멀리 옮깁니까? 가까이 앉는 게 좋잖아요.</w:t>
      </w:r>
    </w:p>
    <w:p>
      <w:pPr>
        <w:spacing w:after="60"/>
      </w:pPr>
      <w:r>
        <w:rPr>
          <w:b/>
        </w:rPr>
        <w:t>마리야</w:t>
      </w:r>
      <w:r>
        <w:t xml:space="preserve">  왜 가까이요? 멀리 앉아도 똑같잖아요.</w:t>
      </w:r>
    </w:p>
    <w:p>
      <w:pPr>
        <w:spacing w:after="60"/>
      </w:pPr>
      <w:r>
        <w:rPr>
          <w:b/>
        </w:rPr>
        <w:t>흘레스타코프</w:t>
      </w:r>
      <w:r>
        <w:t xml:space="preserve">  왜 멀리요? 가까이 있어도 똑같습니다.</w:t>
      </w:r>
    </w:p>
    <w:p>
      <w:pPr>
        <w:spacing w:after="60"/>
      </w:pPr>
      <w:r>
        <w:rPr>
          <w:b/>
        </w:rPr>
        <w:t>마리야</w:t>
      </w:r>
      <w:r>
        <w:t xml:space="preserve">  그런데 왜 그러세요?</w:t>
      </w:r>
    </w:p>
    <w:p>
      <w:pPr>
        <w:spacing w:after="60"/>
      </w:pPr>
      <w:r>
        <w:rPr>
          <w:b/>
        </w:rPr>
        <w:t>흘레스타코프</w:t>
      </w:r>
      <w:r>
        <w:t xml:space="preserve">  당신에게만 가까워 보이는 겁니다. 멀리 있다고 생각하세요. 아가씨, 제가 당신을 품에 안을 수 있다면 얼마나 행복할까요.</w:t>
      </w:r>
    </w:p>
    <w:p>
      <w:r>
        <w:rPr>
          <w:b/>
        </w:rPr>
        <w:t xml:space="preserve">【지문】 </w:t>
      </w:r>
      <w:r>
        <w:t>마리야가 창밖을 본다.</w:t>
      </w:r>
    </w:p>
    <w:p>
      <w:pPr>
        <w:spacing w:after="60"/>
      </w:pPr>
      <w:r>
        <w:rPr>
          <w:b/>
        </w:rPr>
        <w:t>마리야</w:t>
      </w:r>
      <w:r>
        <w:t xml:space="preserve">  저게 뭐죠? 뭔가 날아간 것 같아요. 까치였나요, 다른 새였나요?</w:t>
      </w:r>
    </w:p>
    <w:p>
      <w:r>
        <w:rPr>
          <w:b/>
        </w:rPr>
        <w:t xml:space="preserve">【지문】 </w:t>
      </w:r>
      <w:r>
        <w:t>흘레스타코프가 마리야의 어깨에 입을 맞추고 창밖을 본다.</w:t>
      </w:r>
    </w:p>
    <w:p>
      <w:pPr>
        <w:spacing w:after="60"/>
      </w:pPr>
      <w:r>
        <w:rPr>
          <w:b/>
        </w:rPr>
        <w:t>흘레스타코프</w:t>
      </w:r>
      <w:r>
        <w:t xml:space="preserve">  까치입니다.</w:t>
      </w:r>
    </w:p>
    <w:p>
      <w:pPr>
        <w:spacing w:after="60"/>
      </w:pPr>
      <w:r>
        <w:rPr>
          <w:b/>
        </w:rPr>
        <w:t>마리야</w:t>
      </w:r>
      <w:r>
        <w:t xml:space="preserve">  (화가 나서 일어나며) 아니, 이건 너무하잖아요. 이런 무례가 어디 있어요!</w:t>
      </w:r>
    </w:p>
    <w:p>
      <w:pPr>
        <w:spacing w:after="60"/>
      </w:pPr>
      <w:r>
        <w:rPr>
          <w:b/>
        </w:rPr>
        <w:t>흘레스타코프</w:t>
      </w:r>
      <w:r>
        <w:t xml:space="preserve">  (붙잡으며) 용서해 주세요. 사랑해서 그랬습니다. 사랑해서 그런 것뿐입니다.</w:t>
      </w:r>
    </w:p>
    <w:p>
      <w:pPr>
        <w:spacing w:after="60"/>
      </w:pPr>
      <w:r>
        <w:rPr>
          <w:b/>
        </w:rPr>
        <w:t>마리야</w:t>
      </w:r>
      <w:r>
        <w:t xml:space="preserve">  저를 어리석은 지방 처녀로 보시는군요. (빠져나가려 한다.)</w:t>
      </w:r>
    </w:p>
    <w:p>
      <w:pPr>
        <w:spacing w:after="60"/>
      </w:pPr>
      <w:r>
        <w:rPr>
          <w:b/>
        </w:rPr>
        <w:t>흘레스타코프</w:t>
      </w:r>
      <w:r>
        <w:t xml:space="preserve">  (붙잡으며) 정말 사랑해서 그런 겁니다. 그냥 장난이었어요. 마리야 안토노브나, 화내지 마세요. 무릎 꿇고라도 용서를 빌겠습니다. (무릎을 꿇는다.) 용서해 주세요, 제발! 보세요, 제가 무릎까지 꿇었습니다.</w:t>
      </w:r>
    </w:p>
    <w:p>
      <w:r>
        <w:rPr>
          <w:b/>
          <w:sz w:val="26"/>
        </w:rPr>
        <w:t>장면 13</w:t>
      </w:r>
    </w:p>
    <w:p>
      <w:r>
        <w:rPr>
          <w:b/>
        </w:rPr>
        <w:t xml:space="preserve">【지문】 </w:t>
      </w:r>
      <w:r>
        <w:t>같은 인물과 안나 안드레예브나.</w:t>
      </w:r>
    </w:p>
    <w:p>
      <w:pPr>
        <w:spacing w:after="60"/>
      </w:pPr>
      <w:r>
        <w:rPr>
          <w:b/>
        </w:rPr>
        <w:t>안나</w:t>
      </w:r>
      <w:r>
        <w:t xml:space="preserve">  (흘레스타코프가 무릎 꿇은 것을 보고) 세상에, 이게 무슨 상황이에요!</w:t>
      </w:r>
    </w:p>
    <w:p>
      <w:pPr>
        <w:spacing w:after="60"/>
      </w:pPr>
      <w:r>
        <w:rPr>
          <w:b/>
        </w:rPr>
        <w:t>흘레스타코프</w:t>
      </w:r>
      <w:r>
        <w:t xml:space="preserve">  (일어나며) 아, 젠장!</w:t>
      </w:r>
    </w:p>
    <w:p>
      <w:pPr>
        <w:spacing w:after="60"/>
      </w:pPr>
      <w:r>
        <w:rPr>
          <w:b/>
        </w:rPr>
        <w:t>안나</w:t>
      </w:r>
      <w:r>
        <w:t xml:space="preserve">  (마리야에게) 이게 무슨 일이니? 이런 행동이 대체 뭐야?</w:t>
      </w:r>
    </w:p>
    <w:p>
      <w:pPr>
        <w:spacing w:after="60"/>
      </w:pPr>
      <w:r>
        <w:rPr>
          <w:b/>
        </w:rPr>
        <w:t>마리야</w:t>
      </w:r>
      <w:r>
        <w:t xml:space="preserve">  엄마, 저는—</w:t>
      </w:r>
    </w:p>
    <w:p>
      <w:pPr>
        <w:spacing w:after="60"/>
      </w:pPr>
      <w:r>
        <w:rPr>
          <w:b/>
        </w:rPr>
        <w:t>안나</w:t>
      </w:r>
      <w:r>
        <w:t xml:space="preserve">  여기서 나가! 내 말 안 들려? 다시는 내 앞에 얼굴을 보이지 마. (마리야가 울면서 나간다.) 실례지만 정말 놀랍군요.</w:t>
      </w:r>
    </w:p>
    <w:p>
      <w:pPr>
        <w:spacing w:after="60"/>
      </w:pPr>
      <w:r>
        <w:rPr>
          <w:b/>
        </w:rPr>
        <w:t>흘레스타코프</w:t>
      </w:r>
      <w:r>
        <w:t xml:space="preserve">  (혼잣말) 이쪽도 꽤 괜찮은데. 얼굴도 나쁘지 않고. (무릎을 꿇는다.) 부인, 보십시오. 저는 사랑으로 불타고 있습니다.</w:t>
      </w:r>
    </w:p>
    <w:p>
      <w:pPr>
        <w:spacing w:after="60"/>
      </w:pPr>
      <w:r>
        <w:rPr>
          <w:b/>
        </w:rPr>
        <w:t>안나</w:t>
      </w:r>
      <w:r>
        <w:t xml:space="preserve">  뭐라고요! 왜 무릎을 꿇어요? 일어나세요. 이 바닥은 깨끗하지 않아요.</w:t>
      </w:r>
    </w:p>
    <w:p>
      <w:pPr>
        <w:spacing w:after="60"/>
      </w:pPr>
      <w:r>
        <w:rPr>
          <w:b/>
        </w:rPr>
        <w:t>흘레스타코프</w:t>
      </w:r>
      <w:r>
        <w:t xml:space="preserve">  아니요. 당신 앞에서는 무릎을 꿇어야 합니다. 반드시 그래야 합니다. 판결을 내려주세요. 살려주실 겁니까, 죽이실 겁니까?</w:t>
      </w:r>
    </w:p>
    <w:p>
      <w:pPr>
        <w:spacing w:after="60"/>
      </w:pPr>
      <w:r>
        <w:rPr>
          <w:b/>
        </w:rPr>
        <w:t>안나</w:t>
      </w:r>
      <w:r>
        <w:t xml:space="preserve">  하지만… 무슨 말씀인지 잘 모르겠군요. 제가 잘못 이해한 게 아니라면, 제 딸에게 청혼하시는 것 아닌가요?</w:t>
      </w:r>
    </w:p>
    <w:p>
      <w:pPr>
        <w:spacing w:after="60"/>
      </w:pPr>
      <w:r>
        <w:rPr>
          <w:b/>
        </w:rPr>
        <w:t>흘레스타코프</w:t>
      </w:r>
      <w:r>
        <w:t xml:space="preserve">  아니요. 저는 당신을 사랑합니다. 제 목숨이 실 한 가닥에 달려 있습니다. 제 변치 않는 사랑을 받아주지 않는다면 저는 이 세상에 존재할 자격이 없습니다. 가슴속에서 타오르는 불꽃으로 당신의 손을 청합니다.</w:t>
      </w:r>
    </w:p>
    <w:p>
      <w:pPr>
        <w:spacing w:after="60"/>
      </w:pPr>
      <w:r>
        <w:rPr>
          <w:b/>
        </w:rPr>
        <w:t>안나</w:t>
      </w:r>
      <w:r>
        <w:t xml:space="preserve">  하지만 제가 어떤 의미에서는… 결혼한 사람이라는 걸 기억하셔야 합니다.</w:t>
      </w:r>
    </w:p>
    <w:p>
      <w:pPr>
        <w:spacing w:after="60"/>
      </w:pPr>
      <w:r>
        <w:rPr>
          <w:b/>
        </w:rPr>
        <w:t>흘레스타코프</w:t>
      </w:r>
      <w:r>
        <w:t xml:space="preserve">  그게 무슨 상관입니까? 사랑에는 구별이 없습니다. 카람진도 말했죠. ‘법은 정죄하지만…’ 우리는 시냇물 그늘 아래로 달아날 겁니다. 손을 주세요! 당신의 손을 청합니다.</w:t>
      </w:r>
    </w:p>
    <w:p>
      <w:r>
        <w:rPr>
          <w:b/>
          <w:sz w:val="26"/>
        </w:rPr>
        <w:t>장면 14</w:t>
      </w:r>
    </w:p>
    <w:p>
      <w:r>
        <w:rPr>
          <w:b/>
        </w:rPr>
        <w:t xml:space="preserve">【지문】 </w:t>
      </w:r>
      <w:r>
        <w:t>같은 인물과 마리야 안토노브나.</w:t>
      </w:r>
    </w:p>
    <w:p>
      <w:pPr>
        <w:spacing w:after="60"/>
      </w:pPr>
      <w:r>
        <w:rPr>
          <w:b/>
        </w:rPr>
        <w:t>마리야</w:t>
      </w:r>
      <w:r>
        <w:t xml:space="preserve">  (갑자기 뛰어들며) 엄마, 아빠가 엄마에게— (흘레스타코프가 무릎 꿇은 것을 보고) 세상에, 이게 무슨 상황이에요!</w:t>
      </w:r>
    </w:p>
    <w:p>
      <w:pPr>
        <w:spacing w:after="60"/>
      </w:pPr>
      <w:r>
        <w:rPr>
          <w:b/>
        </w:rPr>
        <w:t>안나</w:t>
      </w:r>
      <w:r>
        <w:t xml:space="preserve">  그래, 뭘 원하는 거니? 왜 들어왔어? 대체 왜? 왜 이렇게 경솔하니? 연기 속에서 뛰쳐나오는 고양이처럼 불쑥 들어오다니. 뭐가 그렇게 놀라운 일이야? 또 무슨 생각을 하는 거니? 정말 세 살짜리 아이처럼 행동하는구나. 열여덟 살짜리 아가씨처럼 행동하는 법이 없어. 도대체 언제 철이 들고, 언제 제대로 된 아가씨처럼 행동하고, 언제 예의와 품위를 알게 될 거니?</w:t>
      </w:r>
    </w:p>
    <w:p>
      <w:pPr>
        <w:spacing w:after="60"/>
      </w:pPr>
      <w:r>
        <w:rPr>
          <w:b/>
        </w:rPr>
        <w:t>마리야</w:t>
      </w:r>
      <w:r>
        <w:t xml:space="preserve">  (눈물을 흘리며) 엄마, 저는 정말 몰랐어요…</w:t>
      </w:r>
    </w:p>
    <w:p>
      <w:pPr>
        <w:spacing w:after="60"/>
      </w:pPr>
      <w:r>
        <w:rPr>
          <w:b/>
        </w:rPr>
        <w:t>안나</w:t>
      </w:r>
      <w:r>
        <w:t xml:space="preserve">  네 머릿속에는 늘 바람만 부는구나. 리압킨-탸프킨의 딸처럼 행동하잖아. 왜 그들을 따라 해? 그러면 안 돼. 너에게는 다른 본보기가 있잖아. 네 앞에 어머니가 있잖니. 어머니를 본받아.</w:t>
      </w:r>
    </w:p>
    <w:p>
      <w:pPr>
        <w:spacing w:after="60"/>
      </w:pPr>
      <w:r>
        <w:rPr>
          <w:b/>
        </w:rPr>
        <w:t>흘레스타코프</w:t>
      </w:r>
      <w:r>
        <w:t xml:space="preserve">  (마리야의 손을 잡으며) 안나 안드레예브나, 우리의 행복을 막지 마십시오. 우리의 변치 않는 사랑을 축복해주십시오.</w:t>
      </w:r>
    </w:p>
    <w:p>
      <w:pPr>
        <w:spacing w:after="60"/>
      </w:pPr>
      <w:r>
        <w:rPr>
          <w:b/>
        </w:rPr>
        <w:t>안나</w:t>
      </w:r>
      <w:r>
        <w:t xml:space="preserve">  (놀라며) 그러니까 당신이 사랑하는 사람이 이 아이—</w:t>
      </w:r>
    </w:p>
    <w:p>
      <w:pPr>
        <w:spacing w:after="60"/>
      </w:pPr>
      <w:r>
        <w:rPr>
          <w:b/>
        </w:rPr>
        <w:t>흘레스타코프</w:t>
      </w:r>
      <w:r>
        <w:t xml:space="preserve">  결정해 주세요. 살 것인지 죽을 것인지.</w:t>
      </w:r>
    </w:p>
    <w:p>
      <w:pPr>
        <w:spacing w:after="60"/>
      </w:pPr>
      <w:r>
        <w:rPr>
          <w:b/>
        </w:rPr>
        <w:t>안나</w:t>
      </w:r>
      <w:r>
        <w:t xml:space="preserve">  거 봐, 이 바보야. 우리 귀한 손님이 너 같은 아이를 위해 무릎까지 꿇었잖아. 정신없이 갑자기 뛰어들기나 하고. 정말이지 내가 거절한다면 오히려 당연한 일이야. 너는 이런 행복을 받을 자격도 없어.</w:t>
      </w:r>
    </w:p>
    <w:p>
      <w:pPr>
        <w:spacing w:after="60"/>
      </w:pPr>
      <w:r>
        <w:rPr>
          <w:b/>
        </w:rPr>
        <w:t>마리야</w:t>
      </w:r>
      <w:r>
        <w:t xml:space="preserve">  다시는 안 그럴게요, 엄마. 정말이에요.</w:t>
      </w:r>
    </w:p>
    <w:p>
      <w:r>
        <w:rPr>
          <w:b/>
          <w:sz w:val="26"/>
        </w:rPr>
        <w:t>장면 15</w:t>
      </w:r>
    </w:p>
    <w:p>
      <w:r>
        <w:rPr>
          <w:b/>
        </w:rPr>
        <w:t xml:space="preserve">【지문】 </w:t>
      </w:r>
      <w:r>
        <w:t>같은 인물들과 시장이 급하게 뛰어 들어온다.</w:t>
      </w:r>
    </w:p>
    <w:p>
      <w:pPr>
        <w:spacing w:after="60"/>
      </w:pPr>
      <w:r>
        <w:rPr>
          <w:b/>
        </w:rPr>
        <w:t>시장</w:t>
      </w:r>
      <w:r>
        <w:t xml:space="preserve">  각하, 저를 망치지 말아주십시오! 제발 저를 망치지 말아주십시오!</w:t>
      </w:r>
    </w:p>
    <w:p>
      <w:pPr>
        <w:spacing w:after="60"/>
      </w:pPr>
      <w:r>
        <w:rPr>
          <w:b/>
        </w:rPr>
        <w:t>흘레스타코프</w:t>
      </w:r>
      <w:r>
        <w:t xml:space="preserve">  무슨 일입니까?</w:t>
      </w:r>
    </w:p>
    <w:p>
      <w:pPr>
        <w:spacing w:after="60"/>
      </w:pPr>
      <w:r>
        <w:rPr>
          <w:b/>
        </w:rPr>
        <w:t>시장</w:t>
      </w:r>
      <w:r>
        <w:t xml:space="preserve">  상인들이 각하께 고발했습니다. 맹세코 그들이 말한 것의 절반도 사실이 아닙니다. 그들은 사기꾼입니다. 양과 질을 속입니다. 하사관의 미망인이 당신에게 거짓말했습니다. 제가 그녀를 매질했다는 건 거짓말입니다. 맹세코 거짓말입니다. 그녀가 스스로 매질한 겁니다.</w:t>
      </w:r>
    </w:p>
    <w:p>
      <w:pPr>
        <w:spacing w:after="60"/>
      </w:pPr>
      <w:r>
        <w:rPr>
          <w:b/>
        </w:rPr>
        <w:t>흘레스타코프</w:t>
      </w:r>
      <w:r>
        <w:t xml:space="preserve">  그 하사관의 미망인은 제발 그만둡시다. 내가 그 여자 일에 왜 신경을 씁니까?</w:t>
      </w:r>
    </w:p>
    <w:p>
      <w:pPr>
        <w:spacing w:after="60"/>
      </w:pPr>
      <w:r>
        <w:rPr>
          <w:b/>
        </w:rPr>
        <w:t>시장</w:t>
      </w:r>
      <w:r>
        <w:t xml:space="preserve">  믿지 마십시오, 믿지 마세요. 그들은 완전한 거짓말쟁이입니다. 어린아이도 믿지 않을 말입니다. 온 도시가 그들이 거짓말쟁이라는 걸 압니다. 그리고 사기 문제에 관해서라면, 세상에 그들보다 더한 사기꾼은 없습니다.</w:t>
      </w:r>
    </w:p>
    <w:p>
      <w:pPr>
        <w:spacing w:after="60"/>
      </w:pPr>
      <w:r>
        <w:rPr>
          <w:b/>
        </w:rPr>
        <w:t>안나</w:t>
      </w:r>
      <w:r>
        <w:t xml:space="preserve">  당신은 이반 알렉산드로비치께서 우리에게 얼마나 큰 영광을 베푸시는지 아세요? 우리 딸에게 청혼하고 계세요.</w:t>
      </w:r>
    </w:p>
    <w:p>
      <w:pPr>
        <w:spacing w:after="60"/>
      </w:pPr>
      <w:r>
        <w:rPr>
          <w:b/>
        </w:rPr>
        <w:t>시장</w:t>
      </w:r>
      <w:r>
        <w:t xml:space="preserve">  무슨 소리요? 아내가 정신을 잃었군. 각하, 부디 노여워하지 마십시오. 장모에게서 물려받은 병이 조금 있습니다.</w:t>
      </w:r>
    </w:p>
    <w:p>
      <w:pPr>
        <w:spacing w:after="60"/>
      </w:pPr>
      <w:r>
        <w:rPr>
          <w:b/>
        </w:rPr>
        <w:t>흘레스타코프</w:t>
      </w:r>
      <w:r>
        <w:t xml:space="preserve">  네, 제가 따님의 손을 청하는 겁니다. 저는 따님을 사랑합니다.</w:t>
      </w:r>
    </w:p>
    <w:p>
      <w:pPr>
        <w:spacing w:after="60"/>
      </w:pPr>
      <w:r>
        <w:rPr>
          <w:b/>
        </w:rPr>
        <w:t>시장</w:t>
      </w:r>
      <w:r>
        <w:t xml:space="preserve">  믿을 수가 없습니다, 각하.</w:t>
      </w:r>
    </w:p>
    <w:p>
      <w:pPr>
        <w:spacing w:after="60"/>
      </w:pPr>
      <w:r>
        <w:rPr>
          <w:b/>
        </w:rPr>
        <w:t>안나</w:t>
      </w:r>
      <w:r>
        <w:t xml:space="preserve">  말했잖아요!</w:t>
      </w:r>
    </w:p>
    <w:p>
      <w:pPr>
        <w:spacing w:after="60"/>
      </w:pPr>
      <w:r>
        <w:rPr>
          <w:b/>
        </w:rPr>
        <w:t>흘레스타코프</w:t>
      </w:r>
      <w:r>
        <w:t xml:space="preserve">  농담이 아닙니다. 너무 사랑해서 미쳐버릴 것 같습니다.</w:t>
      </w:r>
    </w:p>
    <w:p>
      <w:pPr>
        <w:spacing w:after="60"/>
      </w:pPr>
      <w:r>
        <w:rPr>
          <w:b/>
        </w:rPr>
        <w:t>시장</w:t>
      </w:r>
      <w:r>
        <w:t xml:space="preserve">  감히 믿을 수가 없습니다. 각하께서 농담하시는 거겠죠.</w:t>
      </w:r>
    </w:p>
    <w:p>
      <w:pPr>
        <w:spacing w:after="60"/>
      </w:pPr>
      <w:r>
        <w:rPr>
          <w:b/>
        </w:rPr>
        <w:t>흘레스타코프</w:t>
      </w:r>
      <w:r>
        <w:t xml:space="preserve">  마리야 안토노브나를 제게 주지 않으신다면 무슨 짓을 할지 저도 모릅니다.</w:t>
      </w:r>
    </w:p>
    <w:p>
      <w:pPr>
        <w:spacing w:after="60"/>
      </w:pPr>
      <w:r>
        <w:rPr>
          <w:b/>
        </w:rPr>
        <w:t>시장</w:t>
      </w:r>
      <w:r>
        <w:t xml:space="preserve">  믿을 수가 없습니다.</w:t>
      </w:r>
    </w:p>
    <w:p>
      <w:pPr>
        <w:spacing w:after="60"/>
      </w:pPr>
      <w:r>
        <w:rPr>
          <w:b/>
        </w:rPr>
        <w:t>안나</w:t>
      </w:r>
      <w:r>
        <w:t xml:space="preserve">  이 사람이 정말 왜 이러죠! 몇 번을 말해야 알아듣겠어요!</w:t>
      </w:r>
    </w:p>
    <w:p>
      <w:pPr>
        <w:spacing w:after="60"/>
      </w:pPr>
      <w:r>
        <w:rPr>
          <w:b/>
        </w:rPr>
        <w:t>시장</w:t>
      </w:r>
      <w:r>
        <w:t xml:space="preserve">  믿을 수가 없습니다.</w:t>
      </w:r>
    </w:p>
    <w:p>
      <w:pPr>
        <w:spacing w:after="60"/>
      </w:pPr>
      <w:r>
        <w:rPr>
          <w:b/>
        </w:rPr>
        <w:t>흘레스타코프</w:t>
      </w:r>
      <w:r>
        <w:t xml:space="preserve">  따님을 주세요! 저는 절박한 사람이라 무슨 짓이든 할 수 있습니다. 제가 자살이라도 하면 당신에게 소송이 걸릴 겁니다.</w:t>
      </w:r>
    </w:p>
    <w:p>
      <w:pPr>
        <w:spacing w:after="60"/>
      </w:pPr>
      <w:r>
        <w:rPr>
          <w:b/>
        </w:rPr>
        <w:t>시장</w:t>
      </w:r>
      <w:r>
        <w:t xml:space="preserve">  오, 하느님! 저는 생각으로도 행동으로도 죄가 없습니다. 제발 노여워하지 마십시오. 자비를 베푸시는 대로 하십시오. 정말 머리가 어떻게 된 것 같습니다. 평생 이보다 더 멍청해진 적이 없습니다.</w:t>
      </w:r>
    </w:p>
    <w:p>
      <w:r>
        <w:rPr>
          <w:b/>
          <w:sz w:val="26"/>
        </w:rPr>
        <w:t>장면 16</w:t>
      </w:r>
    </w:p>
    <w:p>
      <w:pPr>
        <w:spacing w:after="60"/>
      </w:pPr>
      <w:r>
        <w:rPr>
          <w:b/>
        </w:rPr>
        <w:t>안나</w:t>
      </w:r>
      <w:r>
        <w:t xml:space="preserve">  그럼 축복해 주세요.</w:t>
      </w:r>
    </w:p>
    <w:p>
      <w:r>
        <w:rPr>
          <w:b/>
        </w:rPr>
        <w:t xml:space="preserve">【지문】 </w:t>
      </w:r>
      <w:r>
        <w:t>흘레스타코프가 마리야 안토노브나에게 다가간다.</w:t>
      </w:r>
    </w:p>
    <w:p>
      <w:pPr>
        <w:spacing w:after="60"/>
      </w:pPr>
      <w:r>
        <w:rPr>
          <w:b/>
        </w:rPr>
        <w:t>시장</w:t>
      </w:r>
      <w:r>
        <w:t xml:space="preserve">  하느님께서 두 사람을 축복하시길. 하지만 저는 죄가 없습니다.</w:t>
      </w:r>
    </w:p>
    <w:p>
      <w:r>
        <w:rPr>
          <w:b/>
        </w:rPr>
        <w:t xml:space="preserve">【지문】 </w:t>
      </w:r>
      <w:r>
        <w:t>흘레스타코프가 마리야에게 입을 맞춘다. 시장이 두 사람을 바라본다.</w:t>
      </w:r>
    </w:p>
    <w:p>
      <w:pPr>
        <w:spacing w:after="60"/>
      </w:pPr>
      <w:r>
        <w:rPr>
          <w:b/>
        </w:rPr>
        <w:t>시장</w:t>
      </w:r>
      <w:r>
        <w:t xml:space="preserve">  세상에! 정말이었군. (눈을 비빈다.) 둘이 입을 맞추고 있어. 맙소사! 정말 입을 맞추고 있어. 정말 우리 사위가 되는 건가! (기뻐 뛰며) 안톤! 안톤! 시장 나리! 이게 대체 무슨 일이란 말인가!</w:t>
      </w:r>
    </w:p>
    <w:p>
      <w:r>
        <w:rPr>
          <w:b/>
        </w:rPr>
        <w:t xml:space="preserve">【지문】 </w:t>
      </w:r>
      <w:r>
        <w:t>오시프가 들어온다.</w:t>
      </w:r>
    </w:p>
    <w:p>
      <w:pPr>
        <w:spacing w:after="60"/>
      </w:pPr>
      <w:r>
        <w:rPr>
          <w:b/>
        </w:rPr>
        <w:t>오시프</w:t>
      </w:r>
      <w:r>
        <w:t xml:space="preserve">  마차가 준비됐습니다.</w:t>
      </w:r>
    </w:p>
    <w:p>
      <w:pPr>
        <w:spacing w:after="60"/>
      </w:pPr>
      <w:r>
        <w:rPr>
          <w:b/>
        </w:rPr>
        <w:t>흘레스타코프</w:t>
      </w:r>
      <w:r>
        <w:t xml:space="preserve">  아! 그래. 곧 갈게.</w:t>
      </w:r>
    </w:p>
    <w:p>
      <w:pPr>
        <w:spacing w:after="60"/>
      </w:pPr>
      <w:r>
        <w:rPr>
          <w:b/>
        </w:rPr>
        <w:t>시장</w:t>
      </w:r>
      <w:r>
        <w:t xml:space="preserve">  뭐라고요? 떠나시는 겁니까?</w:t>
      </w:r>
    </w:p>
    <w:p>
      <w:pPr>
        <w:spacing w:after="60"/>
      </w:pPr>
      <w:r>
        <w:rPr>
          <w:b/>
        </w:rPr>
        <w:t>흘레스타코프</w:t>
      </w:r>
      <w:r>
        <w:t xml:space="preserve">  네, 갑니다.</w:t>
      </w:r>
    </w:p>
    <w:p>
      <w:pPr>
        <w:spacing w:after="60"/>
      </w:pPr>
      <w:r>
        <w:rPr>
          <w:b/>
        </w:rPr>
        <w:t>시장</w:t>
      </w:r>
      <w:r>
        <w:t xml:space="preserve">  그럼 언제—그러니까—결혼 이야기를 하셨던 것 같은데.</w:t>
      </w:r>
    </w:p>
    <w:p>
      <w:pPr>
        <w:spacing w:after="60"/>
      </w:pPr>
      <w:r>
        <w:rPr>
          <w:b/>
        </w:rPr>
        <w:t>흘레스타코프</w:t>
      </w:r>
      <w:r>
        <w:t xml:space="preserve">  아, 잠깐 동안만요. 하루만요. 돈 많은 늙은 삼촌에게 다녀오겠습니다. 내일 돌아오겠습니다.</w:t>
      </w:r>
    </w:p>
    <w:p>
      <w:pPr>
        <w:spacing w:after="60"/>
      </w:pPr>
      <w:r>
        <w:rPr>
          <w:b/>
        </w:rPr>
        <w:t>시장</w:t>
      </w:r>
      <w:r>
        <w:t xml:space="preserve">  물론 감히 붙잡지는 않겠습니다. 무사히 돌아오시기를 바랍니다.</w:t>
      </w:r>
    </w:p>
    <w:p>
      <w:pPr>
        <w:spacing w:after="60"/>
      </w:pPr>
      <w:r>
        <w:rPr>
          <w:b/>
        </w:rPr>
        <w:t>흘레스타코프</w:t>
      </w:r>
      <w:r>
        <w:t xml:space="preserve">  물론이죠. 물론입니다. 곧 돌아오겠습니다. 안녕히 계세요, 사랑하는 분—아니, 제 마음을 말로 표현할 수가 없군요. 안녕히 계세요, 내 마음. (마리야의 손에 입을 맞춘다.)</w:t>
      </w:r>
    </w:p>
    <w:p>
      <w:pPr>
        <w:spacing w:after="60"/>
      </w:pPr>
      <w:r>
        <w:rPr>
          <w:b/>
        </w:rPr>
        <w:t>시장</w:t>
      </w:r>
      <w:r>
        <w:t xml:space="preserve">  길에 필요한 것이 없으십니까? 돈이 부족하셨던 것 같은데.</w:t>
      </w:r>
    </w:p>
    <w:p>
      <w:pPr>
        <w:spacing w:after="60"/>
      </w:pPr>
      <w:r>
        <w:rPr>
          <w:b/>
        </w:rPr>
        <w:t>흘레스타코프</w:t>
      </w:r>
      <w:r>
        <w:t xml:space="preserve">  아뇨, 왜요? (잠시 생각한다.) 하지만 원하신다면.</w:t>
      </w:r>
    </w:p>
    <w:p>
      <w:pPr>
        <w:spacing w:after="60"/>
      </w:pPr>
      <w:r>
        <w:rPr>
          <w:b/>
        </w:rPr>
        <w:t>시장</w:t>
      </w:r>
      <w:r>
        <w:t xml:space="preserve">  얼마나 필요하십니까?</w:t>
      </w:r>
    </w:p>
    <w:p>
      <w:pPr>
        <w:spacing w:after="60"/>
      </w:pPr>
      <w:r>
        <w:rPr>
          <w:b/>
        </w:rPr>
        <w:t>흘레스타코프</w:t>
      </w:r>
      <w:r>
        <w:t xml:space="preserve">  그때 200루블을 주셨죠. 아니, 200이 아니라 400이었군요. 당신의 실수를 이용하고 싶지는 않으니, 이번에도 같은 금액을 주시면 합계가 정확히 800루블이 되겠군요.</w:t>
      </w:r>
    </w:p>
    <w:p>
      <w:pPr>
        <w:spacing w:after="60"/>
      </w:pPr>
      <w:r>
        <w:rPr>
          <w:b/>
        </w:rPr>
        <w:t>시장</w:t>
      </w:r>
      <w:r>
        <w:t xml:space="preserve">  좋습니다. (지갑에서 돈을 꺼낸다.) 마침 새 지폐이기도 합니다.</w:t>
      </w:r>
    </w:p>
    <w:p>
      <w:pPr>
        <w:spacing w:after="60"/>
      </w:pPr>
      <w:r>
        <w:rPr>
          <w:b/>
        </w:rPr>
        <w:t>흘레스타코프</w:t>
      </w:r>
      <w:r>
        <w:t xml:space="preserve">  아, 좋군요. 새 돈은 행운을 가져온다고 하죠.</w:t>
      </w:r>
    </w:p>
    <w:p>
      <w:pPr>
        <w:spacing w:after="60"/>
      </w:pPr>
      <w:r>
        <w:rPr>
          <w:b/>
        </w:rPr>
        <w:t>시장</w:t>
      </w:r>
      <w:r>
        <w:t xml:space="preserve">  맞습니다.</w:t>
      </w:r>
    </w:p>
    <w:p>
      <w:pPr>
        <w:spacing w:after="60"/>
      </w:pPr>
      <w:r>
        <w:rPr>
          <w:b/>
        </w:rPr>
        <w:t>흘레스타코프</w:t>
      </w:r>
      <w:r>
        <w:t xml:space="preserve">  안녕히 계십시오, 안톤 안토노비치. 환대해주셔서 정말 감사합니다. 솔직히 말하면 어디에서도 이렇게 환대를 받은 적이 없습니다. 안녕히 계세요, 안나 안드레예브나. 안녕히 계세요, 나의 사랑, 마리야 안토노브나.</w:t>
      </w:r>
    </w:p>
    <w:p>
      <w:r>
        <w:rPr>
          <w:b/>
        </w:rPr>
        <w:t xml:space="preserve">【지문】 </w:t>
      </w:r>
      <w:r>
        <w:t>모두 퇴장한다.</w:t>
      </w:r>
    </w:p>
    <w:p>
      <w:r>
        <w:rPr>
          <w:b/>
        </w:rPr>
        <w:t xml:space="preserve">【지문】 </w:t>
      </w:r>
      <w:r>
        <w:t>무대 뒤.</w:t>
      </w:r>
    </w:p>
    <w:p>
      <w:pPr>
        <w:spacing w:after="60"/>
      </w:pPr>
      <w:r>
        <w:rPr>
          <w:b/>
        </w:rPr>
        <w:t>흘레스타코프</w:t>
      </w:r>
      <w:r>
        <w:t xml:space="preserve">  안녕히 계세요, 내 영혼의 천사, 마리야 안토노브나.</w:t>
      </w:r>
    </w:p>
    <w:p>
      <w:pPr>
        <w:spacing w:after="60"/>
      </w:pPr>
      <w:r>
        <w:rPr>
          <w:b/>
        </w:rPr>
        <w:t>시장</w:t>
      </w:r>
      <w:r>
        <w:t xml:space="preserve">  뭐라고요? 평범한 역마차를 타고 가시는 겁니까?</w:t>
      </w:r>
    </w:p>
    <w:p>
      <w:pPr>
        <w:spacing w:after="60"/>
      </w:pPr>
      <w:r>
        <w:rPr>
          <w:b/>
        </w:rPr>
        <w:t>흘레스타코프</w:t>
      </w:r>
      <w:r>
        <w:t xml:space="preserve">  네. 저는 그게 익숙합니다. 스프링이 달린 마차를 타면 머리가 아파서요.</w:t>
      </w:r>
    </w:p>
    <w:p>
      <w:pPr>
        <w:spacing w:after="60"/>
      </w:pPr>
      <w:r>
        <w:rPr>
          <w:b/>
        </w:rPr>
        <w:t>마부</w:t>
      </w:r>
      <w:r>
        <w:t xml:space="preserve">  이랴!</w:t>
      </w:r>
    </w:p>
    <w:p>
      <w:pPr>
        <w:spacing w:after="60"/>
      </w:pPr>
      <w:r>
        <w:rPr>
          <w:b/>
        </w:rPr>
        <w:t>시장</w:t>
      </w:r>
      <w:r>
        <w:t xml:space="preserve">  그래도 좌석에 깔개라도 가져가십시오. 원하시면 깔개를 가져오라고 하겠습니다.</w:t>
      </w:r>
    </w:p>
    <w:p>
      <w:pPr>
        <w:spacing w:after="60"/>
      </w:pPr>
      <w:r>
        <w:rPr>
          <w:b/>
        </w:rPr>
        <w:t>흘레스타코프</w:t>
      </w:r>
      <w:r>
        <w:t xml:space="preserve">  아니요, 왜요? 필요 없습니다. 하지만 원하신다면 깔개를 가져오게 하세요.</w:t>
      </w:r>
    </w:p>
    <w:p>
      <w:pPr>
        <w:spacing w:after="60"/>
      </w:pPr>
      <w:r>
        <w:rPr>
          <w:b/>
        </w:rPr>
        <w:t>시장</w:t>
      </w:r>
      <w:r>
        <w:t xml:space="preserve">  이봐, 아브도티야! 창고로 가서 가장 좋은 깔개를 가져와. 푸른 바탕의 페르시아산으로. 빨리!</w:t>
      </w:r>
    </w:p>
    <w:p>
      <w:pPr>
        <w:spacing w:after="60"/>
      </w:pPr>
      <w:r>
        <w:rPr>
          <w:b/>
        </w:rPr>
        <w:t>마부</w:t>
      </w:r>
      <w:r>
        <w:t xml:space="preserve">  이랴!</w:t>
      </w:r>
    </w:p>
    <w:p>
      <w:pPr>
        <w:spacing w:after="60"/>
      </w:pPr>
      <w:r>
        <w:rPr>
          <w:b/>
        </w:rPr>
        <w:t>시장</w:t>
      </w:r>
      <w:r>
        <w:t xml:space="preserve">  언제 돌아오신다고 하셨죠?</w:t>
      </w:r>
    </w:p>
    <w:p>
      <w:pPr>
        <w:spacing w:after="60"/>
      </w:pPr>
      <w:r>
        <w:rPr>
          <w:b/>
        </w:rPr>
        <w:t>흘레스타코프</w:t>
      </w:r>
      <w:r>
        <w:t xml:space="preserve">  내일이나 모레쯤.</w:t>
      </w:r>
    </w:p>
    <w:p>
      <w:pPr>
        <w:spacing w:after="60"/>
      </w:pPr>
      <w:r>
        <w:rPr>
          <w:b/>
        </w:rPr>
        <w:t>오시프</w:t>
      </w:r>
      <w:r>
        <w:t xml:space="preserve">  이게 그 깔개입니까? 이리 주세요. 거기에 놓으세요. 이쪽에 건초를 좀 깔고. 더요. 좋아요. 됐습니다. (손으로 깔개를 두드린다.) 이제 앉으시죠, 각하.</w:t>
      </w:r>
    </w:p>
    <w:p>
      <w:pPr>
        <w:spacing w:after="60"/>
      </w:pPr>
      <w:r>
        <w:rPr>
          <w:b/>
        </w:rPr>
        <w:t>흘레스타코프</w:t>
      </w:r>
      <w:r>
        <w:t xml:space="preserve">  안녕히 계십시오, 안톤 안토노비치.</w:t>
      </w:r>
    </w:p>
    <w:p>
      <w:pPr>
        <w:spacing w:after="60"/>
      </w:pPr>
      <w:r>
        <w:rPr>
          <w:b/>
        </w:rPr>
        <w:t>시장</w:t>
      </w:r>
      <w:r>
        <w:t xml:space="preserve">  안녕히 가십시오, 각하.</w:t>
      </w:r>
    </w:p>
    <w:p>
      <w:pPr>
        <w:spacing w:after="60"/>
      </w:pPr>
      <w:r>
        <w:rPr>
          <w:b/>
        </w:rPr>
        <w:t>안나 / 마리야</w:t>
      </w:r>
      <w:r>
        <w:t xml:space="preserve">  안녕히 가세요, 이반 알렉산드로비치.</w:t>
      </w:r>
    </w:p>
    <w:p>
      <w:pPr>
        <w:spacing w:after="60"/>
      </w:pPr>
      <w:r>
        <w:rPr>
          <w:b/>
        </w:rPr>
        <w:t>흘레스타코프</w:t>
      </w:r>
      <w:r>
        <w:t xml:space="preserve">  안녕히 계세요, 어머니.</w:t>
      </w:r>
    </w:p>
    <w:p>
      <w:pPr>
        <w:spacing w:after="60"/>
      </w:pPr>
      <w:r>
        <w:rPr>
          <w:b/>
        </w:rPr>
        <w:t>마부</w:t>
      </w:r>
      <w:r>
        <w:t xml:space="preserve">  이랴, 얘들아!</w:t>
      </w:r>
    </w:p>
    <w:p>
      <w:r>
        <w:rPr>
          <w:b/>
        </w:rPr>
        <w:t xml:space="preserve">【지문】 </w:t>
      </w:r>
      <w:r>
        <w:t>종소리가 울리고 막이 내린다.</w:t>
      </w:r>
    </w:p>
    <w:p>
      <w:pPr>
        <w:jc w:val="center"/>
        <w:rPr>
          <w:lang/>
          <w:b/>
          <w:sz w:val="26"/>
          <w:rtl w:val="off"/>
        </w:rPr>
      </w:pPr>
      <w:r>
        <w:rPr>
          <w:b/>
          <w:sz w:val="26"/>
        </w:rPr>
        <w:t>— 제4막 끝 —</w:t>
      </w:r>
    </w:p>
    <w:p>
      <w:pPr>
        <w:jc w:val="center"/>
        <w:rPr>
          <w:lang/>
          <w:b/>
          <w:sz w:val="26"/>
          <w:rtl w:val="off"/>
        </w:rPr>
      </w:pPr>
    </w:p>
    <w:p>
      <w:pPr>
        <w:jc w:val="center"/>
        <w:rPr>
          <w:lang/>
          <w:b/>
          <w:sz w:val="26"/>
          <w:rtl w:val="off"/>
        </w:rPr>
      </w:pPr>
    </w:p>
    <w:p>
      <w:pPr>
        <w:jc w:val="center"/>
        <w:rPr>
          <w:lang/>
          <w:b/>
          <w:sz w:val="26"/>
          <w:rtl w:val="off"/>
        </w:rPr>
      </w:pPr>
    </w:p>
    <w:p>
      <w:pPr>
        <w:jc w:val="center"/>
        <w:rPr>
          <w:lang/>
          <w:b/>
          <w:sz w:val="26"/>
          <w:rtl w:val="off"/>
        </w:rPr>
      </w:pPr>
    </w:p>
    <w:p>
      <w:pPr>
        <w:jc w:val="center"/>
        <w:rPr>
          <w:lang/>
          <w:b/>
          <w:sz w:val="26"/>
          <w:rtl w:val="off"/>
        </w:rPr>
      </w:pPr>
    </w:p>
    <w:p>
      <w:pPr>
        <w:jc w:val="center"/>
        <w:rPr>
          <w:lang/>
          <w:b/>
          <w:sz w:val="26"/>
          <w:rtl w:val="off"/>
        </w:rPr>
      </w:pPr>
    </w:p>
    <w:p>
      <w:pPr>
        <w:jc w:val="center"/>
        <w:rPr>
          <w:lang/>
          <w:b/>
          <w:sz w:val="26"/>
          <w:rtl w:val="off"/>
        </w:rPr>
      </w:pPr>
    </w:p>
    <w:p>
      <w:pPr>
        <w:jc w:val="center"/>
        <w:rPr>
          <w:lang/>
          <w:b/>
          <w:sz w:val="26"/>
          <w:rtl w:val="off"/>
        </w:rPr>
      </w:pPr>
    </w:p>
    <w:p>
      <w:pPr>
        <w:jc w:val="center"/>
        <w:rPr>
          <w:lang/>
          <w:b/>
          <w:sz w:val="26"/>
          <w:rtl w:val="off"/>
        </w:rPr>
      </w:pPr>
    </w:p>
    <w:p>
      <w:pPr>
        <w:jc w:val="center"/>
        <w:rPr>
          <w:lang/>
          <w:b/>
          <w:sz w:val="26"/>
          <w:rtl w:val="off"/>
        </w:rPr>
      </w:pPr>
    </w:p>
    <w:p>
      <w:pPr>
        <w:jc w:val="center"/>
        <w:rPr>
          <w:lang/>
          <w:b/>
          <w:sz w:val="26"/>
          <w:rtl w:val="off"/>
        </w:rPr>
      </w:pPr>
    </w:p>
    <w:p>
      <w:pPr>
        <w:jc w:val="center"/>
        <w:rPr>
          <w:lang/>
          <w:b/>
          <w:sz w:val="26"/>
          <w:rtl w:val="off"/>
        </w:rPr>
      </w:pPr>
    </w:p>
    <w:p>
      <w:pPr>
        <w:jc w:val="center"/>
        <w:rPr>
          <w:lang/>
          <w:b/>
          <w:sz w:val="26"/>
          <w:rtl w:val="off"/>
        </w:rPr>
      </w:pPr>
    </w:p>
    <w:p>
      <w:pPr>
        <w:jc w:val="center"/>
        <w:rPr>
          <w:lang/>
          <w:rtl w:val="off"/>
        </w:rPr>
      </w:pPr>
    </w:p>
    <w:p>
      <w:pPr>
        <w:jc w:val="center"/>
        <w:rPr>
          <w:lang/>
          <w:rtl w:val="off"/>
        </w:rPr>
      </w:pPr>
    </w:p>
    <w:p>
      <w:pPr>
        <w:jc w:val="center"/>
      </w:pPr>
      <w:r>
        <w:rPr>
          <w:b/>
          <w:sz w:val="38"/>
        </w:rPr>
        <w:t>제5막</w:t>
      </w:r>
    </w:p>
    <w:p>
      <w:pPr>
        <w:rPr>
          <w:lang/>
          <w:rtl w:val="off"/>
        </w:rPr>
      </w:pPr>
      <w:r>
        <w:rPr>
          <w:b/>
        </w:rPr>
        <w:t xml:space="preserve">【지문】 </w:t>
      </w:r>
      <w:r>
        <w:t xml:space="preserve">장소는 제4막과 같다. </w:t>
      </w:r>
    </w:p>
    <w:p>
      <w:r>
        <w:rPr>
          <w:b/>
          <w:sz w:val="26"/>
        </w:rPr>
        <w:t>장면 1</w:t>
      </w:r>
    </w:p>
    <w:p>
      <w:r>
        <w:rPr>
          <w:b/>
        </w:rPr>
        <w:t xml:space="preserve">【지문】 </w:t>
      </w:r>
      <w:r>
        <w:t>시장, 안나 안드레예브나, 마리야 안토노브나.</w:t>
      </w:r>
    </w:p>
    <w:p>
      <w:pPr>
        <w:spacing w:after="60"/>
      </w:pPr>
      <w:r>
        <w:rPr>
          <w:b/>
        </w:rPr>
        <w:t>시장</w:t>
      </w:r>
      <w:r>
        <w:t xml:space="preserve">  안나 안드레예브나, 이게 정말 어떻게 된 일입니까? 이런 일이 생길 거라고 상상이나 해봤소? 이런 엄청난 행운이라니! 맙소사! 평범한 시장의 아내에서 하루아침에—이런 거물이 될 사람의 장모가 되다니!</w:t>
      </w:r>
    </w:p>
    <w:p>
      <w:pPr>
        <w:spacing w:after="60"/>
      </w:pPr>
      <w:r>
        <w:rPr>
          <w:b/>
        </w:rPr>
        <w:t>안나</w:t>
      </w:r>
      <w:r>
        <w:t xml:space="preserve">  전혀 놀랍지 않아요. 저는 오래전부터 알고 있었어요. 당신은 평범한 사람들만 만나봐서 놀라운 거예요.</w:t>
      </w:r>
    </w:p>
    <w:p>
      <w:pPr>
        <w:spacing w:after="60"/>
      </w:pPr>
      <w:r>
        <w:rPr>
          <w:b/>
        </w:rPr>
        <w:t>시장</w:t>
      </w:r>
      <w:r>
        <w:t xml:space="preserve">  나도 꽤 괜찮은 사람이라오. 하지만 생각해보시오, 안나 안드레예브나. 이제 우리도 정말 대단한 사람이 되는 거요. 높은 곳으로 올라가는 겁니다! 저렇게 청원서와 고발장을 들고 찾아왔던 놈들에게 본때를 보여줘야겠소. 이봐! 누구 없나?</w:t>
      </w:r>
    </w:p>
    <w:p>
      <w:r>
        <w:rPr>
          <w:b/>
        </w:rPr>
        <w:t xml:space="preserve">【지문】 </w:t>
      </w:r>
      <w:r>
        <w:t>하사관이 들어온다.</w:t>
      </w:r>
    </w:p>
    <w:p>
      <w:pPr>
        <w:spacing w:after="60"/>
      </w:pPr>
      <w:r>
        <w:rPr>
          <w:b/>
        </w:rPr>
        <w:t>시장</w:t>
      </w:r>
      <w:r>
        <w:t xml:space="preserve">  이반 카르포비치인가? 저 상인들을 불러오게. 나한테 고발장을 들이밀다니, 그 인간들에게 제대로 한 방 먹여주겠어! 내 말을 잘 들어라. 나를 고발한 사람들의 명단을 전부 만들어라. 특히 그 청원서를 써준 하찮은 글쟁이들도 빠짐없이 적어라. 그리고 모두에게 알려라. 하늘이 시장에게 얼마나 큰 영광을 내렸는지! 나는 평범한 남자와 딸을 결혼시키는 게 아니다. 세상에 다시없을 인물, 무엇이든 할 수 있는 사람과 결혼시키는 것이다. 무엇이든, 무엇이든, 무엇이든! 온 세상이 알게 해라. 크게 외쳐라. 종도 울려라! 빌어먹을, 이건 승리다. 우리가 승리를 거둔 거야.</w:t>
      </w:r>
    </w:p>
    <w:p>
      <w:r>
        <w:rPr>
          <w:b/>
        </w:rPr>
        <w:t xml:space="preserve">【지문】 </w:t>
      </w:r>
      <w:r>
        <w:t>하사관이 나간다.</w:t>
      </w:r>
    </w:p>
    <w:p>
      <w:pPr>
        <w:spacing w:after="60"/>
      </w:pPr>
      <w:r>
        <w:rPr>
          <w:b/>
        </w:rPr>
        <w:t>시장</w:t>
      </w:r>
      <w:r>
        <w:t xml:space="preserve">  그래서, 안나 안드레예브나. 이제 어떻게 할까요? 어디서 살죠? 여기서? 아니면 상트페테르부르크에서?</w:t>
      </w:r>
    </w:p>
    <w:p>
      <w:pPr>
        <w:spacing w:after="60"/>
      </w:pPr>
      <w:r>
        <w:rPr>
          <w:b/>
        </w:rPr>
        <w:t>안나</w:t>
      </w:r>
      <w:r>
        <w:t xml:space="preserve">  당연히 상트페테르부르크죠. 어떻게 여기 남아요?</w:t>
      </w:r>
    </w:p>
    <w:p>
      <w:pPr>
        <w:spacing w:after="60"/>
      </w:pPr>
      <w:r>
        <w:rPr>
          <w:b/>
        </w:rPr>
        <w:t>시장</w:t>
      </w:r>
      <w:r>
        <w:t xml:space="preserve">  상트페테르부르크라면 그렇게 합시다. 하지만 여기 있어도 나쁘진 않겠소. 이제 시장 자리쯤이야 내던져버려도 되겠지, 안나 안드레예브나?</w:t>
      </w:r>
    </w:p>
    <w:p>
      <w:pPr>
        <w:spacing w:after="60"/>
      </w:pPr>
      <w:r>
        <w:rPr>
          <w:b/>
        </w:rPr>
        <w:t>안나</w:t>
      </w:r>
      <w:r>
        <w:t xml:space="preserve">  물론이죠. 시장 자리가 뭐 대단한가요?</w:t>
      </w:r>
    </w:p>
    <w:p>
      <w:pPr>
        <w:spacing w:after="60"/>
      </w:pPr>
      <w:r>
        <w:rPr>
          <w:b/>
        </w:rPr>
        <w:t>시장</w:t>
      </w:r>
      <w:r>
        <w:t xml:space="preserve">  그 사람이 모든 장관들과 친하고 궁정에도 드나든다는데, 이제 나도 높은 지위까지 올라갈 수 있겠지? 머지않아 장군이 될 수도 있겠소. 안나 안드레예브나, 내가 장군이 될 수 있을까?</w:t>
      </w:r>
    </w:p>
    <w:p>
      <w:pPr>
        <w:spacing w:after="60"/>
      </w:pPr>
      <w:r>
        <w:rPr>
          <w:b/>
        </w:rPr>
        <w:t>안나</w:t>
      </w:r>
      <w:r>
        <w:t xml:space="preserve">  그럼요. 당연히 될 수 있죠.</w:t>
      </w:r>
    </w:p>
    <w:p>
      <w:pPr>
        <w:spacing w:after="60"/>
      </w:pPr>
      <w:r>
        <w:rPr>
          <w:b/>
        </w:rPr>
        <w:t>시장</w:t>
      </w:r>
      <w:r>
        <w:t xml:space="preserve">  아, 장군이라니 정말 멋지겠군. 어깨에 띠를 두르고 다니잖소. 어느 게 더 좋은가? 붉은 성 안나 훈장이요, 푸른 성 안드레이 훈장이요?</w:t>
      </w:r>
    </w:p>
    <w:p>
      <w:pPr>
        <w:spacing w:after="60"/>
      </w:pPr>
      <w:r>
        <w:rPr>
          <w:b/>
        </w:rPr>
        <w:t>안나</w:t>
      </w:r>
      <w:r>
        <w:t xml:space="preserve">  당연히 푸른 성 안드레이죠.</w:t>
      </w:r>
    </w:p>
    <w:p>
      <w:pPr>
        <w:spacing w:after="60"/>
      </w:pPr>
      <w:r>
        <w:rPr>
          <w:b/>
        </w:rPr>
        <w:t>시장</w:t>
      </w:r>
      <w:r>
        <w:t xml:space="preserve">  뭐라고! 당신 욕심이 아주 크군. 붉은 것도 나쁘진 않소. 장군이 좋은 이유가 뭔지 알아요? 여행할 때 전령과 부관들이 먼저 달려가 ‘말을 대령하라!’고 외치고, 역에서는 다른 사람에게는 말을 내주지 않거든. 참의원이고 대위고 시장이고 모두 기다리게 만들면서 나는 거들떠보지도 않는 거요. 어느 총독과 함께 식사를 하고, 또 다른 시장은 문밖에서 기다리게 하고. 하하하! 그게 얼마나 멋진가!</w:t>
      </w:r>
    </w:p>
    <w:p>
      <w:pPr>
        <w:spacing w:after="60"/>
      </w:pPr>
      <w:r>
        <w:rPr>
          <w:b/>
        </w:rPr>
        <w:t>안나</w:t>
      </w:r>
      <w:r>
        <w:t xml:space="preserve">  당신은 늘 그런 천박한 것만 좋아해요. 이제 우리의 삶은 완전히 달라져야 해요. 당신의 친구도 토끼 사냥이나 다니는 판사나 젬랴니카 같은 사람들이 아니에요. 이제는 백작들과 사교계 귀족들처럼 품위 있는 사람들과 어울려야 해요. 다만 저는 당신이 걱정돼요. 가끔 좋은 사교계에서는 절대 쓰지 않는 말을 하잖아요.</w:t>
      </w:r>
    </w:p>
    <w:p>
      <w:pPr>
        <w:spacing w:after="60"/>
      </w:pPr>
      <w:r>
        <w:rPr>
          <w:b/>
        </w:rPr>
        <w:t>시장</w:t>
      </w:r>
      <w:r>
        <w:t xml:space="preserve">  뭐 어때? 말 한마디가 사람을 해치진 않잖소.</w:t>
      </w:r>
    </w:p>
    <w:p>
      <w:pPr>
        <w:spacing w:after="60"/>
      </w:pPr>
      <w:r>
        <w:rPr>
          <w:b/>
        </w:rPr>
        <w:t>안나</w:t>
      </w:r>
      <w:r>
        <w:t xml:space="preserve">  시장일 때야 괜찮지만, 그곳의 삶은 완전히 달라요.</w:t>
      </w:r>
    </w:p>
    <w:p>
      <w:pPr>
        <w:spacing w:after="60"/>
      </w:pPr>
      <w:r>
        <w:rPr>
          <w:b/>
        </w:rPr>
        <w:t>시장</w:t>
      </w:r>
      <w:r>
        <w:t xml:space="preserve">  그래도 거기엔 생선이 두 종류나 있다더군. 바다장어와 빙어. 먹기도 전에 침이 고인다던데.</w:t>
      </w:r>
    </w:p>
    <w:p>
      <w:pPr>
        <w:spacing w:after="60"/>
      </w:pPr>
      <w:r>
        <w:rPr>
          <w:b/>
        </w:rPr>
        <w:t>안나</w:t>
      </w:r>
      <w:r>
        <w:t xml:space="preserve">  당신은 온통 생선 생각뿐이군요. 나는 수도에서 우리 집이 가장 으뜸가는 집이 되어야 한다고 생각해요. 내 방에는 호박 장식을 잔뜩 두어서 들어오는 순간 눈을 감아야 할 정도로요. (눈을 감고 향을 맡는다.) 아, 정말 좋겠다!</w:t>
      </w:r>
    </w:p>
    <w:p>
      <w:r>
        <w:rPr>
          <w:b/>
          <w:sz w:val="26"/>
        </w:rPr>
        <w:t>장면 2 — 상인들</w:t>
      </w:r>
    </w:p>
    <w:p>
      <w:r>
        <w:rPr>
          <w:b/>
        </w:rPr>
        <w:t xml:space="preserve">【지문】 </w:t>
      </w:r>
      <w:r>
        <w:t>시장, 안나, 마리야. 상인들이 들어온다.</w:t>
      </w:r>
    </w:p>
    <w:p>
      <w:pPr>
        <w:spacing w:after="60"/>
      </w:pPr>
      <w:r>
        <w:rPr>
          <w:b/>
        </w:rPr>
        <w:t>시장</w:t>
      </w:r>
      <w:r>
        <w:t xml:space="preserve">  아, 잘들 지내셨나, 이 좋은 친구들아?</w:t>
      </w:r>
    </w:p>
    <w:p>
      <w:pPr>
        <w:spacing w:after="60"/>
      </w:pPr>
      <w:r>
        <w:rPr>
          <w:b/>
        </w:rPr>
        <w:t>상인들</w:t>
      </w:r>
      <w:r>
        <w:t xml:space="preserve">  건강하시길 빕니다, 아버님.</w:t>
      </w:r>
    </w:p>
    <w:p>
      <w:pPr>
        <w:spacing w:after="60"/>
      </w:pPr>
      <w:r>
        <w:rPr>
          <w:b/>
        </w:rPr>
        <w:t>시장</w:t>
      </w:r>
      <w:r>
        <w:t xml:space="preserve">  그래, 사랑하는 친구들. 장사는 잘됩니까? 물건은 잘 팔리고? 그런데 나를 고발했겠다, 이 찻물이나 퍼먹는 장사치들아? 나를 고발해? 이 사기꾼들, 해적들아! 잘됐나? 나를 감옥에 처넣을 생각이었지? 악마들이나 데려가라!</w:t>
      </w:r>
    </w:p>
    <w:p>
      <w:pPr>
        <w:spacing w:after="60"/>
      </w:pPr>
      <w:r>
        <w:rPr>
          <w:b/>
        </w:rPr>
        <w:t>안나</w:t>
      </w:r>
      <w:r>
        <w:t xml:space="preserve">  세상에, 안톤샤. 말을 좀 조심하세요!</w:t>
      </w:r>
    </w:p>
    <w:p>
      <w:pPr>
        <w:spacing w:after="60"/>
      </w:pPr>
      <w:r>
        <w:rPr>
          <w:b/>
        </w:rPr>
        <w:t>시장</w:t>
      </w:r>
      <w:r>
        <w:t xml:space="preserve">  (짜증을 내며) 지금은 말투가 문제가 아니오. 당신들이 고발한 그 관리가 내 딸과 결혼할 사람이라는 걸 아시오? 그래, 이젠 내가 당신들을 혼내줄 차례요. 정부와 계약을 맺고 물건을 납품하면서 십만 루블을 가로채고, 썩은 천을 공급하고, 열다섯 아르신이나 공짜로 주고도 보상을 요구하지. 이런 짓이 들통나면 시베리아로 보내질 놈들이오. 그러면서 배를 내밀고 ‘나는 상인이다. 나를 건드리지 마라. 우리도 귀족만큼 훌륭하다.’고 큰소리치지. 귀족은 교육이라도 받소. 학교에서 매를 맞는 것도 뭔가를 배우라는 뜻이오. 그런데 당신들은 처음부터 사기부터 배웠지. 속임수를 못 쓰면 주인에게 맞고. 아직 주기도문도 못 외우는 어린애들이 벌써 양을 속이고 저울을 속였어. 배가 나오고 주머니가 불룩해지면 거드름을 피우지. 하루에 사모바르 열여섯 주전자나 들이켜니까 배가 그렇게 나온 거요. 당신들 머리와 거드름 따위에 내가 침을 뱉겠소.</w:t>
      </w:r>
    </w:p>
    <w:p>
      <w:pPr>
        <w:spacing w:after="60"/>
      </w:pPr>
      <w:r>
        <w:rPr>
          <w:b/>
        </w:rPr>
        <w:t>상인들</w:t>
      </w:r>
      <w:r>
        <w:t xml:space="preserve">  저희가 잘못했습니다, 안톤 안토노비치.</w:t>
      </w:r>
    </w:p>
    <w:p>
      <w:pPr>
        <w:spacing w:after="60"/>
      </w:pPr>
      <w:r>
        <w:rPr>
          <w:b/>
        </w:rPr>
        <w:t>시장</w:t>
      </w:r>
      <w:r>
        <w:t xml:space="preserve">  나를 고발해? 다리 하나 놓으면서 나무값으로 2만 루블을 받고 실제로 쓴 건 100루블도 안 된 일을 누가 도와줬소? 바로 나요. 내가 고발했으면 시베리아로 보내고도 남았소. 어때?</w:t>
      </w:r>
    </w:p>
    <w:p>
      <w:pPr>
        <w:spacing w:after="60"/>
      </w:pPr>
      <w:r>
        <w:rPr>
          <w:b/>
        </w:rPr>
        <w:t>상인</w:t>
      </w:r>
      <w:r>
        <w:t xml:space="preserve">  하느님 앞에서 죄인입니다. 악령에게 홀렸습니다. 다시는 고발하지 않겠습니다. 원하시는 대로 보상하겠습니다. 화만 내지 말아주십시오.</w:t>
      </w:r>
    </w:p>
    <w:p>
      <w:pPr>
        <w:spacing w:after="60"/>
      </w:pPr>
      <w:r>
        <w:rPr>
          <w:b/>
        </w:rPr>
        <w:t>시장</w:t>
      </w:r>
      <w:r>
        <w:t xml:space="preserve">  화내지 말라고? 이제 내 발밑으로 기어오는군. 왜? 내가 위에 있으니까 그렇지. 하지만 힘의 균형이 조금만 당신들 쪽으로 기울었어도 나를 진흙 속에 처박았을 거요. 이 사기꾼들! 나를 들보 아래 깔아뭉갰을 거야.</w:t>
      </w:r>
    </w:p>
    <w:p>
      <w:pPr>
        <w:spacing w:after="60"/>
      </w:pPr>
      <w:r>
        <w:rPr>
          <w:b/>
        </w:rPr>
        <w:t>상인들</w:t>
      </w:r>
      <w:r>
        <w:t xml:space="preserve">  망하게 하지 말아주십시오, 안톤 안토노비치.</w:t>
      </w:r>
    </w:p>
    <w:p>
      <w:pPr>
        <w:spacing w:after="60"/>
      </w:pPr>
      <w:r>
        <w:rPr>
          <w:b/>
        </w:rPr>
        <w:t>시장</w:t>
      </w:r>
      <w:r>
        <w:t xml:space="preserve">  이제 와서 망하게 하지 말라고? 아까는 뭐라고 했지? 내가 당신들을—(어깨를 으쓱하며 두 손을 든다.) 됐소. 하느님께 맡기지. 난 오래 원한을 품는 사람이 아니오. 다만 이제 조심하시오. 내 딸은 평범한 귀족과 결혼하는 게 아니오. 축하할 때 알아서 하시오. 말린 철갑상어나 설탕 한 덩이로 때우려고 하지 말고. 이제 가시오. 하느님의 이름으로.</w:t>
      </w:r>
    </w:p>
    <w:p>
      <w:r>
        <w:rPr>
          <w:b/>
        </w:rPr>
        <w:t xml:space="preserve">【지문】 </w:t>
      </w:r>
      <w:r>
        <w:t>상인들이 퇴장한다.</w:t>
      </w:r>
    </w:p>
    <w:p>
      <w:r>
        <w:rPr>
          <w:b/>
          <w:sz w:val="26"/>
        </w:rPr>
        <w:t>장면 3 — 아모스와 아르테미, 라스타코프스키</w:t>
      </w:r>
    </w:p>
    <w:p>
      <w:pPr>
        <w:spacing w:after="60"/>
      </w:pPr>
      <w:r>
        <w:rPr>
          <w:b/>
        </w:rPr>
        <w:t>아모스</w:t>
      </w:r>
      <w:r>
        <w:t xml:space="preserve">  (문간에서) 정말 믿어도 되는 소식입니까, 안톤 안토노비치? 정말 엄청난 행운을 거머쥐셨군요.</w:t>
      </w:r>
    </w:p>
    <w:p>
      <w:pPr>
        <w:spacing w:after="60"/>
      </w:pPr>
      <w:r>
        <w:rPr>
          <w:b/>
        </w:rPr>
        <w:t>아르테미</w:t>
      </w:r>
      <w:r>
        <w:t xml:space="preserve">  이 엄청난 행운을 진심으로 축하드립니다. 소식을 듣고 제 일처럼 기뻤습니다. (안나의 손에 입을 맞춘다.) 안나 안드레예브나! (마리야의 손에 입을 맞춘다.) 마리야 안토노브나!</w:t>
      </w:r>
    </w:p>
    <w:p>
      <w:r>
        <w:rPr>
          <w:b/>
        </w:rPr>
        <w:t xml:space="preserve">【지문】 </w:t>
      </w:r>
      <w:r>
        <w:t>라스타코프스키가 들어온다.</w:t>
      </w:r>
    </w:p>
    <w:p>
      <w:pPr>
        <w:spacing w:after="60"/>
      </w:pPr>
      <w:r>
        <w:rPr>
          <w:b/>
        </w:rPr>
        <w:t>라스타코프스키</w:t>
      </w:r>
      <w:r>
        <w:t xml:space="preserve">  축하드립니다, 안톤 안토노비치. 신혼부부가 오래오래 행복하게 살고 자손을 많이 낳도록 하느님께서 축복하시길 바랍니다. 안나 안드레예브나! (손에 입을 맞춘다.) 마리야 안토노브나! (손에 입을 맞춘다.)</w:t>
      </w:r>
    </w:p>
    <w:p>
      <w:r>
        <w:rPr>
          <w:b/>
          <w:sz w:val="26"/>
        </w:rPr>
        <w:t>장면 4 — 코로브킨과 그의 아내, 류류코프</w:t>
      </w:r>
    </w:p>
    <w:p>
      <w:pPr>
        <w:spacing w:after="60"/>
      </w:pPr>
      <w:r>
        <w:rPr>
          <w:b/>
        </w:rPr>
        <w:t>코로브킨</w:t>
      </w:r>
      <w:r>
        <w:t xml:space="preserve">  안톤 안토노비치, 축하드립니다. 안나 안드레예브나도요. (손에 입을 맞춘다.) 마리야 안토노브나도요. (손에 입을 맞춘다.)</w:t>
      </w:r>
    </w:p>
    <w:p>
      <w:pPr>
        <w:spacing w:after="60"/>
      </w:pPr>
      <w:r>
        <w:rPr>
          <w:b/>
        </w:rPr>
        <w:t>코로브킨의 아내</w:t>
      </w:r>
      <w:r>
        <w:t xml:space="preserve">  안나 안드레예브나, 정말 진심으로 축하드려요. 얼마나 큰 행운인지요.</w:t>
      </w:r>
    </w:p>
    <w:p>
      <w:pPr>
        <w:spacing w:after="60"/>
      </w:pPr>
      <w:r>
        <w:rPr>
          <w:b/>
        </w:rPr>
        <w:t>류류코프</w:t>
      </w:r>
      <w:r>
        <w:t xml:space="preserve">  안나 안드레예브나, 축하드릴 영광입니다. (손에 입을 맞추고 관객을 향해 돌아서 입맛을 다시며 허세를 부린다.) 마리야 안토노브나, 축하드립니다. (손에 입을 맞추고 같은 행동을 한다.)</w:t>
      </w:r>
    </w:p>
    <w:p>
      <w:r>
        <w:rPr>
          <w:b/>
          <w:sz w:val="26"/>
        </w:rPr>
        <w:t>장면 5 — 손님들</w:t>
      </w:r>
    </w:p>
    <w:p>
      <w:r>
        <w:rPr>
          <w:b/>
        </w:rPr>
        <w:t xml:space="preserve">【지문】 </w:t>
      </w:r>
      <w:r>
        <w:t>여러 손님들이 들어온다. 모두 안나의 손에 입을 맞추며 ‘안나 안드레예브나’, 마리야의 손에 입을 맞추며 ‘마리야 안토노브나’라고 말한다. 보브친스키와 도브친스키가 서로 밀치며 들어온다.</w:t>
      </w:r>
    </w:p>
    <w:p>
      <w:pPr>
        <w:spacing w:after="60"/>
      </w:pPr>
      <w:r>
        <w:rPr>
          <w:b/>
        </w:rPr>
        <w:t>보브친스키</w:t>
      </w:r>
      <w:r>
        <w:t xml:space="preserve">  축하드릴 영광입니다.</w:t>
      </w:r>
    </w:p>
    <w:p>
      <w:pPr>
        <w:spacing w:after="60"/>
      </w:pPr>
      <w:r>
        <w:rPr>
          <w:b/>
        </w:rPr>
        <w:t>도브친스키</w:t>
      </w:r>
      <w:r>
        <w:t xml:space="preserve">  안톤 안토노비치, 축하드릴 영광입니다.</w:t>
      </w:r>
    </w:p>
    <w:p>
      <w:pPr>
        <w:spacing w:after="60"/>
      </w:pPr>
      <w:r>
        <w:rPr>
          <w:b/>
        </w:rPr>
        <w:t>보브친스키</w:t>
      </w:r>
      <w:r>
        <w:t xml:space="preserve">  행복한 일을 맞으신 것을 축하드립니다.</w:t>
      </w:r>
    </w:p>
    <w:p>
      <w:pPr>
        <w:spacing w:after="60"/>
      </w:pPr>
      <w:r>
        <w:rPr>
          <w:b/>
        </w:rPr>
        <w:t>도브친스키</w:t>
      </w:r>
      <w:r>
        <w:t xml:space="preserve">  안나 안드레예브나!</w:t>
      </w:r>
    </w:p>
    <w:p>
      <w:pPr>
        <w:spacing w:after="60"/>
      </w:pPr>
      <w:r>
        <w:rPr>
          <w:b/>
        </w:rPr>
        <w:t>보브친스키</w:t>
      </w:r>
      <w:r>
        <w:t xml:space="preserve">  안나 안드레예브나!</w:t>
      </w:r>
    </w:p>
    <w:p>
      <w:r>
        <w:rPr>
          <w:b/>
        </w:rPr>
        <w:t xml:space="preserve">【지문】 </w:t>
      </w:r>
      <w:r>
        <w:t>두 사람이 동시에 안나의 손에 몸을 굽히다가 이마를 부딪친다.</w:t>
      </w:r>
    </w:p>
    <w:p>
      <w:pPr>
        <w:spacing w:after="60"/>
      </w:pPr>
      <w:r>
        <w:rPr>
          <w:b/>
        </w:rPr>
        <w:t>도브친스키</w:t>
      </w:r>
      <w:r>
        <w:t xml:space="preserve">  마리야 안토노브나! (손에 입을 맞춘다.) 축하드립니다. 이제 가장 큰 행복을 누리실 겁니다. 금으로 된 옷을 입고 가장 맛있는 수프를 먹으며 아주 즐거운 시간을 보내실 겁니다.</w:t>
      </w:r>
    </w:p>
    <w:p>
      <w:pPr>
        <w:spacing w:after="60"/>
      </w:pPr>
      <w:r>
        <w:rPr>
          <w:b/>
        </w:rPr>
        <w:t>보브친스키</w:t>
      </w:r>
      <w:r>
        <w:t xml:space="preserve">  (끼어들며) 부자가 되고 돈도 많이 벌고, 아주 조그마한 아들도 하나 낳으시길 바랍니다. (손으로 크기를 보인다.) 손바닥 위에 앉을 만큼 작아서 늘 ‘와! 와! 와!’ 하고 울도록요.</w:t>
      </w:r>
    </w:p>
    <w:p>
      <w:r>
        <w:rPr>
          <w:b/>
          <w:sz w:val="26"/>
        </w:rPr>
        <w:t>장면 6 — 루카 루키치와 그의 아내</w:t>
      </w:r>
    </w:p>
    <w:p>
      <w:r>
        <w:rPr>
          <w:b/>
        </w:rPr>
        <w:t xml:space="preserve">【지문】 </w:t>
      </w:r>
      <w:r>
        <w:t>더 많은 손님들이 들어와 여성들의 손에 입을 맞춘다. 그중 루카 루키치와 그의 아내도 있다.</w:t>
      </w:r>
    </w:p>
    <w:p>
      <w:pPr>
        <w:spacing w:after="60"/>
      </w:pPr>
      <w:r>
        <w:rPr>
          <w:b/>
        </w:rPr>
        <w:t>루카</w:t>
      </w:r>
      <w:r>
        <w:t xml:space="preserve">  축하드립니다.</w:t>
      </w:r>
    </w:p>
    <w:p>
      <w:pPr>
        <w:spacing w:after="60"/>
      </w:pPr>
      <w:r>
        <w:rPr>
          <w:b/>
        </w:rPr>
        <w:t>루카의 아내</w:t>
      </w:r>
      <w:r>
        <w:t xml:space="preserve">  (앞으로 뛰어나오며) 안나 안드레예브나, 축하드려요. 정말 이 소식을 듣고 얼마나 기뻤는지 몰라요. 사람들이 ‘안나 안드레예브나가 딸을 약혼시켰대’라고 하잖아요. ‘세상에!’ 하고 생각했죠. 남편에게 ‘루칸치크, 이건 안나 안드레예브나에게 정말 큰 행운이야’라고 했어요. 그리고 또 생각했죠. ‘하느님 감사합니다!’ 너무 기뻐서 직접 안나 안드레예브나에게 알려주고 싶어 참을 수가 없었어요. ‘세상에, 정말 안나 안드레예브나가 바라던 일이야. 딸에게 좋은 혼처가 생기길 늘 바랐잖아. 그런데 정말 이렇게 됐네.’ 너무 기뻐서 아무 말도 할 수가 없었어요. 눈물이 계속 났어요. 소리를 지를 정도였죠. 그래서 루카 루키치가 ‘나스텐카, 왜 그렇게 우는 거야?’라고 묻더군요. 그래서 제가 ‘루칸치크, 나도 몰라. 눈물이 그냥 강물처럼 흐르는 걸.’이라고 했어요.</w:t>
      </w:r>
    </w:p>
    <w:p>
      <w:pPr>
        <w:spacing w:after="60"/>
      </w:pPr>
      <w:r>
        <w:rPr>
          <w:b/>
        </w:rPr>
        <w:t>시장</w:t>
      </w:r>
      <w:r>
        <w:t xml:space="preserve">  여러분, 앉으십시오. 이봐, 미시카! 의자를 더 가져와.</w:t>
      </w:r>
    </w:p>
    <w:p>
      <w:r>
        <w:rPr>
          <w:b/>
        </w:rPr>
        <w:t xml:space="preserve">【지문】 </w:t>
      </w:r>
      <w:r>
        <w:t>손님들이 앉는다.</w:t>
      </w:r>
    </w:p>
    <w:p>
      <w:r>
        <w:rPr>
          <w:b/>
          <w:sz w:val="26"/>
        </w:rPr>
        <w:t>장면 7 — 경찰대장과 하사관들</w:t>
      </w:r>
    </w:p>
    <w:p>
      <w:pPr>
        <w:spacing w:after="60"/>
      </w:pPr>
      <w:r>
        <w:rPr>
          <w:b/>
        </w:rPr>
        <w:t>경찰대장</w:t>
      </w:r>
      <w:r>
        <w:t xml:space="preserve">  각하, 축하드립니다. 오래도록 번영하시길 빕니다.</w:t>
      </w:r>
    </w:p>
    <w:p>
      <w:pPr>
        <w:spacing w:after="60"/>
      </w:pPr>
      <w:r>
        <w:rPr>
          <w:b/>
        </w:rPr>
        <w:t>시장</w:t>
      </w:r>
      <w:r>
        <w:t xml:space="preserve">  고맙소, 고마워! 앉으시오, 여러분.</w:t>
      </w:r>
    </w:p>
    <w:p>
      <w:r>
        <w:rPr>
          <w:b/>
        </w:rPr>
        <w:t xml:space="preserve">【지문】 </w:t>
      </w:r>
      <w:r>
        <w:t>손님들이 앉는다.</w:t>
      </w:r>
    </w:p>
    <w:p>
      <w:pPr>
        <w:spacing w:after="60"/>
      </w:pPr>
      <w:r>
        <w:rPr>
          <w:b/>
        </w:rPr>
        <w:t>아모스</w:t>
      </w:r>
      <w:r>
        <w:t xml:space="preserve">  그런데 안톤 안토노비치, 도대체 어떻게 된 겁니까? 어떻게 그런 일이—아, 흠!—어떻게 성사된 겁니까?</w:t>
      </w:r>
    </w:p>
    <w:p>
      <w:pPr>
        <w:spacing w:after="60"/>
      </w:pPr>
      <w:r>
        <w:rPr>
          <w:b/>
        </w:rPr>
        <w:t>시장</w:t>
      </w:r>
      <w:r>
        <w:t xml:space="preserve">  정말 놀라운 방식으로 이루어졌소. 그 사람이 직접 청혼했지.</w:t>
      </w:r>
    </w:p>
    <w:p>
      <w:pPr>
        <w:spacing w:after="60"/>
      </w:pPr>
      <w:r>
        <w:rPr>
          <w:b/>
        </w:rPr>
        <w:t>안나</w:t>
      </w:r>
      <w:r>
        <w:t xml:space="preserve">  가장 정중하고 섬세한 방식으로요. 정말 아름답게 말했어요. ‘안나 안드레예브나, 저는 오직 당신의 가치에 대한 존경심만을 품고 있습니다.’라고 했죠. 게다가 얼마나 잘생기고 교양 있는 남자인지! 매너도 정말 세련됐어요. ‘안나 안드레예브나, 제 말을 믿어주세요. 당신의 보기 드문 자질을 존경하기 때문에 살아 있는 겁니다.’라고 했어요.</w:t>
      </w:r>
    </w:p>
    <w:p>
      <w:pPr>
        <w:spacing w:after="60"/>
      </w:pPr>
      <w:r>
        <w:rPr>
          <w:b/>
        </w:rPr>
        <w:t>마리야</w:t>
      </w:r>
      <w:r>
        <w:t xml:space="preserve">  엄마, 그 말은 저한테 한 말인데.</w:t>
      </w:r>
    </w:p>
    <w:p>
      <w:pPr>
        <w:spacing w:after="60"/>
      </w:pPr>
      <w:r>
        <w:rPr>
          <w:b/>
        </w:rPr>
        <w:t>안나</w:t>
      </w:r>
      <w:r>
        <w:t xml:space="preserve">  조용히 해! 너는 아무것도 몰라. 남의 일에 끼어들지 마. ‘안나 안드레예브나, 저는 황홀합니다.’라고 했지. 그렇게 자기 마음을 쏟아냈어요. 제가 ‘그런 영광을 감히 바랄 수 없습니다’라고 하려는데 갑자기 무릎을 꿇더군요. 그것도 얼마나 귀족답게! ‘안나 안드레예브나, 저를 세상에서 가장 불행한 사람으로 만들지 마십시오. 제 마음에 응해주시지 않으면 제 목숨을 끊겠습니다.’라고 했어요.</w:t>
      </w:r>
    </w:p>
    <w:p>
      <w:pPr>
        <w:spacing w:after="60"/>
      </w:pPr>
      <w:r>
        <w:rPr>
          <w:b/>
        </w:rPr>
        <w:t>마리야</w:t>
      </w:r>
      <w:r>
        <w:t xml:space="preserve">  정말이에요, 엄마. 그 말도 저한테 한 말인데.</w:t>
      </w:r>
    </w:p>
    <w:p>
      <w:pPr>
        <w:spacing w:after="60"/>
      </w:pPr>
      <w:r>
        <w:rPr>
          <w:b/>
        </w:rPr>
        <w:t>안나</w:t>
      </w:r>
      <w:r>
        <w:t xml:space="preserve">  그래, 너한테도 했지. 그건 부정하지 않겠다.</w:t>
      </w:r>
    </w:p>
    <w:p>
      <w:pPr>
        <w:spacing w:after="60"/>
      </w:pPr>
      <w:r>
        <w:rPr>
          <w:b/>
        </w:rPr>
        <w:t>시장</w:t>
      </w:r>
      <w:r>
        <w:t xml:space="preserve">  심지어 우리를 겁주기까지 했소. 권총으로 머리를 쏘겠다고 했지. ‘쏘겠습니다, 쏘겠습니다.’라고 말했소.</w:t>
      </w:r>
    </w:p>
    <w:p>
      <w:pPr>
        <w:spacing w:after="60"/>
      </w:pPr>
      <w:r>
        <w:rPr>
          <w:b/>
        </w:rPr>
        <w:t>여러 손님</w:t>
      </w:r>
      <w:r>
        <w:t xml:space="preserve">  세상에!</w:t>
      </w:r>
    </w:p>
    <w:p>
      <w:pPr>
        <w:spacing w:after="60"/>
      </w:pPr>
      <w:r>
        <w:rPr>
          <w:b/>
        </w:rPr>
        <w:t>아모스</w:t>
      </w:r>
      <w:r>
        <w:t xml:space="preserve">  정말 놀랍군요!</w:t>
      </w:r>
    </w:p>
    <w:p>
      <w:pPr>
        <w:spacing w:after="60"/>
      </w:pPr>
      <w:r>
        <w:rPr>
          <w:b/>
        </w:rPr>
        <w:t>루카</w:t>
      </w:r>
      <w:r>
        <w:t xml:space="preserve">  이런 건 운명이 정해준 것임이 틀림없습니다.</w:t>
      </w:r>
    </w:p>
    <w:p>
      <w:pPr>
        <w:spacing w:after="60"/>
      </w:pPr>
      <w:r>
        <w:rPr>
          <w:b/>
        </w:rPr>
        <w:t>아르테미</w:t>
      </w:r>
      <w:r>
        <w:t xml:space="preserve">  운명이라니, 무슨 운명이오. 운명은 칠면조 암컷이나 다름없소. 이 행운을 가져다준 건 바로 시장의 공적이지. (혼잣말) 운이란 늘 이런 놈들 입속으로 기어들어가는군.</w:t>
      </w:r>
    </w:p>
    <w:p>
      <w:pPr>
        <w:spacing w:after="60"/>
      </w:pPr>
      <w:r>
        <w:rPr>
          <w:b/>
        </w:rPr>
        <w:t>아모스</w:t>
      </w:r>
      <w:r>
        <w:t xml:space="preserve">  안톤 안토노비치, 전에 우리가 이야기하던 개를 팔고 싶은데.</w:t>
      </w:r>
    </w:p>
    <w:p>
      <w:pPr>
        <w:spacing w:after="60"/>
      </w:pPr>
      <w:r>
        <w:rPr>
          <w:b/>
        </w:rPr>
        <w:t>시장</w:t>
      </w:r>
      <w:r>
        <w:t xml:space="preserve">  이제 개는 관심 없소.</w:t>
      </w:r>
    </w:p>
    <w:p>
      <w:pPr>
        <w:spacing w:after="60"/>
      </w:pPr>
      <w:r>
        <w:rPr>
          <w:b/>
        </w:rPr>
        <w:t>아모스</w:t>
      </w:r>
      <w:r>
        <w:t xml:space="preserve">  그럼 다른 개로 합의하지요.</w:t>
      </w:r>
    </w:p>
    <w:p>
      <w:pPr>
        <w:spacing w:after="60"/>
      </w:pPr>
      <w:r>
        <w:rPr>
          <w:b/>
        </w:rPr>
        <w:t>코로브킨의 아내</w:t>
      </w:r>
      <w:r>
        <w:t xml:space="preserve">  안나 안드레예브나, 정말 얼마나 기쁜지 몰라요.</w:t>
      </w:r>
    </w:p>
    <w:p>
      <w:pPr>
        <w:spacing w:after="60"/>
      </w:pPr>
      <w:r>
        <w:rPr>
          <w:b/>
        </w:rPr>
        <w:t>코로브킨</w:t>
      </w:r>
      <w:r>
        <w:t xml:space="preserve">  그런데 그 귀한 손님은 지금 어디 계십니까? 무슨 일 때문에 떠났다고 들었습니다.</w:t>
      </w:r>
    </w:p>
    <w:p>
      <w:pPr>
        <w:spacing w:after="60"/>
      </w:pPr>
      <w:r>
        <w:rPr>
          <w:b/>
        </w:rPr>
        <w:t>시장</w:t>
      </w:r>
      <w:r>
        <w:t xml:space="preserve">  그래, 아주 중요한 일 때문에 하루 동안 떠났소.</w:t>
      </w:r>
    </w:p>
    <w:p>
      <w:pPr>
        <w:spacing w:after="60"/>
      </w:pPr>
      <w:r>
        <w:rPr>
          <w:b/>
        </w:rPr>
        <w:t>안나</w:t>
      </w:r>
      <w:r>
        <w:t xml:space="preserve">  삼촌에게 가서 축복을 받으러 간 거예요.</w:t>
      </w:r>
    </w:p>
    <w:p>
      <w:pPr>
        <w:spacing w:after="60"/>
      </w:pPr>
      <w:r>
        <w:rPr>
          <w:b/>
        </w:rPr>
        <w:t>시장</w:t>
      </w:r>
      <w:r>
        <w:t xml:space="preserve">  축복을 받으러 간 거요. 하지만 내일은—(재채기한다.)</w:t>
      </w:r>
    </w:p>
    <w:p>
      <w:r>
        <w:rPr>
          <w:b/>
        </w:rPr>
        <w:t xml:space="preserve">【지문】 </w:t>
      </w:r>
      <w:r>
        <w:t>모두가 한꺼번에 축하 인사를 한다.</w:t>
      </w:r>
    </w:p>
    <w:p>
      <w:pPr>
        <w:spacing w:after="60"/>
      </w:pPr>
      <w:r>
        <w:rPr>
          <w:b/>
        </w:rPr>
        <w:t>시장</w:t>
      </w:r>
      <w:r>
        <w:t xml:space="preserve">  고맙소. 하지만 내일이면 돌아올 거요. (다시 재채기한다.)</w:t>
      </w:r>
    </w:p>
    <w:p>
      <w:pPr>
        <w:spacing w:after="60"/>
      </w:pPr>
      <w:r>
        <w:rPr>
          <w:b/>
        </w:rPr>
        <w:t>경찰대장</w:t>
      </w:r>
      <w:r>
        <w:t xml:space="preserve">  건강하시길 빕니다, 각하.</w:t>
      </w:r>
    </w:p>
    <w:p>
      <w:pPr>
        <w:spacing w:after="60"/>
      </w:pPr>
      <w:r>
        <w:rPr>
          <w:b/>
        </w:rPr>
        <w:t>보브친스키</w:t>
      </w:r>
      <w:r>
        <w:t xml:space="preserve">  백 살까지 사시고 금화 자루도 받으십시오.</w:t>
      </w:r>
    </w:p>
    <w:p>
      <w:pPr>
        <w:spacing w:after="60"/>
      </w:pPr>
      <w:r>
        <w:rPr>
          <w:b/>
        </w:rPr>
        <w:t>도브친스키</w:t>
      </w:r>
      <w:r>
        <w:t xml:space="preserve">  하느님께서 천 배로 늘려주시길.</w:t>
      </w:r>
    </w:p>
    <w:p>
      <w:pPr>
        <w:spacing w:after="60"/>
      </w:pPr>
      <w:r>
        <w:rPr>
          <w:b/>
        </w:rPr>
        <w:t>아르테미</w:t>
      </w:r>
      <w:r>
        <w:t xml:space="preserve">  지옥에나 가시오!</w:t>
      </w:r>
    </w:p>
    <w:p>
      <w:pPr>
        <w:spacing w:after="60"/>
      </w:pPr>
      <w:r>
        <w:rPr>
          <w:b/>
        </w:rPr>
        <w:t>코로브킨의 아내</w:t>
      </w:r>
      <w:r>
        <w:t xml:space="preserve">  악마가 데려가길!</w:t>
      </w:r>
    </w:p>
    <w:p>
      <w:pPr>
        <w:spacing w:after="60"/>
      </w:pPr>
      <w:r>
        <w:rPr>
          <w:b/>
        </w:rPr>
        <w:t>시장</w:t>
      </w:r>
      <w:r>
        <w:t xml:space="preserve">  정말 고맙소. 당신들도 그만큼 오래 사시오.</w:t>
      </w:r>
    </w:p>
    <w:p>
      <w:pPr>
        <w:spacing w:after="60"/>
      </w:pPr>
      <w:r>
        <w:rPr>
          <w:b/>
        </w:rPr>
        <w:t>안나</w:t>
      </w:r>
      <w:r>
        <w:t xml:space="preserve">  이제 우리는 상트페테르부르크에서 살 거예요. 여기 공기는 너무 시골 같고 불쾌하네요. 게다가 제 남편은 거기서 장군이 될 거예요.</w:t>
      </w:r>
    </w:p>
    <w:p>
      <w:pPr>
        <w:spacing w:after="60"/>
      </w:pPr>
      <w:r>
        <w:rPr>
          <w:b/>
        </w:rPr>
        <w:t>시장</w:t>
      </w:r>
      <w:r>
        <w:t xml:space="preserve">  그래, 여러분. 솔직히 말하면 나도 장군이 되고 싶소.</w:t>
      </w:r>
    </w:p>
    <w:p>
      <w:pPr>
        <w:spacing w:after="60"/>
      </w:pPr>
      <w:r>
        <w:rPr>
          <w:b/>
        </w:rPr>
        <w:t>루카</w:t>
      </w:r>
      <w:r>
        <w:t xml:space="preserve">  하느님께서 장군 자리를 허락하시길 바랍니다.</w:t>
      </w:r>
    </w:p>
    <w:p>
      <w:pPr>
        <w:spacing w:after="60"/>
      </w:pPr>
      <w:r>
        <w:rPr>
          <w:b/>
        </w:rPr>
        <w:t>라스타코프스키</w:t>
      </w:r>
      <w:r>
        <w:t xml:space="preserve">  사람의 힘으로는 불가능해도 하느님께는 불가능한 일이 없습니다.</w:t>
      </w:r>
    </w:p>
    <w:p>
      <w:pPr>
        <w:spacing w:after="60"/>
      </w:pPr>
      <w:r>
        <w:rPr>
          <w:b/>
        </w:rPr>
        <w:t>아모스</w:t>
      </w:r>
      <w:r>
        <w:t xml:space="preserve">  높은 공적에 높은 명예를.</w:t>
      </w:r>
    </w:p>
    <w:p>
      <w:pPr>
        <w:spacing w:after="60"/>
      </w:pPr>
      <w:r>
        <w:rPr>
          <w:b/>
        </w:rPr>
        <w:t>아르테미</w:t>
      </w:r>
      <w:r>
        <w:t xml:space="preserve">  공적에 합당한 보상을.</w:t>
      </w:r>
    </w:p>
    <w:p>
      <w:pPr>
        <w:spacing w:after="60"/>
      </w:pPr>
      <w:r>
        <w:rPr>
          <w:b/>
        </w:rPr>
        <w:t>아모스</w:t>
      </w:r>
      <w:r>
        <w:t xml:space="preserve">  (혼잣말) 저자가 장군이 되면 무슨 짓을 할지 상상도 못하겠군. 장군이 저 사람에게 어울리다니, 소에게 안장을 얹는 것과 같아. 아직 장군이 되지 못한 훌륭한 사람도 많은데.</w:t>
      </w:r>
    </w:p>
    <w:p>
      <w:pPr>
        <w:spacing w:after="60"/>
      </w:pPr>
      <w:r>
        <w:rPr>
          <w:b/>
        </w:rPr>
        <w:t>아르테미</w:t>
      </w:r>
      <w:r>
        <w:t xml:space="preserve">  (혼잣말) 빌어먹을, 장군을 노리고 있군. 하지만 정말 장군이 될지도 모르겠어. 저 거드름을 보면 말이야. (시장에게) 우리를 잊지 마십시오, 안톤 안토노비치.</w:t>
      </w:r>
    </w:p>
    <w:p>
      <w:pPr>
        <w:spacing w:after="60"/>
      </w:pPr>
      <w:r>
        <w:rPr>
          <w:b/>
        </w:rPr>
        <w:t>아모스</w:t>
      </w:r>
      <w:r>
        <w:t xml:space="preserve">  그리고 혹시 무슨 일이 생기거나, 우리 일에 어려움이 생기면 보호를 거절하지 마십시오.</w:t>
      </w:r>
    </w:p>
    <w:p>
      <w:pPr>
        <w:spacing w:after="60"/>
      </w:pPr>
      <w:r>
        <w:rPr>
          <w:b/>
        </w:rPr>
        <w:t>코로브킨</w:t>
      </w:r>
      <w:r>
        <w:t xml:space="preserve">  내년에는 아들을 수도로 데려가 관직에 넣을 생각입니다. 저를 보호해주시는 은혜를 베풀어주십시오. 이 고아에게 아버지가 되어주십시오.</w:t>
      </w:r>
    </w:p>
    <w:p>
      <w:pPr>
        <w:spacing w:after="60"/>
      </w:pPr>
      <w:r>
        <w:rPr>
          <w:b/>
        </w:rPr>
        <w:t>시장</w:t>
      </w:r>
      <w:r>
        <w:t xml:space="preserve">  내가 할 수 있는 일이라면 기꺼이 힘을 쓰겠소.</w:t>
      </w:r>
    </w:p>
    <w:p>
      <w:pPr>
        <w:spacing w:after="60"/>
      </w:pPr>
      <w:r>
        <w:rPr>
          <w:b/>
        </w:rPr>
        <w:t>안나</w:t>
      </w:r>
      <w:r>
        <w:t xml:space="preserve">  안톤샤, 당신은 늘 약속부터 하잖아요. 우선 당신에게 그럴 시간이 있을지도 모르겠어요. 어떻게 그런 약속까지 떠맡을 수 있어요?</w:t>
      </w:r>
    </w:p>
    <w:p>
      <w:pPr>
        <w:spacing w:after="60"/>
      </w:pPr>
      <w:r>
        <w:rPr>
          <w:b/>
        </w:rPr>
        <w:t>시장</w:t>
      </w:r>
      <w:r>
        <w:t xml:space="preserve">  왜 안 되오? 가끔은 그럴 수도 있지.</w:t>
      </w:r>
    </w:p>
    <w:p>
      <w:pPr>
        <w:spacing w:after="60"/>
      </w:pPr>
      <w:r>
        <w:rPr>
          <w:b/>
        </w:rPr>
        <w:t>안나</w:t>
      </w:r>
      <w:r>
        <w:t xml:space="preserve">  물론 가능하죠. 하지만 모든 하찮은 사람들을 일일이 보호해줄 수는 없잖아요.</w:t>
      </w:r>
    </w:p>
    <w:p>
      <w:pPr>
        <w:spacing w:after="60"/>
      </w:pPr>
      <w:r>
        <w:rPr>
          <w:b/>
        </w:rPr>
        <w:t>코로브킨의 아내</w:t>
      </w:r>
      <w:r>
        <w:t xml:space="preserve">  들었어요? 우리를 하찮은 사람 취급하네요.</w:t>
      </w:r>
    </w:p>
    <w:p>
      <w:pPr>
        <w:spacing w:after="60"/>
      </w:pPr>
      <w:r>
        <w:rPr>
          <w:b/>
        </w:rPr>
        <w:t>손님</w:t>
      </w:r>
      <w:r>
        <w:t xml:space="preserve">  원래 저런 사람이에요. 내가 알아요. 식탁에 앉히면 발을 식탁 위에 올려놓을 사람이죠.</w:t>
      </w:r>
    </w:p>
    <w:p>
      <w:r>
        <w:rPr>
          <w:b/>
          <w:sz w:val="26"/>
        </w:rPr>
        <w:t>장면 8 — 우체국장의 편지</w:t>
      </w:r>
    </w:p>
    <w:p>
      <w:r>
        <w:rPr>
          <w:b/>
        </w:rPr>
        <w:t xml:space="preserve">【지문】 </w:t>
      </w:r>
      <w:r>
        <w:t>우체국장이 봉하지 않은 편지를 손에 들고 급하게 뛰어 들어온다.</w:t>
      </w:r>
    </w:p>
    <w:p>
      <w:pPr>
        <w:spacing w:after="60"/>
      </w:pPr>
      <w:r>
        <w:rPr>
          <w:b/>
        </w:rPr>
        <w:t>우체국장</w:t>
      </w:r>
      <w:r>
        <w:t xml:space="preserve">  여러분, 정말 놀라운 일입니다! 우리가 검찰관이라고 생각했던 그 관리가 검찰관이 아닙니다.</w:t>
      </w:r>
    </w:p>
    <w:p>
      <w:pPr>
        <w:spacing w:after="60"/>
      </w:pPr>
      <w:r>
        <w:rPr>
          <w:b/>
        </w:rPr>
        <w:t>모두</w:t>
      </w:r>
      <w:r>
        <w:t xml:space="preserve">  뭐라고요? 검찰관이 아니라고요?</w:t>
      </w:r>
    </w:p>
    <w:p>
      <w:pPr>
        <w:spacing w:after="60"/>
      </w:pPr>
      <w:r>
        <w:rPr>
          <w:b/>
        </w:rPr>
        <w:t>우체국장</w:t>
      </w:r>
      <w:r>
        <w:t xml:space="preserve">  아닙니다. 전혀 아닙니다. 이 편지를 보고 알았습니다.</w:t>
      </w:r>
    </w:p>
    <w:p>
      <w:pPr>
        <w:spacing w:after="60"/>
      </w:pPr>
      <w:r>
        <w:rPr>
          <w:b/>
        </w:rPr>
        <w:t>시장</w:t>
      </w:r>
      <w:r>
        <w:t xml:space="preserve">  무슨 소리요? 무슨 소리냐고! 무슨 편지요?</w:t>
      </w:r>
    </w:p>
    <w:p>
      <w:pPr>
        <w:spacing w:after="60"/>
      </w:pPr>
      <w:r>
        <w:rPr>
          <w:b/>
        </w:rPr>
        <w:t>우체국장</w:t>
      </w:r>
      <w:r>
        <w:t xml:space="preserve">  그 사람이 쓴 편지입니다. 우체국에 편지가 하나 들어왔는데 주소를 보니 포치탐츠카야 거리였어요. 순간 이상했습니다. ‘우편 업무에 뭔가 문제가 있어서 정부에 알리는 건가?’라고 생각했죠. 그래서 봉투를 뜯었습니다.</w:t>
      </w:r>
    </w:p>
    <w:p>
      <w:pPr>
        <w:spacing w:after="60"/>
      </w:pPr>
      <w:r>
        <w:rPr>
          <w:b/>
        </w:rPr>
        <w:t>시장</w:t>
      </w:r>
      <w:r>
        <w:t xml:space="preserve">  어떻게 감히 그럴 수가 있소?</w:t>
      </w:r>
    </w:p>
    <w:p>
      <w:pPr>
        <w:spacing w:after="60"/>
      </w:pPr>
      <w:r>
        <w:rPr>
          <w:b/>
        </w:rPr>
        <w:t>우체국장</w:t>
      </w:r>
      <w:r>
        <w:t xml:space="preserve">  저도 모르겠습니다. 어떤 초자연적인 힘이 저를 움직였어요. 이미 속달 전령을 불러 보내려 했는데, 평생 느껴본 적 없는 호기심이 저를 덮쳤습니다. ‘안 돼, 안 돼’라는 목소리가 들렸어요. 그런데 또 한쪽에서는 악마가 속삭이는 것 같았습니다. ‘열어, 열어.’ 봉랍을 뜯는 순간 몸이 불타는 것 같았고, 편지를 펼치자 온몸이 얼어붙었습니다. 손이 떨리고 주변이 빙빙 돌았습니다.</w:t>
      </w:r>
    </w:p>
    <w:p>
      <w:pPr>
        <w:spacing w:after="60"/>
      </w:pPr>
      <w:r>
        <w:rPr>
          <w:b/>
        </w:rPr>
        <w:t>시장</w:t>
      </w:r>
      <w:r>
        <w:t xml:space="preserve">  그런 강력한 인물의 편지를 어떻게 감히 열었소?</w:t>
      </w:r>
    </w:p>
    <w:p>
      <w:pPr>
        <w:spacing w:after="60"/>
      </w:pPr>
      <w:r>
        <w:rPr>
          <w:b/>
        </w:rPr>
        <w:t>우체국장</w:t>
      </w:r>
      <w:r>
        <w:t xml:space="preserve">  바로 그게 문제입니다. 그 사람은 강력한 인물도 아니고, 대단한 인물도 아닙니다.</w:t>
      </w:r>
    </w:p>
    <w:p>
      <w:pPr>
        <w:spacing w:after="60"/>
      </w:pPr>
      <w:r>
        <w:rPr>
          <w:b/>
        </w:rPr>
        <w:t>시장</w:t>
      </w:r>
      <w:r>
        <w:t xml:space="preserve">  그럼 대체 뭐란 말이오?</w:t>
      </w:r>
    </w:p>
    <w:p>
      <w:pPr>
        <w:spacing w:after="60"/>
      </w:pPr>
      <w:r>
        <w:rPr>
          <w:b/>
        </w:rPr>
        <w:t>우체국장</w:t>
      </w:r>
      <w:r>
        <w:t xml:space="preserve">  아무것도 아닙니다. 뭐라고 해야 할지 모르겠습니다. 악마만 알겠죠.</w:t>
      </w:r>
    </w:p>
    <w:p>
      <w:pPr>
        <w:spacing w:after="60"/>
      </w:pPr>
      <w:r>
        <w:rPr>
          <w:b/>
        </w:rPr>
        <w:t>시장</w:t>
      </w:r>
      <w:r>
        <w:t xml:space="preserve">  (격분하며) 아무것도 아니라고? 어떻게 감히 그를 아무것도 아니라고 부르나! 그리고 악마만 안다고? 널 체포하겠어.</w:t>
      </w:r>
    </w:p>
    <w:p>
      <w:pPr>
        <w:spacing w:after="60"/>
      </w:pPr>
      <w:r>
        <w:rPr>
          <w:b/>
        </w:rPr>
        <w:t>우체국장</w:t>
      </w:r>
      <w:r>
        <w:t xml:space="preserve">  당신에게 그런 권한이 있습니까?</w:t>
      </w:r>
    </w:p>
    <w:p>
      <w:pPr>
        <w:spacing w:after="60"/>
      </w:pPr>
      <w:r>
        <w:rPr>
          <w:b/>
        </w:rPr>
        <w:t>시장</w:t>
      </w:r>
      <w:r>
        <w:t xml:space="preserve">  있소. 내가 누구인지 모르나?</w:t>
      </w:r>
    </w:p>
    <w:p>
      <w:pPr>
        <w:spacing w:after="60"/>
      </w:pPr>
      <w:r>
        <w:rPr>
          <w:b/>
        </w:rPr>
        <w:t>우체국장</w:t>
      </w:r>
      <w:r>
        <w:t xml:space="preserve">  그럴 권한은 없습니다.</w:t>
      </w:r>
    </w:p>
    <w:p>
      <w:pPr>
        <w:spacing w:after="60"/>
      </w:pPr>
      <w:r>
        <w:rPr>
          <w:b/>
        </w:rPr>
        <w:t>시장</w:t>
      </w:r>
      <w:r>
        <w:t xml:space="preserve">  그 사람이 내 딸과 결혼할 사람이라는 걸 알고 있나? 나는 곧 고위 관리가 되고 시베리아로 유배를 보낼 권한도 갖게 될 거야!</w:t>
      </w:r>
    </w:p>
    <w:p>
      <w:pPr>
        <w:spacing w:after="60"/>
      </w:pPr>
      <w:r>
        <w:rPr>
          <w:b/>
        </w:rPr>
        <w:t>우체국장</w:t>
      </w:r>
      <w:r>
        <w:t xml:space="preserve">  아, 안톤 안토노비치. 시베리아는 멀잖습니까. 차라리 편지를 읽어드리겠습니다. 여러분, 편지를 읽어도 되겠습니까?</w:t>
      </w:r>
    </w:p>
    <w:p>
      <w:pPr>
        <w:spacing w:after="60"/>
      </w:pPr>
      <w:r>
        <w:rPr>
          <w:b/>
        </w:rPr>
        <w:t>모두</w:t>
      </w:r>
      <w:r>
        <w:t xml:space="preserve">  읽으세요.</w:t>
      </w:r>
    </w:p>
    <w:p>
      <w:r>
        <w:rPr>
          <w:b/>
          <w:sz w:val="26"/>
        </w:rPr>
        <w:t>장면 9 — 편지 낭독</w:t>
      </w:r>
    </w:p>
    <w:p>
      <w:r>
        <w:rPr>
          <w:b/>
        </w:rPr>
        <w:t xml:space="preserve">【지문】 </w:t>
      </w:r>
      <w:r>
        <w:t>우체국장이 편지를 펼쳐 읽는다.</w:t>
      </w:r>
    </w:p>
    <w:p>
      <w:pPr>
        <w:spacing w:after="60"/>
      </w:pPr>
      <w:r>
        <w:rPr>
          <w:b/>
        </w:rPr>
        <w:t>우체국장</w:t>
      </w:r>
      <w:r>
        <w:t xml:space="preserve">  ‘친애하는 친구여, 나에게 일어난 놀라운 일을 급히 알려주네. 이곳으로 오는 길에 한 보병 대위가 내 마지막 돈까지 빼앗아갔고, 여관 주인은 나를 감옥에 보내려고 했지. 그런데 상트페테르부르크 사람처럼 보이는 내 외모와 옷차림 덕분에 갑자기 온 도시가 나를 총독으로 착각했네. 지금 나는 시장의 집에 머물고 있어. 아주 즐겁게 지내고 있고, 그의 아내와 딸에게 열심히 추파를 던지고 있지. 어느 쪽부터 시작할지는 아직 결정하지 못했네. 어머니 쪽부터 시작할 것 같아. 뭐든 받아들일 준비가 되어 있는 것 같거든.’</w:t>
      </w:r>
    </w:p>
    <w:p>
      <w:pPr>
        <w:spacing w:after="60"/>
      </w:pPr>
      <w:r>
        <w:rPr>
          <w:b/>
        </w:rPr>
        <w:t>우체국장</w:t>
      </w:r>
      <w:r>
        <w:t xml:space="preserve">  ‘자네도 기억하겠지만, 우리가 돈이 없어 어디서든 밥을 얻어먹던 시절이 있었지. 한번은 내가 먹은 파이를 영국 왕에게 계산하라고 했다가 제과점 주인에게 멱살을 잡힌 적도 있었네. 하지만 지금은 완전히 달라. 내가 원하는 만큼 돈을 빌려주고 있어. 정말 별난 인간들이야. 자네가 보면 배꼽이 빠지도록 웃을 걸세. 자네가 신문에 글을 쓰는 걸 알고 있네. 이 사람들을 문학 작품에 써먹게. 우선 시장은 늙은 말처럼 멍청하고—’</w:t>
      </w:r>
    </w:p>
    <w:p>
      <w:pPr>
        <w:spacing w:after="60"/>
      </w:pPr>
      <w:r>
        <w:rPr>
          <w:b/>
        </w:rPr>
        <w:t>시장</w:t>
      </w:r>
      <w:r>
        <w:t xml:space="preserve">  말도 안 돼! 그런 내용이 있을 리 없어!</w:t>
      </w:r>
    </w:p>
    <w:p>
      <w:pPr>
        <w:spacing w:after="60"/>
      </w:pPr>
      <w:r>
        <w:rPr>
          <w:b/>
        </w:rPr>
        <w:t>우체국장</w:t>
      </w:r>
      <w:r>
        <w:t xml:space="preserve">  직접 읽어보십시오.</w:t>
      </w:r>
    </w:p>
    <w:p>
      <w:pPr>
        <w:spacing w:after="60"/>
      </w:pPr>
      <w:r>
        <w:rPr>
          <w:b/>
        </w:rPr>
        <w:t>시장</w:t>
      </w:r>
      <w:r>
        <w:t xml:space="preserve">  (읽으며) ‘늙은 말처럼.’ 말도 안 돼! 당신이 지어낸 거겠지.</w:t>
      </w:r>
    </w:p>
    <w:p>
      <w:pPr>
        <w:spacing w:after="60"/>
      </w:pPr>
      <w:r>
        <w:rPr>
          <w:b/>
        </w:rPr>
        <w:t>우체국장</w:t>
      </w:r>
      <w:r>
        <w:t xml:space="preserve">  제가 어떻게 지어냅니까?</w:t>
      </w:r>
    </w:p>
    <w:p>
      <w:pPr>
        <w:spacing w:after="60"/>
      </w:pPr>
      <w:r>
        <w:rPr>
          <w:b/>
        </w:rPr>
        <w:t>아르테미</w:t>
      </w:r>
      <w:r>
        <w:t xml:space="preserve">  계속 읽으세요.</w:t>
      </w:r>
    </w:p>
    <w:p>
      <w:pPr>
        <w:spacing w:after="60"/>
      </w:pPr>
      <w:r>
        <w:rPr>
          <w:b/>
        </w:rPr>
        <w:t>루카</w:t>
      </w:r>
      <w:r>
        <w:t xml:space="preserve">  계속 읽으세요.</w:t>
      </w:r>
    </w:p>
    <w:p>
      <w:pPr>
        <w:spacing w:after="60"/>
      </w:pPr>
      <w:r>
        <w:rPr>
          <w:b/>
        </w:rPr>
        <w:t>우체국장</w:t>
      </w:r>
      <w:r>
        <w:t xml:space="preserve">  ‘시장은 늙은 말처럼 멍청하고—’</w:t>
      </w:r>
    </w:p>
    <w:p>
      <w:pPr>
        <w:spacing w:after="60"/>
      </w:pPr>
      <w:r>
        <w:rPr>
          <w:b/>
        </w:rPr>
        <w:t>시장</w:t>
      </w:r>
      <w:r>
        <w:t xml:space="preserve">  빌어먹을! 없는 것도 아니면서 또 읽어야 해?</w:t>
      </w:r>
    </w:p>
    <w:p>
      <w:r>
        <w:rPr>
          <w:b/>
          <w:sz w:val="26"/>
        </w:rPr>
        <w:t>장면 10 — 편지의 폭로</w:t>
      </w:r>
    </w:p>
    <w:p>
      <w:pPr>
        <w:spacing w:after="60"/>
      </w:pPr>
      <w:r>
        <w:rPr>
          <w:b/>
        </w:rPr>
        <w:t>우체국장</w:t>
      </w:r>
      <w:r>
        <w:t xml:space="preserve">  ‘우체국장은 좋은 사람이기도 하지.’ (읽기를 멈춘다.) 그런데 여기서는 나에 대해서도 무례한 말을 하는군.</w:t>
      </w:r>
    </w:p>
    <w:p>
      <w:pPr>
        <w:spacing w:after="60"/>
      </w:pPr>
      <w:r>
        <w:rPr>
          <w:b/>
        </w:rPr>
        <w:t>시장</w:t>
      </w:r>
      <w:r>
        <w:t xml:space="preserve">  계속 읽으시오. 끝까지 읽어.</w:t>
      </w:r>
    </w:p>
    <w:p>
      <w:pPr>
        <w:spacing w:after="60"/>
      </w:pPr>
      <w:r>
        <w:rPr>
          <w:b/>
        </w:rPr>
        <w:t>우체국장</w:t>
      </w:r>
      <w:r>
        <w:t xml:space="preserve">  왜요?</w:t>
      </w:r>
    </w:p>
    <w:p>
      <w:pPr>
        <w:spacing w:after="60"/>
      </w:pPr>
      <w:r>
        <w:rPr>
          <w:b/>
        </w:rPr>
        <w:t>시장</w:t>
      </w:r>
      <w:r>
        <w:t xml:space="preserve">  빌어먹을! 시작했으면 끝까지 읽어야지.</w:t>
      </w:r>
    </w:p>
    <w:p>
      <w:pPr>
        <w:spacing w:after="60"/>
      </w:pPr>
      <w:r>
        <w:rPr>
          <w:b/>
        </w:rPr>
        <w:t>아르테미</w:t>
      </w:r>
      <w:r>
        <w:t xml:space="preserve">  허락하신다면 제가 읽겠습니다. (안경을 쓰고 편지를 받는다.) ‘우체국장은 우리 사무실의 문지기 미헤예프와 똑같고, 그 인간은 술도 똑같이 퍼마시는 놈이다.’</w:t>
      </w:r>
    </w:p>
    <w:p>
      <w:pPr>
        <w:spacing w:after="60"/>
      </w:pPr>
      <w:r>
        <w:rPr>
          <w:b/>
        </w:rPr>
        <w:t>우체국장</w:t>
      </w:r>
      <w:r>
        <w:t xml:space="preserve">  (관객을 향해) 나쁜 놈! 정말 혼을 내줘야겠군. 그게 전부입니다.</w:t>
      </w:r>
    </w:p>
    <w:p>
      <w:pPr>
        <w:spacing w:after="60"/>
      </w:pPr>
      <w:r>
        <w:rPr>
          <w:b/>
        </w:rPr>
        <w:t>아르테미</w:t>
      </w:r>
      <w:r>
        <w:t xml:space="preserve">  ‘자선시설 감독관 젬랴니카는 모자를 쓴 돼지와 같다.’</w:t>
      </w:r>
    </w:p>
    <w:p>
      <w:pPr>
        <w:spacing w:after="60"/>
      </w:pPr>
      <w:r>
        <w:rPr>
          <w:b/>
        </w:rPr>
        <w:t>아르테미</w:t>
      </w:r>
      <w:r>
        <w:t xml:space="preserve">  (관객에게) 하나도 재미없군. 모자를 쓴 돼지라니! 돼지가 모자를 쓴 걸 본 적 있습니까?</w:t>
      </w:r>
    </w:p>
    <w:p>
      <w:pPr>
        <w:spacing w:after="60"/>
      </w:pPr>
      <w:r>
        <w:rPr>
          <w:b/>
        </w:rPr>
        <w:t>아르테미</w:t>
      </w:r>
      <w:r>
        <w:t xml:space="preserve">  ‘학교 감독관은 양파 냄새가 난다.’</w:t>
      </w:r>
    </w:p>
    <w:p>
      <w:pPr>
        <w:spacing w:after="60"/>
      </w:pPr>
      <w:r>
        <w:rPr>
          <w:b/>
        </w:rPr>
        <w:t>루카</w:t>
      </w:r>
      <w:r>
        <w:t xml:space="preserve">  맹세코 저는 양파를 입에 대지도 않습니다.</w:t>
      </w:r>
    </w:p>
    <w:p>
      <w:pPr>
        <w:spacing w:after="60"/>
      </w:pPr>
      <w:r>
        <w:rPr>
          <w:b/>
        </w:rPr>
        <w:t>아모스</w:t>
      </w:r>
      <w:r>
        <w:t xml:space="preserve">  (혼잣말) 하느님 감사합니다. 내 이야기는 없군.</w:t>
      </w:r>
    </w:p>
    <w:p>
      <w:pPr>
        <w:spacing w:after="60"/>
      </w:pPr>
      <w:r>
        <w:rPr>
          <w:b/>
        </w:rPr>
        <w:t>아르테미</w:t>
      </w:r>
      <w:r>
        <w:t xml:space="preserve">  ‘판사는—’</w:t>
      </w:r>
    </w:p>
    <w:p>
      <w:pPr>
        <w:spacing w:after="60"/>
      </w:pPr>
      <w:r>
        <w:rPr>
          <w:b/>
        </w:rPr>
        <w:t>아모스</w:t>
      </w:r>
      <w:r>
        <w:t xml:space="preserve">  거기! (큰소리) 여러분, 이 편지는 너무 깁니다. 집어치웁시다! 이런 쓰레기를 왜 계속 읽습니까?</w:t>
      </w:r>
    </w:p>
    <w:p>
      <w:pPr>
        <w:spacing w:after="60"/>
      </w:pPr>
      <w:r>
        <w:rPr>
          <w:b/>
        </w:rPr>
        <w:t>루카</w:t>
      </w:r>
      <w:r>
        <w:t xml:space="preserve">  안 됩니다.</w:t>
      </w:r>
    </w:p>
    <w:p>
      <w:pPr>
        <w:spacing w:after="60"/>
      </w:pPr>
      <w:r>
        <w:rPr>
          <w:b/>
        </w:rPr>
        <w:t>우체국장</w:t>
      </w:r>
      <w:r>
        <w:t xml:space="preserve">  계속 읽으세요.</w:t>
      </w:r>
    </w:p>
    <w:p>
      <w:pPr>
        <w:spacing w:after="60"/>
      </w:pPr>
      <w:r>
        <w:rPr>
          <w:b/>
        </w:rPr>
        <w:t>아르테미</w:t>
      </w:r>
      <w:r>
        <w:t xml:space="preserve">  계속 읽으십시오.</w:t>
      </w:r>
    </w:p>
    <w:p>
      <w:r>
        <w:rPr>
          <w:b/>
          <w:sz w:val="26"/>
        </w:rPr>
        <w:t>장면 11 — 편지의 마지막</w:t>
      </w:r>
    </w:p>
    <w:p>
      <w:pPr>
        <w:spacing w:after="60"/>
      </w:pPr>
      <w:r>
        <w:rPr>
          <w:b/>
        </w:rPr>
        <w:t>코로브킨</w:t>
      </w:r>
      <w:r>
        <w:t xml:space="preserve">  (편지를 받아 읽는다.) ‘판사 리압킨-탸프킨은 매우 나쁜 취향의 사람이다.’ (멈춘다.) 이건 프랑스어 같군.</w:t>
      </w:r>
    </w:p>
    <w:p>
      <w:pPr>
        <w:spacing w:after="60"/>
      </w:pPr>
      <w:r>
        <w:rPr>
          <w:b/>
        </w:rPr>
        <w:t>아모스</w:t>
      </w:r>
      <w:r>
        <w:t xml:space="preserve">  악마가 알겠지. 그냥 ‘사기꾼’이라는 뜻이라면 그나마 다행인데. 더 심한 뜻일 수도 있어.</w:t>
      </w:r>
    </w:p>
    <w:p>
      <w:pPr>
        <w:spacing w:after="60"/>
      </w:pPr>
      <w:r>
        <w:rPr>
          <w:b/>
        </w:rPr>
        <w:t>코로브킨</w:t>
      </w:r>
      <w:r>
        <w:t xml:space="preserve">  ‘하지만 이곳 사람들은 손님을 잘 대접하고 마음이 따뜻하다. 잘 있게, 사랑하는 트랴피치킨. 나도 자네처럼 문학을 해보고 싶네. 이렇게 사는 것도 지겹다. 사람은 결국 정신의 양식도 필요하지. 뭔가 고상한 일을 해야겠다는 생각이 드네. 주소는 사라토프 현 포드카틸로프카 마을.’ (편지를 뒤집어 읽는다.) ‘상트페테르부르크 포치탐츠카야 거리 97번지, 안뜰, 3층 오른쪽. 이반 바실리예비치 트랴피치킨 귀하.’</w:t>
      </w:r>
    </w:p>
    <w:p>
      <w:pPr>
        <w:spacing w:after="60"/>
      </w:pPr>
      <w:r>
        <w:rPr>
          <w:b/>
        </w:rPr>
        <w:t>한 여성</w:t>
      </w:r>
      <w:r>
        <w:t xml:space="preserve">  이보다 더 기막힌 모욕이 어디 있겠어요!</w:t>
      </w:r>
    </w:p>
    <w:p>
      <w:pPr>
        <w:spacing w:after="60"/>
      </w:pPr>
      <w:r>
        <w:rPr>
          <w:b/>
        </w:rPr>
        <w:t>시장</w:t>
      </w:r>
      <w:r>
        <w:t xml:space="preserve">  내 목을 잘라버렸군. 완전히 끝장이야. 아무것도 안 보여. 온통 돼지 주둥이들만 보여. 잡아! 잡아가! (손을 휘두른다.)</w:t>
      </w:r>
    </w:p>
    <w:p>
      <w:pPr>
        <w:spacing w:after="60"/>
      </w:pPr>
      <w:r>
        <w:rPr>
          <w:b/>
        </w:rPr>
        <w:t>우체국장</w:t>
      </w:r>
      <w:r>
        <w:t xml:space="preserve">  어떻게 잡습니까? 일부러 제가 감독관에게 가장 좋은 역마차를 내주라고 했습니다. 악마가 시켜서 그렇게 명령했죠.</w:t>
      </w:r>
    </w:p>
    <w:p>
      <w:pPr>
        <w:spacing w:after="60"/>
      </w:pPr>
      <w:r>
        <w:rPr>
          <w:b/>
        </w:rPr>
        <w:t>코로브킨의 아내</w:t>
      </w:r>
      <w:r>
        <w:t xml:space="preserve">  이게 무슨 난리인지.</w:t>
      </w:r>
    </w:p>
    <w:p>
      <w:pPr>
        <w:spacing w:after="60"/>
      </w:pPr>
      <w:r>
        <w:rPr>
          <w:b/>
        </w:rPr>
        <w:t>아모스</w:t>
      </w:r>
      <w:r>
        <w:t xml:space="preserve">  빌어먹을, 그는 내게 300루블을 빌렸소.</w:t>
      </w:r>
    </w:p>
    <w:p>
      <w:pPr>
        <w:spacing w:after="60"/>
      </w:pPr>
      <w:r>
        <w:rPr>
          <w:b/>
        </w:rPr>
        <w:t>아르테미</w:t>
      </w:r>
      <w:r>
        <w:t xml:space="preserve">  나에게도 300루블을 빌렸습니다.</w:t>
      </w:r>
    </w:p>
    <w:p>
      <w:pPr>
        <w:spacing w:after="60"/>
      </w:pPr>
      <w:r>
        <w:rPr>
          <w:b/>
        </w:rPr>
        <w:t>우체국장</w:t>
      </w:r>
      <w:r>
        <w:t xml:space="preserve">  (한숨 쉬며) 나에게도요.</w:t>
      </w:r>
    </w:p>
    <w:p>
      <w:pPr>
        <w:spacing w:after="60"/>
      </w:pPr>
      <w:r>
        <w:rPr>
          <w:b/>
        </w:rPr>
        <w:t>보브친스키</w:t>
      </w:r>
      <w:r>
        <w:t xml:space="preserve">  나와 표트르 이바노비치에게서 65루블을 빌렸습니다.</w:t>
      </w:r>
    </w:p>
    <w:p>
      <w:pPr>
        <w:spacing w:after="60"/>
      </w:pPr>
      <w:r>
        <w:rPr>
          <w:b/>
        </w:rPr>
        <w:t>아모스</w:t>
      </w:r>
      <w:r>
        <w:t xml:space="preserve">  (당황하여 두 손을 들며) 대체 어떻게 된 겁니까? 우리가 어떻게 이렇게 방심했을까요?</w:t>
      </w:r>
    </w:p>
    <w:p>
      <w:r>
        <w:rPr>
          <w:b/>
          <w:sz w:val="26"/>
        </w:rPr>
        <w:t>장면 12 — 시장의 몰락</w:t>
      </w:r>
    </w:p>
    <w:p>
      <w:pPr>
        <w:spacing w:after="60"/>
      </w:pPr>
      <w:r>
        <w:rPr>
          <w:b/>
        </w:rPr>
        <w:t>시장</w:t>
      </w:r>
      <w:r>
        <w:t xml:space="preserve">  (이마를 치며) 내가 어떻게 그랬을까? 이 늙은 바보야! 어린애처럼 굴고 멍청한 노새처럼 굴었구나. 나는 30년 동안 공직에 있었어. 어떤 상인도, 어떤 도급업자도 나를 속이지 못했지. 온갖 사기꾼과 협잡꾼을 내가 속여 넘겼고, 온 세상을 털어먹을 놈들도 잡아냈어. 세 명의 총독까지 내가 속여먹었지. 총독쯤이야—(손을 휘젓는다.) 말할 것도 없어.</w:t>
      </w:r>
    </w:p>
    <w:p>
      <w:pPr>
        <w:spacing w:after="60"/>
      </w:pPr>
      <w:r>
        <w:rPr>
          <w:b/>
        </w:rPr>
        <w:t>안나</w:t>
      </w:r>
      <w:r>
        <w:t xml:space="preserve">  하지만 안톤샤, 어떻게 그럴 수 있어요? 그는 마셴카와 약혼했잖아요.</w:t>
      </w:r>
    </w:p>
    <w:p>
      <w:pPr>
        <w:spacing w:after="60"/>
      </w:pPr>
      <w:r>
        <w:rPr>
          <w:b/>
        </w:rPr>
        <w:t>시장</w:t>
      </w:r>
      <w:r>
        <w:t xml:space="preserve">  (격분하여) 약혼! 쥐새끼 같은 소리! 허튼소리! 그 약혼이 어쨌다는 거야! 이제 와서 약혼을 내세워? (광분하여) 자, 나를 봐! 온 세상아, 온 기독교 세계야, 나를 봐라! 시장이 얼마나 멍청한 짓을 당했는지 보라고! 이 멍청한 늙은 사기꾼 같으니! (자신을 향해 주먹을 흔든다.) 이 돼지코야! 얼음덩어리 하나, 누더기 하나를 대단한 인물로 착각하다니!</w:t>
      </w:r>
    </w:p>
    <w:p>
      <w:pPr>
        <w:spacing w:after="60"/>
      </w:pPr>
      <w:r>
        <w:rPr>
          <w:b/>
        </w:rPr>
        <w:t>시장</w:t>
      </w:r>
      <w:r>
        <w:t xml:space="preserve">  이제 저자의 마차 종소리가 온 길에 울려 퍼지겠지. 그는 이 이야기를 온 세상에 퍼뜨릴 거야. 나는 웃음거리가 될 뿐 아니라, 어느 글쟁이, 어느 잉크나 찍어대는 작자가 나를 희극 속에 집어넣겠지. 바로 그게 가장 끔찍해. 지위도 신분도 봐주지 않을 거야. 사람들은 모두 웃고 박수를 치겠지.</w:t>
      </w:r>
    </w:p>
    <w:p>
      <w:pPr>
        <w:spacing w:after="60"/>
      </w:pPr>
      <w:r>
        <w:rPr>
          <w:b/>
        </w:rPr>
        <w:t>시장</w:t>
      </w:r>
      <w:r>
        <w:t xml:space="preserve">  대체 뭘 보고 웃는 거냐? 바로 너 자신을 보고 웃는 거다, 이 인간아! (발을 구른다.) 그런 글쟁이들을 모조리 혼내주고 싶어! 너희 글쟁이들, 빌어먹을 자유주의자들, 악마의 자식들! 너희를 한데 묶어 갈아 가루로 만들어 악마에게 던져주고 싶다!</w:t>
      </w:r>
    </w:p>
    <w:p>
      <w:pPr>
        <w:spacing w:after="60"/>
      </w:pPr>
      <w:r>
        <w:rPr>
          <w:b/>
        </w:rPr>
        <w:t>시장</w:t>
      </w:r>
      <w:r>
        <w:t xml:space="preserve">  (주먹을 흔들고 발뒤꿈치를 구르며, 잠시 침묵한 뒤) 정신을 차릴 수가 없어. 정말 ‘신들이 벌주려는 자를 먼저 미치게 한다’더니. 대체 저 얼간이가 검찰관처럼 보이는 데가 어디 있었나? 아무 데도 없었어. 검찰관의 손가락 반의 반도 닮지 않았지. 그런데 갑자기 모두가 ‘검찰관이다, 검찰관이다’라고 떠들었어. 누가 처음 그렇게 말했지? 말해봐!</w:t>
      </w:r>
    </w:p>
    <w:p>
      <w:pPr>
        <w:spacing w:after="60"/>
      </w:pPr>
      <w:r>
        <w:rPr>
          <w:b/>
        </w:rPr>
        <w:t>아르테미</w:t>
      </w:r>
      <w:r>
        <w:t xml:space="preserve">  (두 손을 들며) 죽으라면 죽겠지만 어떻게 그런 일이 벌어졌는지는 모르겠습니다. 안개가 우리 머리를 뒤덮은 것 같아요. 악마가 우리를 홀렸습니다.</w:t>
      </w:r>
    </w:p>
    <w:p>
      <w:pPr>
        <w:spacing w:after="60"/>
      </w:pPr>
      <w:r>
        <w:rPr>
          <w:b/>
        </w:rPr>
        <w:t>아모스</w:t>
      </w:r>
      <w:r>
        <w:t xml:space="preserve">  누가 처음 말했소? 바로 이 두 사람, 이 고귀한 한 쌍이오. (도브친스키와 보브친스키를 가리킨다.)</w:t>
      </w:r>
    </w:p>
    <w:p>
      <w:pPr>
        <w:spacing w:after="60"/>
      </w:pPr>
      <w:r>
        <w:rPr>
          <w:b/>
        </w:rPr>
        <w:t>보브친스키</w:t>
      </w:r>
      <w:r>
        <w:t xml:space="preserve">  하느님께 맹세코, 제가 아닙니다. 그런 생각조차 하지 않았어요.</w:t>
      </w:r>
    </w:p>
    <w:p>
      <w:pPr>
        <w:spacing w:after="60"/>
      </w:pPr>
      <w:r>
        <w:rPr>
          <w:b/>
        </w:rPr>
        <w:t>도브친스키</w:t>
      </w:r>
      <w:r>
        <w:t xml:space="preserve">  저도 아무 말도 하지 않았습니다. 정말 아무 말도.</w:t>
      </w:r>
    </w:p>
    <w:p>
      <w:pPr>
        <w:spacing w:after="60"/>
      </w:pPr>
      <w:r>
        <w:rPr>
          <w:b/>
        </w:rPr>
        <w:t>아르테미</w:t>
      </w:r>
      <w:r>
        <w:t xml:space="preserve">  분명 당신들이 말했소.</w:t>
      </w:r>
    </w:p>
    <w:p>
      <w:pPr>
        <w:spacing w:after="60"/>
      </w:pPr>
      <w:r>
        <w:rPr>
          <w:b/>
        </w:rPr>
        <w:t>루카</w:t>
      </w:r>
      <w:r>
        <w:t xml:space="preserve">  맞아요. 당신들이 미친 사람처럼 여관에서 뛰어와서 ‘그가 왔다! 그가 왔다! 돈도 안 낸다!’고 했잖소. 희귀한 새를 발견했다면서!</w:t>
      </w:r>
    </w:p>
    <w:p>
      <w:pPr>
        <w:spacing w:after="60"/>
      </w:pPr>
      <w:r>
        <w:rPr>
          <w:b/>
        </w:rPr>
        <w:t>시장</w:t>
      </w:r>
      <w:r>
        <w:t xml:space="preserve">  그래, 바로 당신들이야. 도시를 돌아다니며 헛소문이나 퍼뜨리는 거짓말쟁이들!</w:t>
      </w:r>
    </w:p>
    <w:p>
      <w:r>
        <w:rPr>
          <w:b/>
        </w:rPr>
        <w:t xml:space="preserve">【지문】 </w:t>
      </w:r>
      <w:r>
        <w:t>아르테미와 아모스 등이 도브친스키와 보브친스키를 둘러싼다.</w:t>
      </w:r>
    </w:p>
    <w:p>
      <w:pPr>
        <w:spacing w:after="60"/>
      </w:pPr>
      <w:r>
        <w:rPr>
          <w:b/>
        </w:rPr>
        <w:t>아르테미</w:t>
      </w:r>
      <w:r>
        <w:t xml:space="preserve">  빌어먹을, 검찰관이니 뭐니 하면서 헛소문이나 퍼뜨리는 것들!</w:t>
      </w:r>
    </w:p>
    <w:p>
      <w:pPr>
        <w:spacing w:after="60"/>
      </w:pPr>
      <w:r>
        <w:rPr>
          <w:b/>
        </w:rPr>
        <w:t>시장</w:t>
      </w:r>
      <w:r>
        <w:t xml:space="preserve">  도시를 돌아다니며 사람들을 괴롭히고, 온갖 헛소문을 퍼뜨리는 수다쟁이들! 꼬리 짧은 까치들 같으니!</w:t>
      </w:r>
    </w:p>
    <w:p>
      <w:pPr>
        <w:spacing w:after="60"/>
      </w:pPr>
      <w:r>
        <w:rPr>
          <w:b/>
        </w:rPr>
        <w:t>아모스</w:t>
      </w:r>
      <w:r>
        <w:t xml:space="preserve">  빌어먹을 얼간이들!</w:t>
      </w:r>
    </w:p>
    <w:p>
      <w:pPr>
        <w:spacing w:after="60"/>
      </w:pPr>
      <w:r>
        <w:rPr>
          <w:b/>
        </w:rPr>
        <w:t>루카</w:t>
      </w:r>
      <w:r>
        <w:t xml:space="preserve">  멍청이들.</w:t>
      </w:r>
    </w:p>
    <w:p>
      <w:pPr>
        <w:spacing w:after="60"/>
      </w:pPr>
      <w:r>
        <w:rPr>
          <w:b/>
        </w:rPr>
        <w:t>아르테미</w:t>
      </w:r>
      <w:r>
        <w:t xml:space="preserve">  배불뚝이 버섯들!</w:t>
      </w:r>
    </w:p>
    <w:p>
      <w:r>
        <w:rPr>
          <w:b/>
        </w:rPr>
        <w:t xml:space="preserve">【지문】 </w:t>
      </w:r>
      <w:r>
        <w:t>모두가 두 사람을 에워싼다.</w:t>
      </w:r>
    </w:p>
    <w:p>
      <w:pPr>
        <w:spacing w:after="60"/>
      </w:pPr>
      <w:r>
        <w:rPr>
          <w:b/>
        </w:rPr>
        <w:t>보브친스키</w:t>
      </w:r>
      <w:r>
        <w:t xml:space="preserve">  하느님께 맹세코 제가 아닙니다. 처음 말한 건 표트르 이바노비치였어요.</w:t>
      </w:r>
    </w:p>
    <w:p>
      <w:pPr>
        <w:spacing w:after="60"/>
      </w:pPr>
      <w:r>
        <w:rPr>
          <w:b/>
        </w:rPr>
        <w:t>도브친스키</w:t>
      </w:r>
      <w:r>
        <w:t xml:space="preserve">  아니요, 표트르 이바노비치, 당신이 먼저였잖아요.</w:t>
      </w:r>
    </w:p>
    <w:p>
      <w:pPr>
        <w:spacing w:after="60"/>
      </w:pPr>
      <w:r>
        <w:rPr>
          <w:b/>
        </w:rPr>
        <w:t>보브친스키</w:t>
      </w:r>
      <w:r>
        <w:t xml:space="preserve">  아니, 아니요. 당신이 먼저였어요.</w:t>
      </w:r>
    </w:p>
    <w:p>
      <w:r>
        <w:rPr>
          <w:b/>
          <w:sz w:val="26"/>
        </w:rPr>
        <w:t>장면 13 — 마지막 장면</w:t>
      </w:r>
    </w:p>
    <w:p>
      <w:r>
        <w:rPr>
          <w:b/>
        </w:rPr>
        <w:t xml:space="preserve">【지문】 </w:t>
      </w:r>
      <w:r>
        <w:t>앞 장면과 같은 인물들. 헌병이 들어온다.</w:t>
      </w:r>
    </w:p>
    <w:p>
      <w:pPr>
        <w:spacing w:after="60"/>
      </w:pPr>
      <w:r>
        <w:rPr>
          <w:b/>
        </w:rPr>
        <w:t>헌병</w:t>
      </w:r>
      <w:r>
        <w:t xml:space="preserve">  황제의 명령으로 상트페테르부르크에서 파견된 관리가 도착했습니다. 모두를 즉시 만나기를 원합니다. 지금 여관에 머물고 있습니다.</w:t>
      </w:r>
    </w:p>
    <w:p>
      <w:r>
        <w:rPr>
          <w:b/>
        </w:rPr>
        <w:t xml:space="preserve">【지문】 </w:t>
      </w:r>
      <w:r>
        <w:t>모두가 벼락을 맞은 듯 굳어버린다. 여자들은 동시에 놀라 외친다. 전체 인물의 위치가 갑자기 바뀌고, 마치 돌처럼 굳은 채 서 있다.</w:t>
      </w:r>
    </w:p>
    <w:p>
      <w:r>
        <w:rPr>
          <w:b/>
        </w:rPr>
        <w:t xml:space="preserve">【지문】 </w:t>
      </w:r>
      <w:r>
        <w:t>침묵 장면. 시장은 무대 중앙에 기둥처럼 꼿꼿이 서서 두 팔을 벌리고 머리를 뒤로 젖힌다. 그의 오른쪽에는 아내와 딸이 그를 향해 몸을 뻗고 있다. 그 뒤에는 우체국장이 관객을 향해 돌아서서 물음표처럼 굳어 있다. 그 옆 무대 가장자리에는 세 명의 여성 손님이 서로 기대어 서서 시장 가족을 조롱하는 듯한 표정을 짓고 있다. 시장의 왼쪽에는 젬랴니카가 고개를 한쪽으로 기울여 듣는 듯 서 있고, 그 뒤에는 판사가 두 팔을 벌린 채 거의 바닥에 웅크리고 입술을 오므린 채 ‘참 곤란하게 됐군!’이라고 말하려는 듯한 표정을 짓고 있다. 그 옆에는 코로브킨이 관객을 향해 돌아서서 눈을 가늘게 뜨고 시장을 향해 악의적인 몸짓을 한다. 무대 가장자리에는 도브친스키와 보브친스키가 서로에게 몸짓하며 입을 벌리고 눈을 크게 뜨고 있다. 다른 손님들은 모두 꼿꼿이 굳어 있다.</w:t>
      </w:r>
    </w:p>
    <w:p>
      <w:r>
        <w:rPr>
          <w:b/>
        </w:rPr>
        <w:t xml:space="preserve">【지문】 </w:t>
      </w:r>
      <w:r>
        <w:t>모든 인물은 약 1분 30초 동안 같은 자세로 완전히 정지한다.</w:t>
      </w:r>
    </w:p>
    <w:p>
      <w:pPr>
        <w:jc w:val="center"/>
      </w:pPr>
      <w:r>
        <w:rPr>
          <w:b/>
          <w:sz w:val="26"/>
        </w:rPr>
        <w:t>— 막 —</w:t>
      </w:r>
    </w:p>
    <w:p>
      <w:pPr>
        <w:jc w:val="center"/>
      </w:pPr>
    </w:p>
    <w:p>
      <w:pPr>
        <w:jc w:val="center"/>
      </w:pPr>
    </w:p>
    <w:p>
      <w:pPr>
        <w:jc w:val="center"/>
      </w:pPr>
    </w:p>
    <w:sectPr>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맑은 고딕">
    <w:panose1 w:val="020B0503020000020004"/>
    <w:notTrueType w:val="false"/>
    <w:sig w:usb0="9000002F" w:usb1="29D77CFB" w:usb2="00000012" w:usb3="00000001" w:csb0="00080001" w:csb1="00000001"/>
  </w:font>
  <w:font w:name="Courier">
    <w:panose1 w:val="02000500FFFFFFFFFFFF"/>
    <w:family w:val="auto"/>
    <w:charset w:val="00"/>
    <w:notTrueType w:val="false"/>
    <w:pitch w:val="variable"/>
    <w:sig w:usb0="00000003" w:usb1="00000000" w:usb2="00000000" w:usb3="00000000" w:csb0="00000001" w:csb1="00000000"/>
  </w:font>
  <w:font w:name="Symbol">
    <w:panose1 w:val="05050102010706020507"/>
    <w:family w:val="auto"/>
    <w:charset w:val="02"/>
    <w:notTrueType w:val="false"/>
    <w:sig w:usb0="00000001" w:usb1="00000001" w:usb2="00000001" w:usb3="00000001" w:csb0="80000000" w:csb1="00000001"/>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14="http://schemas.microsoft.com/office/word/2010/wordml" xmlns:wne="http://schemas.microsoft.com/office/word/2006/wordml">
  <w:abstractNum w:abstractNumId="0">
    <w:nsid w:val="ffffff89"/>
    <w:multiLevelType w:val="singleLevel"/>
    <w:tmpl w:val="29761a62"/>
    <w:lvl w:ilvl="0">
      <w:start w:val="1"/>
      <w:numFmt w:val="bullet"/>
      <w:lvlText w:val=""/>
      <w:lvlJc w:val="left"/>
      <w:pStyle w:val="ListBullet"/>
      <w:pPr>
        <w:ind w:left="360" w:hanging="360"/>
        <w:tabs>
          <w:tab w:val="num" w:pos="360"/>
        </w:tabs>
      </w:pPr>
      <w:rPr>
        <w:rFonts w:ascii="Symbol" w:hAnsi="Symbol" w:hint="default"/>
      </w:rPr>
    </w:lvl>
  </w:abstractNum>
  <w:abstractNum w:abstractNumId="1">
    <w:nsid w:val="ffffff83"/>
    <w:multiLevelType w:val="singleLevel"/>
    <w:tmpl w:val="3d1effd4"/>
    <w:lvl w:ilvl="0">
      <w:start w:val="1"/>
      <w:numFmt w:val="bullet"/>
      <w:lvlText w:val=""/>
      <w:lvlJc w:val="left"/>
      <w:pStyle w:val="ListBullet2"/>
      <w:pPr>
        <w:ind w:left="720" w:hanging="360"/>
        <w:tabs>
          <w:tab w:val="num" w:pos="720"/>
        </w:tabs>
      </w:pPr>
      <w:rPr>
        <w:rFonts w:ascii="Symbol" w:hAnsi="Symbol" w:hint="default"/>
      </w:rPr>
    </w:lvl>
  </w:abstractNum>
  <w:abstractNum w:abstractNumId="2">
    <w:nsid w:val="ffffff82"/>
    <w:multiLevelType w:val="singleLevel"/>
    <w:tmpl w:val="f3eafdec"/>
    <w:lvl w:ilvl="0">
      <w:start w:val="1"/>
      <w:numFmt w:val="bullet"/>
      <w:lvlText w:val=""/>
      <w:lvlJc w:val="left"/>
      <w:pStyle w:val="ListBullet3"/>
      <w:pPr>
        <w:ind w:left="1080" w:hanging="360"/>
        <w:tabs>
          <w:tab w:val="num" w:pos="1080"/>
        </w:tabs>
      </w:pPr>
      <w:rPr>
        <w:rFonts w:ascii="Symbol" w:hAnsi="Symbol" w:hint="default"/>
      </w:rPr>
    </w:lvl>
  </w:abstractNum>
  <w:abstractNum w:abstractNumId="3">
    <w:nsid w:val="ffffff88"/>
    <w:multiLevelType w:val="singleLevel"/>
    <w:tmpl w:val="d0a62b40"/>
    <w:lvl w:ilvl="0">
      <w:start w:val="1"/>
      <w:lvlText w:val="%1."/>
      <w:lvlJc w:val="left"/>
      <w:pStyle w:val="ListNumber"/>
      <w:pPr>
        <w:ind w:left="360" w:hanging="360"/>
        <w:tabs>
          <w:tab w:val="num" w:pos="360"/>
        </w:tabs>
      </w:pPr>
    </w:lvl>
  </w:abstractNum>
  <w:abstractNum w:abstractNumId="4">
    <w:nsid w:val="ffffff7f"/>
    <w:multiLevelType w:val="singleLevel"/>
    <w:tmpl w:val="38441652"/>
    <w:lvl w:ilvl="0">
      <w:start w:val="1"/>
      <w:lvlText w:val="%1."/>
      <w:lvlJc w:val="left"/>
      <w:pStyle w:val="ListNumber2"/>
      <w:pPr>
        <w:ind w:left="720" w:hanging="360"/>
        <w:tabs>
          <w:tab w:val="num" w:pos="720"/>
        </w:tabs>
      </w:pPr>
    </w:lvl>
  </w:abstractNum>
  <w:abstractNum w:abstractNumId="5">
    <w:nsid w:val="ffffff7e"/>
    <w:multiLevelType w:val="singleLevel"/>
    <w:tmpl w:val="fb12693a"/>
    <w:lvl w:ilvl="0">
      <w:start w:val="1"/>
      <w:lvlText w:val="%1."/>
      <w:lvlJc w:val="left"/>
      <w:pStyle w:val="ListNumber3"/>
      <w:pPr>
        <w:ind w:left="1080" w:hanging="360"/>
        <w:tabs>
          <w:tab w:val="num" w:pos="1080"/>
        </w:tabs>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val="bestFit"/>
  <w:removePersonalInformation/>
  <w:bordersDontSurroundHeader/>
  <w:bordersDontSurroundFooter/>
  <w:hideGrammaticalErrors/>
  <w:proofState w:spelling="clean" w:grammar="clean"/>
  <w:defaultTabStop w:val="720"/>
  <w:hyphenationZone w:val="360"/>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rawingGridHorizontalSpacing w:val="180"/>
  <w:drawingGridVerticalSpacing w:val="180"/>
  <w:displayHorizontalDrawingGridEvery w:val="1"/>
  <w:displayVerticalDrawingGridEvery w:val="1"/>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en-US" w:eastAsia="ja-JP" w:bidi="ar-SA"/>
</w:settings>
</file>

<file path=word/styles.xml><?xml version="1.0" encoding="utf-8"?>
<w:styles xmlns:r="http://schemas.openxmlformats.org/officeDocument/2006/relationships" xmlns:w="http://schemas.openxmlformats.org/wordprocessingml/2006/main">
  <w:docDefaults>
    <w:rPrDefault>
      <w:rPr>
        <w:lang w:val="en-US" w:eastAsia="en-US" w:bidi="ar-SA"/>
        <w:rFonts w:asciiTheme="minorHAnsi" w:eastAsiaTheme="minorEastAsia" w:hAnsiTheme="minorHAnsi" w:cstheme="minorBidi"/>
        <w:sz w:val="22"/>
        <w:szCs w:val="22"/>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57"/>
    <w:lsdException w:name="toc 2" w:uiPriority="57"/>
    <w:lsdException w:name="toc 3" w:uiPriority="57"/>
    <w:lsdException w:name="toc 4" w:uiPriority="57"/>
    <w:lsdException w:name="toc 5" w:uiPriority="57"/>
    <w:lsdException w:name="toc 6" w:uiPriority="57"/>
    <w:lsdException w:name="toc 7" w:uiPriority="57"/>
    <w:lsdException w:name="toc 8" w:uiPriority="57"/>
    <w:lsdException w:name="toc 9" w:uiPriority="57"/>
    <w:lsdException w:name="caption" w:uiPriority="53" w:qFormat="1"/>
    <w:lsdException w:name="Title" w:semiHidden="0" w:uiPriority="16" w:unhideWhenUsed="0" w:qFormat="1"/>
    <w:lsdException w:name="Default Paragraph Font" w:uiPriority="1"/>
    <w:lsdException w:name="Subtitle" w:semiHidden="0" w:uiPriority="17" w:unhideWhenUsed="0" w:qFormat="1"/>
    <w:lsdException w:name="Strong" w:semiHidden="0" w:uiPriority="34" w:unhideWhenUsed="0" w:qFormat="1"/>
    <w:lsdException w:name="Emphasis" w:semiHidden="0" w:uiPriority="32" w:unhideWhenUsed="0" w:qFormat="1"/>
    <w:lsdException w:name="Table Grid" w:semiHidden="0" w:uiPriority="89" w:unhideWhenUsed="0"/>
    <w:lsdException w:name="Placeholder Text" w:unhideWhenUsed="0"/>
    <w:lsdException w:name="No Spacing" w:semiHidden="0" w:uiPriority="1" w:unhideWhenUsed="0" w:qFormat="1"/>
    <w:lsdException w:name="Light Shading" w:semiHidden="0" w:uiPriority="96" w:unhideWhenUsed="0"/>
    <w:lsdException w:name="Light List" w:semiHidden="0" w:uiPriority="97" w:unhideWhenUsed="0"/>
    <w:lsdException w:name="Light Grid" w:semiHidden="0" w:uiPriority="98" w:unhideWhenUsed="0"/>
    <w:lsdException w:name="Medium Shading 1" w:semiHidden="0" w:uiPriority="99" w:unhideWhenUsed="0"/>
    <w:lsdException w:name="Medium Shading 2" w:semiHidden="0" w:uiPriority="100" w:unhideWhenUsed="0"/>
    <w:lsdException w:name="Medium List 1" w:semiHidden="0" w:uiPriority="101" w:unhideWhenUsed="0"/>
    <w:lsdException w:name="Medium List 2" w:semiHidden="0" w:uiPriority="102" w:unhideWhenUsed="0"/>
    <w:lsdException w:name="Medium Grid 1" w:semiHidden="0" w:uiPriority="103" w:unhideWhenUsed="0"/>
    <w:lsdException w:name="Medium Grid 2" w:semiHidden="0" w:uiPriority="104" w:unhideWhenUsed="0"/>
    <w:lsdException w:name="Medium Grid 3" w:semiHidden="0" w:uiPriority="105" w:unhideWhenUsed="0"/>
    <w:lsdException w:name="Dark List" w:semiHidden="0" w:uiPriority="112" w:unhideWhenUsed="0"/>
    <w:lsdException w:name="Colorful Shading" w:semiHidden="0" w:uiPriority="113" w:unhideWhenUsed="0"/>
    <w:lsdException w:name="Colorful List" w:semiHidden="0" w:uiPriority="114" w:unhideWhenUsed="0"/>
    <w:lsdException w:name="Colorful Grid" w:semiHidden="0" w:uiPriority="115" w:unhideWhenUsed="0"/>
    <w:lsdException w:name="Light Shading Accent 1" w:semiHidden="0" w:uiPriority="96" w:unhideWhenUsed="0"/>
    <w:lsdException w:name="Light List Accent 1" w:semiHidden="0" w:uiPriority="97" w:unhideWhenUsed="0"/>
    <w:lsdException w:name="Light Grid Accent 1" w:semiHidden="0" w:uiPriority="98" w:unhideWhenUsed="0"/>
    <w:lsdException w:name="Medium Shading 1 Accent 1" w:semiHidden="0" w:uiPriority="99" w:unhideWhenUsed="0"/>
    <w:lsdException w:name="Medium Shading 2 Accent 1" w:semiHidden="0" w:uiPriority="100" w:unhideWhenUsed="0"/>
    <w:lsdException w:name="Medium List 1 Accent 1" w:semiHidden="0" w:uiPriority="101" w:unhideWhenUsed="0"/>
    <w:lsdException w:name="Revision" w:unhideWhenUsed="0"/>
    <w:lsdException w:name="List Paragraph" w:semiHidden="0" w:uiPriority="52" w:unhideWhenUsed="0" w:qFormat="1"/>
    <w:lsdException w:name="Quote" w:semiHidden="0" w:uiPriority="41" w:unhideWhenUsed="0" w:qFormat="1"/>
    <w:lsdException w:name="Intense Quote" w:semiHidden="0" w:uiPriority="48" w:unhideWhenUsed="0" w:qFormat="1"/>
    <w:lsdException w:name="Medium List 2 Accent 1" w:semiHidden="0" w:uiPriority="102" w:unhideWhenUsed="0"/>
    <w:lsdException w:name="Medium Grid 1 Accent 1" w:semiHidden="0" w:uiPriority="103" w:unhideWhenUsed="0"/>
    <w:lsdException w:name="Medium Grid 2 Accent 1" w:semiHidden="0" w:uiPriority="104" w:unhideWhenUsed="0"/>
    <w:lsdException w:name="Medium Grid 3 Accent 1" w:semiHidden="0" w:uiPriority="105" w:unhideWhenUsed="0"/>
    <w:lsdException w:name="Dark List Accent 1" w:semiHidden="0" w:uiPriority="112" w:unhideWhenUsed="0"/>
    <w:lsdException w:name="Colorful Shading Accent 1" w:semiHidden="0" w:uiPriority="113" w:unhideWhenUsed="0"/>
    <w:lsdException w:name="Colorful List Accent 1" w:semiHidden="0" w:uiPriority="114" w:unhideWhenUsed="0"/>
    <w:lsdException w:name="Colorful Grid Accent 1" w:semiHidden="0" w:uiPriority="115" w:unhideWhenUsed="0"/>
    <w:lsdException w:name="Light Shading Accent 2" w:semiHidden="0" w:uiPriority="96" w:unhideWhenUsed="0"/>
    <w:lsdException w:name="Light List Accent 2" w:semiHidden="0" w:uiPriority="97" w:unhideWhenUsed="0"/>
    <w:lsdException w:name="Light Grid Accent 2" w:semiHidden="0" w:uiPriority="98" w:unhideWhenUsed="0"/>
    <w:lsdException w:name="Medium Shading 1 Accent 2" w:semiHidden="0" w:uiPriority="99" w:unhideWhenUsed="0"/>
    <w:lsdException w:name="Medium Shading 2 Accent 2" w:semiHidden="0" w:uiPriority="100" w:unhideWhenUsed="0"/>
    <w:lsdException w:name="Medium List 1 Accent 2" w:semiHidden="0" w:uiPriority="101" w:unhideWhenUsed="0"/>
    <w:lsdException w:name="Medium List 2 Accent 2" w:semiHidden="0" w:uiPriority="102" w:unhideWhenUsed="0"/>
    <w:lsdException w:name="Medium Grid 1 Accent 2" w:semiHidden="0" w:uiPriority="103" w:unhideWhenUsed="0"/>
    <w:lsdException w:name="Medium Grid 2 Accent 2" w:semiHidden="0" w:uiPriority="104" w:unhideWhenUsed="0"/>
    <w:lsdException w:name="Medium Grid 3 Accent 2" w:semiHidden="0" w:uiPriority="105" w:unhideWhenUsed="0"/>
    <w:lsdException w:name="Dark List Accent 2" w:semiHidden="0" w:uiPriority="112" w:unhideWhenUsed="0"/>
    <w:lsdException w:name="Colorful Shading Accent 2" w:semiHidden="0" w:uiPriority="113" w:unhideWhenUsed="0"/>
    <w:lsdException w:name="Colorful List Accent 2" w:semiHidden="0" w:uiPriority="114" w:unhideWhenUsed="0"/>
    <w:lsdException w:name="Colorful Grid Accent 2" w:semiHidden="0" w:uiPriority="115" w:unhideWhenUsed="0"/>
    <w:lsdException w:name="Light Shading Accent 3" w:semiHidden="0" w:uiPriority="96" w:unhideWhenUsed="0"/>
    <w:lsdException w:name="Light List Accent 3" w:semiHidden="0" w:uiPriority="97" w:unhideWhenUsed="0"/>
    <w:lsdException w:name="Light Grid Accent 3" w:semiHidden="0" w:uiPriority="98" w:unhideWhenUsed="0"/>
    <w:lsdException w:name="Medium Shading 1 Accent 3" w:semiHidden="0" w:uiPriority="99" w:unhideWhenUsed="0"/>
    <w:lsdException w:name="Medium Shading 2 Accent 3" w:semiHidden="0" w:uiPriority="100" w:unhideWhenUsed="0"/>
    <w:lsdException w:name="Medium List 1 Accent 3" w:semiHidden="0" w:uiPriority="101" w:unhideWhenUsed="0"/>
    <w:lsdException w:name="Medium List 2 Accent 3" w:semiHidden="0" w:uiPriority="102" w:unhideWhenUsed="0"/>
    <w:lsdException w:name="Medium Grid 1 Accent 3" w:semiHidden="0" w:uiPriority="103" w:unhideWhenUsed="0"/>
    <w:lsdException w:name="Medium Grid 2 Accent 3" w:semiHidden="0" w:uiPriority="104" w:unhideWhenUsed="0"/>
    <w:lsdException w:name="Medium Grid 3 Accent 3" w:semiHidden="0" w:uiPriority="105" w:unhideWhenUsed="0"/>
    <w:lsdException w:name="Dark List Accent 3" w:semiHidden="0" w:uiPriority="112" w:unhideWhenUsed="0"/>
    <w:lsdException w:name="Colorful Shading Accent 3" w:semiHidden="0" w:uiPriority="113" w:unhideWhenUsed="0"/>
    <w:lsdException w:name="Colorful List Accent 3" w:semiHidden="0" w:uiPriority="114" w:unhideWhenUsed="0"/>
    <w:lsdException w:name="Colorful Grid Accent 3" w:semiHidden="0" w:uiPriority="115" w:unhideWhenUsed="0"/>
    <w:lsdException w:name="Light Shading Accent 4" w:semiHidden="0" w:uiPriority="96" w:unhideWhenUsed="0"/>
    <w:lsdException w:name="Light List Accent 4" w:semiHidden="0" w:uiPriority="97" w:unhideWhenUsed="0"/>
    <w:lsdException w:name="Light Grid Accent 4" w:semiHidden="0" w:uiPriority="98" w:unhideWhenUsed="0"/>
    <w:lsdException w:name="Medium Shading 1 Accent 4" w:semiHidden="0" w:uiPriority="99" w:unhideWhenUsed="0"/>
    <w:lsdException w:name="Medium Shading 2 Accent 4" w:semiHidden="0" w:uiPriority="100" w:unhideWhenUsed="0"/>
    <w:lsdException w:name="Medium List 1 Accent 4" w:semiHidden="0" w:uiPriority="101" w:unhideWhenUsed="0"/>
    <w:lsdException w:name="Medium List 2 Accent 4" w:semiHidden="0" w:uiPriority="102" w:unhideWhenUsed="0"/>
    <w:lsdException w:name="Medium Grid 1 Accent 4" w:semiHidden="0" w:uiPriority="103" w:unhideWhenUsed="0"/>
    <w:lsdException w:name="Medium Grid 2 Accent 4" w:semiHidden="0" w:uiPriority="104" w:unhideWhenUsed="0"/>
    <w:lsdException w:name="Medium Grid 3 Accent 4" w:semiHidden="0" w:uiPriority="105" w:unhideWhenUsed="0"/>
    <w:lsdException w:name="Dark List Accent 4" w:semiHidden="0" w:uiPriority="112" w:unhideWhenUsed="0"/>
    <w:lsdException w:name="Colorful Shading Accent 4" w:semiHidden="0" w:uiPriority="113" w:unhideWhenUsed="0"/>
    <w:lsdException w:name="Colorful List Accent 4" w:semiHidden="0" w:uiPriority="114" w:unhideWhenUsed="0"/>
    <w:lsdException w:name="Colorful Grid Accent 4" w:semiHidden="0" w:uiPriority="115" w:unhideWhenUsed="0"/>
    <w:lsdException w:name="Light Shading Accent 5" w:semiHidden="0" w:uiPriority="96" w:unhideWhenUsed="0"/>
    <w:lsdException w:name="Light List Accent 5" w:semiHidden="0" w:uiPriority="97" w:unhideWhenUsed="0"/>
    <w:lsdException w:name="Light Grid Accent 5" w:semiHidden="0" w:uiPriority="98" w:unhideWhenUsed="0"/>
    <w:lsdException w:name="Medium Shading 1 Accent 5" w:semiHidden="0" w:uiPriority="99" w:unhideWhenUsed="0"/>
    <w:lsdException w:name="Medium Shading 2 Accent 5" w:semiHidden="0" w:uiPriority="100" w:unhideWhenUsed="0"/>
    <w:lsdException w:name="Medium List 1 Accent 5" w:semiHidden="0" w:uiPriority="101" w:unhideWhenUsed="0"/>
    <w:lsdException w:name="Medium List 2 Accent 5" w:semiHidden="0" w:uiPriority="102" w:unhideWhenUsed="0"/>
    <w:lsdException w:name="Medium Grid 1 Accent 5" w:semiHidden="0" w:uiPriority="103" w:unhideWhenUsed="0"/>
    <w:lsdException w:name="Medium Grid 2 Accent 5" w:semiHidden="0" w:uiPriority="104" w:unhideWhenUsed="0"/>
    <w:lsdException w:name="Medium Grid 3 Accent 5" w:semiHidden="0" w:uiPriority="105" w:unhideWhenUsed="0"/>
    <w:lsdException w:name="Dark List Accent 5" w:semiHidden="0" w:uiPriority="112" w:unhideWhenUsed="0"/>
    <w:lsdException w:name="Colorful Shading Accent 5" w:semiHidden="0" w:uiPriority="113" w:unhideWhenUsed="0"/>
    <w:lsdException w:name="Colorful List Accent 5" w:semiHidden="0" w:uiPriority="114" w:unhideWhenUsed="0"/>
    <w:lsdException w:name="Colorful Grid Accent 5" w:semiHidden="0" w:uiPriority="115" w:unhideWhenUsed="0"/>
    <w:lsdException w:name="Light Shading Accent 6" w:semiHidden="0" w:uiPriority="96" w:unhideWhenUsed="0"/>
    <w:lsdException w:name="Light List Accent 6" w:semiHidden="0" w:uiPriority="97" w:unhideWhenUsed="0"/>
    <w:lsdException w:name="Light Grid Accent 6" w:semiHidden="0" w:uiPriority="98" w:unhideWhenUsed="0"/>
    <w:lsdException w:name="Medium Shading 1 Accent 6" w:semiHidden="0" w:uiPriority="99" w:unhideWhenUsed="0"/>
    <w:lsdException w:name="Medium Shading 2 Accent 6" w:semiHidden="0" w:uiPriority="100" w:unhideWhenUsed="0"/>
    <w:lsdException w:name="Medium List 1 Accent 6" w:semiHidden="0" w:uiPriority="101" w:unhideWhenUsed="0"/>
    <w:lsdException w:name="Medium List 2 Accent 6" w:semiHidden="0" w:uiPriority="102" w:unhideWhenUsed="0"/>
    <w:lsdException w:name="Medium Grid 1 Accent 6" w:semiHidden="0" w:uiPriority="103" w:unhideWhenUsed="0"/>
    <w:lsdException w:name="Medium Grid 2 Accent 6" w:semiHidden="0" w:uiPriority="104" w:unhideWhenUsed="0"/>
    <w:lsdException w:name="Medium Grid 3 Accent 6" w:semiHidden="0" w:uiPriority="105" w:unhideWhenUsed="0"/>
    <w:lsdException w:name="Dark List Accent 6" w:semiHidden="0" w:uiPriority="112" w:unhideWhenUsed="0"/>
    <w:lsdException w:name="Colorful Shading Accent 6" w:semiHidden="0" w:uiPriority="113" w:unhideWhenUsed="0"/>
    <w:lsdException w:name="Colorful List Accent 6" w:semiHidden="0" w:uiPriority="114" w:unhideWhenUsed="0"/>
    <w:lsdException w:name="Colorful Grid Accent 6" w:semiHidden="0" w:uiPriority="115" w:unhideWhenUsed="0"/>
    <w:lsdException w:name="Subtle Emphasis" w:semiHidden="0" w:uiPriority="25" w:unhideWhenUsed="0" w:qFormat="1"/>
    <w:lsdException w:name="Intense Emphasis" w:semiHidden="0" w:uiPriority="33" w:unhideWhenUsed="0" w:qFormat="1"/>
    <w:lsdException w:name="Subtle Reference" w:semiHidden="0" w:uiPriority="49" w:unhideWhenUsed="0" w:qFormat="1"/>
    <w:lsdException w:name="Intense Reference" w:semiHidden="0" w:uiPriority="50" w:unhideWhenUsed="0" w:qFormat="1"/>
    <w:lsdException w:name="Book Title" w:semiHidden="0" w:uiPriority="51" w:unhideWhenUsed="0" w:qFormat="1"/>
    <w:lsdException w:name="Bibliography" w:uiPriority="55"/>
    <w:lsdException w:name="TOC Heading" w:uiPriority="57" w:qFormat="1"/>
  </w:latentStyles>
  <w:style w:type="paragraph" w:default="1" w:styleId="Normal">
    <w:name w:val="Normal"/>
    <w:qFormat/>
    <w:rPr>
      <w:rFonts w:ascii="맑은 고딕" w:eastAsia="맑은 고딕" w:hAnsi="맑은 고딕"/>
      <w:sz w:val="21"/>
    </w:rPr>
  </w:style>
  <w:style w:type="paragraph" w:customStyle="1" w:styleId="Header">
    <w:name w:val="header"/>
    <w:uiPriority w:val="99"/>
    <w:basedOn w:val="Normal"/>
    <w:link w:val="HeaderChar"/>
    <w:unhideWhenUsed/>
    <w:pPr>
      <w:tabs>
        <w:tab w:val="center" w:pos="4680"/>
        <w:tab w:val="right" w:pos="9360"/>
      </w:tabs>
      <w:spacing w:after="0" w:line="240" w:lineRule="auto"/>
    </w:pPr>
  </w:style>
  <w:style w:type="character" w:customStyle="1" w:styleId="HeaderChar">
    <w:name w:val="Header Char"/>
    <w:uiPriority w:val="99"/>
    <w:basedOn w:val="DefaultParagraphFont"/>
    <w:link w:val="Header"/>
  </w:style>
  <w:style w:type="paragraph" w:customStyle="1" w:styleId="Footer">
    <w:name w:val="footer"/>
    <w:uiPriority w:val="99"/>
    <w:basedOn w:val="Normal"/>
    <w:link w:val="FooterChar"/>
    <w:unhideWhenUsed/>
    <w:pPr>
      <w:tabs>
        <w:tab w:val="center" w:pos="4680"/>
        <w:tab w:val="right" w:pos="9360"/>
      </w:tabs>
      <w:spacing w:after="0" w:line="240" w:lineRule="auto"/>
    </w:pPr>
  </w:style>
  <w:style w:type="character" w:customStyle="1" w:styleId="FooterChar">
    <w:name w:val="Footer Char"/>
    <w:uiPriority w:val="99"/>
    <w:basedOn w:val="DefaultParagraphFont"/>
    <w:link w:val="Footer"/>
  </w:style>
  <w:style w:type="paragraph" w:styleId="Heading1">
    <w:name w:val="heading 1"/>
    <w:uiPriority w:val="9"/>
    <w:basedOn w:val="Normal"/>
    <w:next w:val="Normal"/>
    <w:link w:val="Heading1Char"/>
    <w:qFormat/>
    <w:pPr>
      <w:keepNext/>
      <w:keepLines/>
      <w:outlineLvl w:val="0"/>
      <w:spacing w:after="0" w:before="480"/>
    </w:pPr>
    <w:rPr>
      <w:rFonts w:asciiTheme="majorHAnsi" w:eastAsiaTheme="majorEastAsia" w:hAnsiTheme="majorHAnsi" w:cstheme="majorBidi"/>
      <w:b/>
      <w:bCs/>
      <w:color w:val="376092"/>
      <w:sz w:val="28"/>
      <w:szCs w:val="28"/>
    </w:rPr>
  </w:style>
  <w:style w:type="paragraph" w:styleId="Heading2">
    <w:name w:val="heading 2"/>
    <w:uiPriority w:val="9"/>
    <w:basedOn w:val="Normal"/>
    <w:next w:val="Normal"/>
    <w:link w:val="Heading2Char"/>
    <w:qFormat/>
    <w:unhideWhenUsed/>
    <w:pPr>
      <w:keepNext/>
      <w:keepLines/>
      <w:outlineLvl w:val="1"/>
      <w:spacing w:after="0" w:before="200"/>
    </w:pPr>
    <w:rPr>
      <w:rFonts w:asciiTheme="majorHAnsi" w:eastAsiaTheme="majorEastAsia" w:hAnsiTheme="majorHAnsi" w:cstheme="majorBidi"/>
      <w:b/>
      <w:bCs/>
      <w:color w:val="4F81BD"/>
      <w:sz w:val="26"/>
      <w:szCs w:val="26"/>
    </w:rPr>
  </w:style>
  <w:style w:type="paragraph" w:styleId="Heading3">
    <w:name w:val="heading 3"/>
    <w:uiPriority w:val="9"/>
    <w:basedOn w:val="Normal"/>
    <w:next w:val="Normal"/>
    <w:link w:val="Heading3Char"/>
    <w:qFormat/>
    <w:unhideWhenUsed/>
    <w:pPr>
      <w:keepNext/>
      <w:keepLines/>
      <w:outlineLvl w:val="2"/>
      <w:spacing w:after="0" w:before="200"/>
    </w:pPr>
    <w:rPr>
      <w:rFonts w:asciiTheme="majorHAnsi" w:eastAsiaTheme="majorEastAsia" w:hAnsiTheme="majorHAnsi" w:cstheme="majorBidi"/>
      <w:b/>
      <w:bCs/>
      <w:color w:val="4F81BD"/>
    </w:rPr>
  </w:style>
  <w:style w:type="paragraph" w:styleId="Heading4">
    <w:name w:val="heading 4"/>
    <w:uiPriority w:val="9"/>
    <w:basedOn w:val="Normal"/>
    <w:next w:val="Normal"/>
    <w:link w:val="Heading4Char"/>
    <w:qFormat/>
    <w:semiHidden/>
    <w:unhideWhenUsed/>
    <w:pPr>
      <w:keepNext/>
      <w:keepLines/>
      <w:outlineLvl w:val="3"/>
      <w:spacing w:after="0" w:before="200"/>
    </w:pPr>
    <w:rPr>
      <w:rFonts w:asciiTheme="majorHAnsi" w:eastAsiaTheme="majorEastAsia" w:hAnsiTheme="majorHAnsi" w:cstheme="majorBidi"/>
      <w:b/>
      <w:bCs/>
      <w:i/>
      <w:iCs/>
      <w:color w:val="4F81BD"/>
    </w:rPr>
  </w:style>
  <w:style w:type="paragraph" w:styleId="Heading5">
    <w:name w:val="heading 5"/>
    <w:uiPriority w:val="9"/>
    <w:basedOn w:val="Normal"/>
    <w:next w:val="Normal"/>
    <w:link w:val="Heading5Char"/>
    <w:qFormat/>
    <w:semiHidden/>
    <w:unhideWhenUsed/>
    <w:pPr>
      <w:keepNext/>
      <w:keepLines/>
      <w:outlineLvl w:val="4"/>
      <w:spacing w:after="0" w:before="200"/>
    </w:pPr>
    <w:rPr>
      <w:rFonts w:asciiTheme="majorHAnsi" w:eastAsiaTheme="majorEastAsia" w:hAnsiTheme="majorHAnsi" w:cstheme="majorBidi"/>
      <w:color w:val="244061"/>
    </w:rPr>
  </w:style>
  <w:style w:type="paragraph" w:styleId="Heading6">
    <w:name w:val="heading 6"/>
    <w:uiPriority w:val="9"/>
    <w:basedOn w:val="Normal"/>
    <w:next w:val="Normal"/>
    <w:link w:val="Heading6Char"/>
    <w:qFormat/>
    <w:semiHidden/>
    <w:unhideWhenUsed/>
    <w:pPr>
      <w:keepNext/>
      <w:keepLines/>
      <w:outlineLvl w:val="5"/>
      <w:spacing w:after="0" w:before="200"/>
    </w:pPr>
    <w:rPr>
      <w:rFonts w:asciiTheme="majorHAnsi" w:eastAsiaTheme="majorEastAsia" w:hAnsiTheme="majorHAnsi" w:cstheme="majorBidi"/>
      <w:i/>
      <w:iCs/>
      <w:color w:val="244061"/>
    </w:rPr>
  </w:style>
  <w:style w:type="paragraph" w:styleId="Heading7">
    <w:name w:val="heading 7"/>
    <w:uiPriority w:val="9"/>
    <w:basedOn w:val="Normal"/>
    <w:next w:val="Normal"/>
    <w:link w:val="Heading7Char"/>
    <w:qFormat/>
    <w:semiHidden/>
    <w:unhideWhenUsed/>
    <w:pPr>
      <w:keepNext/>
      <w:keepLines/>
      <w:outlineLvl w:val="6"/>
      <w:spacing w:after="0" w:before="200"/>
    </w:pPr>
    <w:rPr>
      <w:rFonts w:asciiTheme="majorHAnsi" w:eastAsiaTheme="majorEastAsia" w:hAnsiTheme="majorHAnsi" w:cstheme="majorBidi"/>
      <w:i/>
      <w:iCs/>
      <w:color w:val="3F3F3F"/>
    </w:rPr>
  </w:style>
  <w:style w:type="paragraph" w:styleId="Heading8">
    <w:name w:val="heading 8"/>
    <w:uiPriority w:val="9"/>
    <w:basedOn w:val="Normal"/>
    <w:next w:val="Normal"/>
    <w:link w:val="Heading8Char"/>
    <w:qFormat/>
    <w:semiHidden/>
    <w:unhideWhenUsed/>
    <w:pPr>
      <w:keepNext/>
      <w:keepLines/>
      <w:outlineLvl w:val="7"/>
      <w:spacing w:after="0" w:before="200"/>
    </w:pPr>
    <w:rPr>
      <w:rFonts w:asciiTheme="majorHAnsi" w:eastAsiaTheme="majorEastAsia" w:hAnsiTheme="majorHAnsi" w:cstheme="majorBidi"/>
      <w:color w:val="4F81BD"/>
      <w:sz w:val="20"/>
      <w:szCs w:val="20"/>
    </w:rPr>
  </w:style>
  <w:style w:type="paragraph" w:styleId="Heading9">
    <w:name w:val="heading 9"/>
    <w:uiPriority w:val="9"/>
    <w:basedOn w:val="Normal"/>
    <w:next w:val="Normal"/>
    <w:link w:val="Heading9Char"/>
    <w:qFormat/>
    <w:semiHidden/>
    <w:unhideWhenUsed/>
    <w:pPr>
      <w:keepNext/>
      <w:keepLines/>
      <w:outlineLvl w:val="8"/>
      <w:spacing w:after="0" w:before="200"/>
    </w:pPr>
    <w:rPr>
      <w:rFonts w:asciiTheme="majorHAnsi" w:eastAsiaTheme="majorEastAsia" w:hAnsiTheme="majorHAnsi" w:cstheme="majorBidi"/>
      <w:i/>
      <w:iCs/>
      <w:color w:val="3F3F3F"/>
      <w:sz w:val="20"/>
      <w:szCs w:val="20"/>
    </w:rPr>
  </w:style>
  <w:style w:type="character" w:default="1" w:styleId="DefaultParagraphFont">
    <w:name w:val="Default Paragraph Font"/>
    <w:uiPriority w:val="1"/>
    <w:semiHidden/>
    <w:unhideWhenUsed/>
  </w:style>
  <w:style w:type="table" w:customStyle="1" w:styleId="TableNormal">
    <w:name w:val="Normal Table"/>
    <w:uiPriority w:val="99"/>
    <w:semiHidden/>
    <w:unhideWhenUsed/>
    <w:tblPr>
      <w:tblInd w:w="0" w:type="dxa"/>
      <w:tblCellMar>
        <w:top w:w="0" w:type="dxa"/>
        <w:left w:w="108" w:type="dxa"/>
        <w:bottom w:w="0" w:type="dxa"/>
        <w:right w:w="108" w:type="dxa"/>
      </w:tblCellMar>
    </w:tblPr>
  </w:style>
  <w:style w:type="numbering" w:customStyle="1" w:styleId="NoList">
    <w:name w:val="No List"/>
    <w:uiPriority w:val="99"/>
    <w:semiHidden/>
    <w:unhideWhenUsed/>
  </w:style>
  <w:style w:type="paragraph" w:styleId="NoSpacing">
    <w:name w:val="No Spacing"/>
    <w:uiPriority w:val="1"/>
    <w:qFormat/>
    <w:pPr>
      <w:spacing w:after="0" w:line="240" w:lineRule="auto"/>
    </w:pPr>
  </w:style>
  <w:style w:type="character" w:customStyle="1" w:styleId="Heading1Char">
    <w:name w:val="Heading 1 Char"/>
    <w:uiPriority w:val="9"/>
    <w:basedOn w:val="DefaultParagraphFont"/>
    <w:link w:val="Heading1"/>
    <w:rPr>
      <w:rFonts w:asciiTheme="majorHAnsi" w:eastAsiaTheme="majorEastAsia" w:hAnsiTheme="majorHAnsi" w:cstheme="majorBidi"/>
      <w:b/>
      <w:bCs/>
      <w:color w:val="376092"/>
      <w:sz w:val="28"/>
      <w:szCs w:val="28"/>
    </w:rPr>
  </w:style>
  <w:style w:type="character" w:customStyle="1" w:styleId="Heading2Char">
    <w:name w:val="Heading 2 Char"/>
    <w:uiPriority w:val="9"/>
    <w:basedOn w:val="DefaultParagraphFont"/>
    <w:link w:val="Heading2"/>
    <w:rPr>
      <w:rFonts w:asciiTheme="majorHAnsi" w:eastAsiaTheme="majorEastAsia" w:hAnsiTheme="majorHAnsi" w:cstheme="majorBidi"/>
      <w:b/>
      <w:bCs/>
      <w:color w:val="4F81BD"/>
      <w:sz w:val="26"/>
      <w:szCs w:val="26"/>
    </w:rPr>
  </w:style>
  <w:style w:type="character" w:customStyle="1" w:styleId="Heading3Char">
    <w:name w:val="Heading 3 Char"/>
    <w:uiPriority w:val="9"/>
    <w:basedOn w:val="DefaultParagraphFont"/>
    <w:link w:val="Heading3"/>
    <w:rPr>
      <w:rFonts w:asciiTheme="majorHAnsi" w:eastAsiaTheme="majorEastAsia" w:hAnsiTheme="majorHAnsi" w:cstheme="majorBidi"/>
      <w:b/>
      <w:bCs/>
      <w:color w:val="4F81BD"/>
    </w:rPr>
  </w:style>
  <w:style w:type="paragraph" w:styleId="Title">
    <w:name w:val="Title"/>
    <w:uiPriority w:val="10"/>
    <w:basedOn w:val="Normal"/>
    <w:next w:val="Normal"/>
    <w:link w:val="TitleChar"/>
    <w:qFormat/>
    <w:pPr>
      <w:contextualSpacing/>
      <w:pBdr>
        <w:bottom w:val="single" w:sz="8" w:space="4" w:color="4F81BD" w:themeColor="accent1"/>
      </w:pBdr>
      <w:spacing w:after="300" w:line="240" w:lineRule="auto"/>
    </w:pPr>
    <w:rPr>
      <w:rFonts w:asciiTheme="majorHAnsi" w:eastAsiaTheme="majorEastAsia" w:hAnsiTheme="majorHAnsi" w:cstheme="majorBidi"/>
      <w:color w:val="17375E"/>
      <w:sz w:val="52"/>
      <w:szCs w:val="52"/>
      <w:kern w:val="28"/>
      <w:spacing w:val="5"/>
    </w:rPr>
  </w:style>
  <w:style w:type="character" w:customStyle="1" w:styleId="TitleChar">
    <w:name w:val="Title Char"/>
    <w:uiPriority w:val="10"/>
    <w:basedOn w:val="DefaultParagraphFont"/>
    <w:link w:val="Title"/>
    <w:rPr>
      <w:rFonts w:asciiTheme="majorHAnsi" w:eastAsiaTheme="majorEastAsia" w:hAnsiTheme="majorHAnsi" w:cstheme="majorBidi"/>
      <w:color w:val="17375E"/>
      <w:sz w:val="52"/>
      <w:szCs w:val="52"/>
      <w:kern w:val="28"/>
      <w:spacing w:val="5"/>
    </w:rPr>
  </w:style>
  <w:style w:type="paragraph" w:styleId="Subtitle">
    <w:name w:val="Subtitle"/>
    <w:uiPriority w:val="11"/>
    <w:basedOn w:val="Normal"/>
    <w:next w:val="Normal"/>
    <w:link w:val="SubtitleChar"/>
    <w:qFormat/>
    <w:pPr>
      <w:numPr>
        <w:ilvl w:val="1"/>
      </w:numPr>
    </w:pPr>
    <w:rPr>
      <w:rFonts w:asciiTheme="majorHAnsi" w:eastAsiaTheme="majorEastAsia" w:hAnsiTheme="majorHAnsi" w:cstheme="majorBidi"/>
      <w:i/>
      <w:iCs/>
      <w:color w:val="4F81BD"/>
      <w:sz w:val="24"/>
      <w:szCs w:val="24"/>
      <w:spacing w:val="15"/>
    </w:rPr>
  </w:style>
  <w:style w:type="character" w:customStyle="1" w:styleId="SubtitleChar">
    <w:name w:val="Subtitle Char"/>
    <w:uiPriority w:val="11"/>
    <w:basedOn w:val="DefaultParagraphFont"/>
    <w:link w:val="Subtitle"/>
    <w:rPr>
      <w:rFonts w:asciiTheme="majorHAnsi" w:eastAsiaTheme="majorEastAsia" w:hAnsiTheme="majorHAnsi" w:cstheme="majorBidi"/>
      <w:i/>
      <w:iCs/>
      <w:color w:val="4F81BD"/>
      <w:sz w:val="24"/>
      <w:szCs w:val="24"/>
      <w:spacing w:val="15"/>
    </w:rPr>
  </w:style>
  <w:style w:type="paragraph" w:styleId="ListParagraph">
    <w:name w:val="List Paragraph"/>
    <w:uiPriority w:val="34"/>
    <w:basedOn w:val="Normal"/>
    <w:qFormat/>
    <w:pPr>
      <w:ind w:left="720"/>
      <w:contextualSpacing/>
    </w:pPr>
  </w:style>
  <w:style w:type="paragraph" w:customStyle="1" w:styleId="BodyText">
    <w:name w:val="Body Text"/>
    <w:uiPriority w:val="99"/>
    <w:basedOn w:val="Normal"/>
    <w:link w:val="BodyTextChar"/>
    <w:unhideWhenUsed/>
    <w:pPr>
      <w:spacing w:after="120"/>
    </w:pPr>
  </w:style>
  <w:style w:type="character" w:customStyle="1" w:styleId="BodyTextChar">
    <w:name w:val="Body Text Char"/>
    <w:uiPriority w:val="99"/>
    <w:basedOn w:val="DefaultParagraphFont"/>
    <w:link w:val="BodyText"/>
  </w:style>
  <w:style w:type="paragraph" w:customStyle="1" w:styleId="BodyText2">
    <w:name w:val="Body Text 2"/>
    <w:uiPriority w:val="99"/>
    <w:basedOn w:val="Normal"/>
    <w:link w:val="BodyText2Char"/>
    <w:unhideWhenUsed/>
    <w:pPr>
      <w:spacing w:after="120" w:line="480" w:lineRule="auto"/>
    </w:pPr>
  </w:style>
  <w:style w:type="character" w:customStyle="1" w:styleId="BodyText2Char">
    <w:name w:val="Body Text 2 Char"/>
    <w:uiPriority w:val="99"/>
    <w:basedOn w:val="DefaultParagraphFont"/>
    <w:link w:val="BodyText2"/>
  </w:style>
  <w:style w:type="paragraph" w:customStyle="1" w:styleId="BodyText3">
    <w:name w:val="Body Text 3"/>
    <w:uiPriority w:val="99"/>
    <w:basedOn w:val="Normal"/>
    <w:link w:val="BodyText3Char"/>
    <w:unhideWhenUsed/>
    <w:pPr>
      <w:spacing w:after="120"/>
    </w:pPr>
    <w:rPr>
      <w:sz w:val="16"/>
      <w:szCs w:val="16"/>
    </w:rPr>
  </w:style>
  <w:style w:type="character" w:customStyle="1" w:styleId="BodyText3Char">
    <w:name w:val="Body Text 3 Char"/>
    <w:uiPriority w:val="99"/>
    <w:basedOn w:val="DefaultParagraphFont"/>
    <w:link w:val="BodyText3"/>
    <w:rPr>
      <w:sz w:val="16"/>
      <w:szCs w:val="16"/>
    </w:rPr>
  </w:style>
  <w:style w:type="paragraph" w:customStyle="1" w:styleId="List">
    <w:name w:val="List"/>
    <w:uiPriority w:val="99"/>
    <w:basedOn w:val="Normal"/>
    <w:unhideWhenUsed/>
    <w:pPr>
      <w:ind w:left="360" w:hanging="360"/>
      <w:contextualSpacing/>
    </w:pPr>
  </w:style>
  <w:style w:type="paragraph" w:customStyle="1" w:styleId="List2">
    <w:name w:val="List 2"/>
    <w:uiPriority w:val="99"/>
    <w:basedOn w:val="Normal"/>
    <w:unhideWhenUsed/>
    <w:pPr>
      <w:ind w:left="720" w:hanging="360"/>
      <w:contextualSpacing/>
    </w:pPr>
  </w:style>
  <w:style w:type="paragraph" w:customStyle="1" w:styleId="List3">
    <w:name w:val="List 3"/>
    <w:uiPriority w:val="99"/>
    <w:basedOn w:val="Normal"/>
    <w:unhideWhenUsed/>
    <w:pPr>
      <w:ind w:left="1080" w:hanging="360"/>
      <w:contextualSpacing/>
    </w:pPr>
  </w:style>
  <w:style w:type="paragraph" w:customStyle="1" w:styleId="ListBullet">
    <w:name w:val="List Bullet"/>
    <w:uiPriority w:val="99"/>
    <w:basedOn w:val="Normal"/>
    <w:unhideWhenUsed/>
    <w:pPr>
      <w:contextualSpacing/>
      <w:numPr>
        <w:numId w:val="1"/>
      </w:numPr>
    </w:pPr>
  </w:style>
  <w:style w:type="paragraph" w:customStyle="1" w:styleId="ListBullet2">
    <w:name w:val="List Bullet 2"/>
    <w:uiPriority w:val="99"/>
    <w:basedOn w:val="Normal"/>
    <w:unhideWhenUsed/>
    <w:pPr>
      <w:contextualSpacing/>
      <w:numPr>
        <w:numId w:val="2"/>
      </w:numPr>
    </w:pPr>
  </w:style>
  <w:style w:type="paragraph" w:customStyle="1" w:styleId="ListBullet3">
    <w:name w:val="List Bullet 3"/>
    <w:uiPriority w:val="99"/>
    <w:basedOn w:val="Normal"/>
    <w:unhideWhenUsed/>
    <w:pPr>
      <w:contextualSpacing/>
      <w:numPr>
        <w:numId w:val="3"/>
      </w:numPr>
    </w:pPr>
  </w:style>
  <w:style w:type="paragraph" w:customStyle="1" w:styleId="ListNumber">
    <w:name w:val="List Number"/>
    <w:uiPriority w:val="99"/>
    <w:basedOn w:val="Normal"/>
    <w:unhideWhenUsed/>
    <w:pPr>
      <w:contextualSpacing/>
      <w:numPr>
        <w:numId w:val="4"/>
      </w:numPr>
    </w:pPr>
  </w:style>
  <w:style w:type="paragraph" w:customStyle="1" w:styleId="ListNumber2">
    <w:name w:val="List Number 2"/>
    <w:uiPriority w:val="99"/>
    <w:basedOn w:val="Normal"/>
    <w:unhideWhenUsed/>
    <w:pPr>
      <w:contextualSpacing/>
      <w:numPr>
        <w:numId w:val="5"/>
      </w:numPr>
    </w:pPr>
  </w:style>
  <w:style w:type="paragraph" w:customStyle="1" w:styleId="ListNumber3">
    <w:name w:val="List Number 3"/>
    <w:uiPriority w:val="99"/>
    <w:basedOn w:val="Normal"/>
    <w:unhideWhenUsed/>
    <w:pPr>
      <w:contextualSpacing/>
      <w:numPr>
        <w:numId w:val="6"/>
      </w:numPr>
    </w:pPr>
  </w:style>
  <w:style w:type="paragraph" w:customStyle="1" w:styleId="ListContinue">
    <w:name w:val="List Continue"/>
    <w:uiPriority w:val="99"/>
    <w:basedOn w:val="Normal"/>
    <w:unhideWhenUsed/>
    <w:pPr>
      <w:ind w:left="360"/>
      <w:contextualSpacing/>
      <w:spacing w:after="120"/>
    </w:pPr>
  </w:style>
  <w:style w:type="paragraph" w:customStyle="1" w:styleId="ListContinue2">
    <w:name w:val="List Continue 2"/>
    <w:uiPriority w:val="99"/>
    <w:basedOn w:val="Normal"/>
    <w:unhideWhenUsed/>
    <w:pPr>
      <w:ind w:left="720"/>
      <w:contextualSpacing/>
      <w:spacing w:after="120"/>
    </w:pPr>
  </w:style>
  <w:style w:type="paragraph" w:customStyle="1" w:styleId="ListContinue3">
    <w:name w:val="List Continue 3"/>
    <w:uiPriority w:val="99"/>
    <w:basedOn w:val="Normal"/>
    <w:unhideWhenUsed/>
    <w:pPr>
      <w:ind w:left="1080"/>
      <w:contextualSpacing/>
      <w:spacing w:after="120"/>
    </w:pPr>
  </w:style>
  <w:style w:type="paragraph" w:customStyle="1" w:styleId="MacroText">
    <w:name w:val="macro"/>
    <w:uiPriority w:val="99"/>
    <w:link w:val="MacroTextChar"/>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uiPriority w:val="99"/>
    <w:basedOn w:val="DefaultParagraphFont"/>
    <w:link w:val="MacroText"/>
    <w:rPr>
      <w:rFonts w:ascii="Courier" w:hAnsi="Courier"/>
      <w:sz w:val="20"/>
      <w:szCs w:val="20"/>
    </w:rPr>
  </w:style>
  <w:style w:type="paragraph" w:styleId="Quote">
    <w:name w:val="Quote"/>
    <w:uiPriority w:val="29"/>
    <w:basedOn w:val="Normal"/>
    <w:next w:val="Normal"/>
    <w:link w:val="QuoteChar"/>
    <w:qFormat/>
    <w:rPr>
      <w:i/>
      <w:iCs/>
      <w:color w:val="000000"/>
    </w:rPr>
  </w:style>
  <w:style w:type="character" w:customStyle="1" w:styleId="QuoteChar">
    <w:name w:val="Quote Char"/>
    <w:uiPriority w:val="29"/>
    <w:basedOn w:val="DefaultParagraphFont"/>
    <w:link w:val="Quote"/>
    <w:rPr>
      <w:i/>
      <w:iCs/>
      <w:color w:val="000000"/>
    </w:rPr>
  </w:style>
  <w:style w:type="character" w:customStyle="1" w:styleId="Heading4Char">
    <w:name w:val="Heading 4 Char"/>
    <w:uiPriority w:val="9"/>
    <w:basedOn w:val="DefaultParagraphFont"/>
    <w:link w:val="Heading4"/>
    <w:semiHidden/>
    <w:rPr>
      <w:rFonts w:asciiTheme="majorHAnsi" w:eastAsiaTheme="majorEastAsia" w:hAnsiTheme="majorHAnsi" w:cstheme="majorBidi"/>
      <w:b/>
      <w:bCs/>
      <w:i/>
      <w:iCs/>
      <w:color w:val="4F81BD"/>
    </w:rPr>
  </w:style>
  <w:style w:type="character" w:customStyle="1" w:styleId="Heading5Char">
    <w:name w:val="Heading 5 Char"/>
    <w:uiPriority w:val="9"/>
    <w:basedOn w:val="DefaultParagraphFont"/>
    <w:link w:val="Heading5"/>
    <w:semiHidden/>
    <w:rPr>
      <w:rFonts w:asciiTheme="majorHAnsi" w:eastAsiaTheme="majorEastAsia" w:hAnsiTheme="majorHAnsi" w:cstheme="majorBidi"/>
      <w:color w:val="244061"/>
    </w:rPr>
  </w:style>
  <w:style w:type="character" w:customStyle="1" w:styleId="Heading6Char">
    <w:name w:val="Heading 6 Char"/>
    <w:uiPriority w:val="9"/>
    <w:basedOn w:val="DefaultParagraphFont"/>
    <w:link w:val="Heading6"/>
    <w:semiHidden/>
    <w:rPr>
      <w:rFonts w:asciiTheme="majorHAnsi" w:eastAsiaTheme="majorEastAsia" w:hAnsiTheme="majorHAnsi" w:cstheme="majorBidi"/>
      <w:i/>
      <w:iCs/>
      <w:color w:val="244061"/>
    </w:rPr>
  </w:style>
  <w:style w:type="character" w:customStyle="1" w:styleId="Heading7Char">
    <w:name w:val="Heading 7 Char"/>
    <w:uiPriority w:val="9"/>
    <w:basedOn w:val="DefaultParagraphFont"/>
    <w:link w:val="Heading7"/>
    <w:semiHidden/>
    <w:rPr>
      <w:rFonts w:asciiTheme="majorHAnsi" w:eastAsiaTheme="majorEastAsia" w:hAnsiTheme="majorHAnsi" w:cstheme="majorBidi"/>
      <w:i/>
      <w:iCs/>
      <w:color w:val="3F3F3F"/>
    </w:rPr>
  </w:style>
  <w:style w:type="character" w:customStyle="1" w:styleId="Heading8Char">
    <w:name w:val="Heading 8 Char"/>
    <w:uiPriority w:val="9"/>
    <w:basedOn w:val="DefaultParagraphFont"/>
    <w:link w:val="Heading8"/>
    <w:semiHidden/>
    <w:rPr>
      <w:rFonts w:asciiTheme="majorHAnsi" w:eastAsiaTheme="majorEastAsia" w:hAnsiTheme="majorHAnsi" w:cstheme="majorBidi"/>
      <w:color w:val="4F81BD"/>
      <w:sz w:val="20"/>
      <w:szCs w:val="20"/>
    </w:rPr>
  </w:style>
  <w:style w:type="character" w:customStyle="1" w:styleId="Heading9Char">
    <w:name w:val="Heading 9 Char"/>
    <w:uiPriority w:val="9"/>
    <w:basedOn w:val="DefaultParagraphFont"/>
    <w:link w:val="Heading9"/>
    <w:semiHidden/>
    <w:rPr>
      <w:rFonts w:asciiTheme="majorHAnsi" w:eastAsiaTheme="majorEastAsia" w:hAnsiTheme="majorHAnsi" w:cstheme="majorBidi"/>
      <w:i/>
      <w:iCs/>
      <w:color w:val="3F3F3F"/>
      <w:sz w:val="20"/>
      <w:szCs w:val="20"/>
    </w:rPr>
  </w:style>
  <w:style w:type="paragraph" w:styleId="Caption">
    <w:name w:val="caption"/>
    <w:uiPriority w:val="35"/>
    <w:basedOn w:val="Normal"/>
    <w:next w:val="Normal"/>
    <w:qFormat/>
    <w:semiHidden/>
    <w:unhideWhenUsed/>
    <w:pPr>
      <w:spacing w:line="240" w:lineRule="auto"/>
    </w:pPr>
    <w:rPr>
      <w:b/>
      <w:bCs/>
      <w:color w:val="4F81BD"/>
      <w:sz w:val="18"/>
      <w:szCs w:val="18"/>
    </w:rPr>
  </w:style>
  <w:style w:type="character" w:styleId="Strong">
    <w:name w:val="Strong"/>
    <w:uiPriority w:val="22"/>
    <w:basedOn w:val="DefaultParagraphFont"/>
    <w:qFormat/>
    <w:rPr>
      <w:b/>
      <w:bCs/>
    </w:rPr>
  </w:style>
  <w:style w:type="character" w:styleId="Emphasis">
    <w:name w:val="Emphasis"/>
    <w:uiPriority w:val="20"/>
    <w:basedOn w:val="DefaultParagraphFont"/>
    <w:qFormat/>
    <w:rPr>
      <w:i/>
      <w:iCs/>
    </w:rPr>
  </w:style>
  <w:style w:type="paragraph" w:styleId="IntenseQuote">
    <w:name w:val="Intense Quote"/>
    <w:uiPriority w:val="30"/>
    <w:basedOn w:val="Normal"/>
    <w:next w:val="Normal"/>
    <w:link w:val="IntenseQuoteChar"/>
    <w:qFormat/>
    <w:pPr>
      <w:ind w:left="936" w:right="936"/>
      <w:pBdr>
        <w:bottom w:val="single" w:sz="4" w:space="4" w:color="4F81BD" w:themeColor="accent1"/>
      </w:pBdr>
      <w:spacing w:after="280" w:before="200"/>
    </w:pPr>
    <w:rPr>
      <w:b/>
      <w:bCs/>
      <w:i/>
      <w:iCs/>
      <w:color w:val="4F81BD"/>
    </w:rPr>
  </w:style>
  <w:style w:type="character" w:customStyle="1" w:styleId="IntenseQuoteChar">
    <w:name w:val="Intense Quote Char"/>
    <w:uiPriority w:val="30"/>
    <w:basedOn w:val="DefaultParagraphFont"/>
    <w:link w:val="IntenseQuote"/>
    <w:rPr>
      <w:b/>
      <w:bCs/>
      <w:i/>
      <w:iCs/>
      <w:color w:val="4F81BD"/>
    </w:rPr>
  </w:style>
  <w:style w:type="character" w:styleId="SubtleEmphasis">
    <w:name w:val="Subtle Emphasis"/>
    <w:uiPriority w:val="19"/>
    <w:basedOn w:val="DefaultParagraphFont"/>
    <w:qFormat/>
    <w:rPr>
      <w:i/>
      <w:iCs/>
      <w:color w:val="7F7F7F"/>
    </w:rPr>
  </w:style>
  <w:style w:type="character" w:styleId="IntenseEmphasis">
    <w:name w:val="Intense Emphasis"/>
    <w:uiPriority w:val="21"/>
    <w:basedOn w:val="DefaultParagraphFont"/>
    <w:qFormat/>
    <w:rPr>
      <w:b/>
      <w:bCs/>
      <w:i/>
      <w:iCs/>
      <w:color w:val="4F81BD"/>
    </w:rPr>
  </w:style>
  <w:style w:type="character" w:styleId="SubtleReference">
    <w:name w:val="Subtle Reference"/>
    <w:uiPriority w:val="31"/>
    <w:basedOn w:val="DefaultParagraphFont"/>
    <w:qFormat/>
    <w:rPr>
      <w:smallCaps/>
      <w:color w:val="C0504D"/>
      <w:u w:val="single" w:color="auto"/>
    </w:rPr>
  </w:style>
  <w:style w:type="character" w:styleId="IntenseReference">
    <w:name w:val="Intense Reference"/>
    <w:uiPriority w:val="32"/>
    <w:basedOn w:val="DefaultParagraphFont"/>
    <w:qFormat/>
    <w:rPr>
      <w:b/>
      <w:bCs/>
      <w:smallCaps/>
      <w:color w:val="C0504D"/>
      <w:u w:val="single" w:color="auto"/>
      <w:spacing w:val="5"/>
    </w:rPr>
  </w:style>
  <w:style w:type="character" w:styleId="BookTitle">
    <w:name w:val="Book Title"/>
    <w:uiPriority w:val="33"/>
    <w:basedOn w:val="DefaultParagraphFont"/>
    <w:qFormat/>
    <w:rPr>
      <w:b/>
      <w:bCs/>
      <w:smallCaps/>
      <w:spacing w:val="5"/>
    </w:rPr>
  </w:style>
  <w:style w:type="paragraph" w:styleId="TOCHeading">
    <w:name w:val="TOC Heading"/>
    <w:uiPriority w:val="39"/>
    <w:basedOn w:val="Heading1"/>
    <w:next w:val="Normal"/>
    <w:qFormat/>
    <w:semiHidden/>
    <w:unhideWhenUsed/>
    <w:pPr>
      <w:outlineLvl w:val="9"/>
    </w:pPr>
  </w:style>
  <w:style w:type="table" w:styleId="TableGrid">
    <w:name w:val="Table Grid"/>
    <w:uiPriority w:val="59"/>
    <w:basedOn w:val="TableNormal"/>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uiPriority w:val="60"/>
    <w:basedOn w:val="TableNormal"/>
    <w:pPr>
      <w:spacing w:after="0" w:line="240" w:lineRule="auto"/>
    </w:pPr>
    <w:rPr>
      <w:color w:val="000000"/>
    </w:rPr>
    <w:tblPr>
      <w:tblInd w:w="0" w:type="dxa"/>
      <w:tblBorders>
        <w:top w:val="single" w:sz="8" w:space="0" w:color="000000" w:themeColor="text1"/>
        <w:bottom w:val="single" w:sz="8" w:space="0" w:color="000000" w:themeColor="text1"/>
      </w:tblBorders>
      <w:tblCellMar>
        <w:top w:w="0" w:type="dxa"/>
        <w:left w:w="108" w:type="dxa"/>
        <w:bottom w:w="0" w:type="dxa"/>
        <w:right w:w="108" w:type="dxa"/>
      </w:tblCellMar>
      <w:tblStyleColBandSize w:val="1"/>
      <w:tblStyleRowBandSize w:val="1"/>
    </w:tblPr>
    <w:tblStylePr w:type="firstRow">
      <w:pPr>
        <w:spacing w:after="0" w:before="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after="0" w:before="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LightShading-Accent1">
    <w:name w:val="Light Shading Accent 1"/>
    <w:uiPriority w:val="60"/>
    <w:basedOn w:val="TableNormal"/>
    <w:pPr>
      <w:spacing w:after="0" w:line="240" w:lineRule="auto"/>
    </w:pPr>
    <w:rPr>
      <w:color w:val="376092"/>
    </w:rPr>
    <w:tblPr>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StyleColBandSize w:val="1"/>
      <w:tblStyleRowBandSize w:val="1"/>
    </w:tblPr>
    <w:tblStylePr w:type="firstRow">
      <w:pPr>
        <w:spacing w:after="0" w:before="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after="0" w:before="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uiPriority w:val="60"/>
    <w:basedOn w:val="TableNormal"/>
    <w:pPr>
      <w:spacing w:after="0" w:line="240" w:lineRule="auto"/>
    </w:pPr>
    <w:rPr>
      <w:color w:val="953735"/>
    </w:rPr>
    <w:tblPr>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StyleColBandSize w:val="1"/>
      <w:tblStyleRowBandSize w:val="1"/>
    </w:tblPr>
    <w:tblStylePr w:type="firstRow">
      <w:pPr>
        <w:spacing w:after="0" w:before="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after="0" w:before="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LightShading-Accent3">
    <w:name w:val="Light Shading Accent 3"/>
    <w:uiPriority w:val="60"/>
    <w:basedOn w:val="TableNormal"/>
    <w:pPr>
      <w:spacing w:after="0" w:line="240" w:lineRule="auto"/>
    </w:pPr>
    <w:rPr>
      <w:color w:val="76933C"/>
    </w:rPr>
    <w:tblPr>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StyleColBandSize w:val="1"/>
      <w:tblStyleRowBandSize w:val="1"/>
    </w:tblPr>
    <w:tblStylePr w:type="firstRow">
      <w:pPr>
        <w:spacing w:after="0" w:before="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after="0" w:before="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uiPriority w:val="60"/>
    <w:basedOn w:val="TableNormal"/>
    <w:pPr>
      <w:spacing w:after="0" w:line="240" w:lineRule="auto"/>
    </w:pPr>
    <w:rPr>
      <w:color w:val="604A7B"/>
    </w:rPr>
    <w:tblPr>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StyleColBandSize w:val="1"/>
      <w:tblStyleRowBandSize w:val="1"/>
    </w:tblPr>
    <w:tblStylePr w:type="firstRow">
      <w:pPr>
        <w:spacing w:after="0" w:before="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after="0" w:before="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uiPriority w:val="60"/>
    <w:basedOn w:val="TableNormal"/>
    <w:pPr>
      <w:spacing w:after="0" w:line="240" w:lineRule="auto"/>
    </w:pPr>
    <w:rPr>
      <w:color w:val="31859B"/>
    </w:rPr>
    <w:tblPr>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StyleColBandSize w:val="1"/>
      <w:tblStyleRowBandSize w:val="1"/>
    </w:tblPr>
    <w:tblStylePr w:type="firstRow">
      <w:pPr>
        <w:spacing w:after="0" w:before="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after="0" w:before="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LightShading-Accent6">
    <w:name w:val="Light Shading Accent 6"/>
    <w:uiPriority w:val="60"/>
    <w:basedOn w:val="TableNormal"/>
    <w:pPr>
      <w:spacing w:after="0" w:line="240" w:lineRule="auto"/>
    </w:pPr>
    <w:rPr>
      <w:color w:val="E46C0A"/>
    </w:rPr>
    <w:tblPr>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StyleColBandSize w:val="1"/>
      <w:tblStyleRowBandSize w:val="1"/>
    </w:tblPr>
    <w:tblStylePr w:type="firstRow">
      <w:pPr>
        <w:spacing w:after="0" w:before="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after="0" w:before="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LightList">
    <w:name w:val="Light List"/>
    <w:uiPriority w:val="61"/>
    <w:basedOn w:val="TableNormal"/>
    <w:pPr>
      <w:spacing w:after="0" w:line="240" w:lineRule="auto"/>
    </w:pPr>
    <w:tblPr>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StyleColBandSize w:val="1"/>
      <w:tblStyleRowBandSize w:val="1"/>
    </w:tblPr>
    <w:tblStylePr w:type="firstRow">
      <w:pPr>
        <w:spacing w:after="0" w:before="0" w:line="240" w:lineRule="auto"/>
      </w:pPr>
      <w:rPr>
        <w:b/>
        <w:bCs/>
        <w:color w:val="FFFFFF"/>
      </w:rPr>
      <w:tblPr/>
      <w:tcPr>
        <w:shd w:val="clear" w:color="auto" w:fill="000000" w:themeFill="text1"/>
      </w:tcPr>
    </w:tblStylePr>
    <w:tblStylePr w:type="lastRow">
      <w:pPr>
        <w:spacing w:after="0" w:before="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uiPriority w:val="61"/>
    <w:basedOn w:val="TableNormal"/>
    <w:pPr>
      <w:spacing w:after="0" w:line="240" w:lineRule="auto"/>
    </w:pPr>
    <w:tblPr>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StyleColBandSize w:val="1"/>
      <w:tblStyleRowBandSize w:val="1"/>
    </w:tblPr>
    <w:tblStylePr w:type="firstRow">
      <w:pPr>
        <w:spacing w:after="0" w:before="0" w:line="240" w:lineRule="auto"/>
      </w:pPr>
      <w:rPr>
        <w:b/>
        <w:bCs/>
        <w:color w:val="FFFFFF"/>
      </w:rPr>
      <w:tblPr/>
      <w:tcPr>
        <w:shd w:val="clear" w:color="auto" w:fill="4F81BD" w:themeFill="accent1"/>
      </w:tcPr>
    </w:tblStylePr>
    <w:tblStylePr w:type="lastRow">
      <w:pPr>
        <w:spacing w:after="0" w:before="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uiPriority w:val="61"/>
    <w:basedOn w:val="TableNormal"/>
    <w:pPr>
      <w:spacing w:after="0" w:line="240" w:lineRule="auto"/>
    </w:pPr>
    <w:tblPr>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StyleColBandSize w:val="1"/>
      <w:tblStyleRowBandSize w:val="1"/>
    </w:tblPr>
    <w:tblStylePr w:type="firstRow">
      <w:pPr>
        <w:spacing w:after="0" w:before="0" w:line="240" w:lineRule="auto"/>
      </w:pPr>
      <w:rPr>
        <w:b/>
        <w:bCs/>
        <w:color w:val="FFFFFF"/>
      </w:rPr>
      <w:tblPr/>
      <w:tcPr>
        <w:shd w:val="clear" w:color="auto" w:fill="C0504D" w:themeFill="accent2"/>
      </w:tcPr>
    </w:tblStylePr>
    <w:tblStylePr w:type="lastRow">
      <w:pPr>
        <w:spacing w:after="0" w:before="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uiPriority w:val="61"/>
    <w:basedOn w:val="TableNormal"/>
    <w:pPr>
      <w:spacing w:after="0" w:line="240" w:lineRule="auto"/>
    </w:pPr>
    <w:tblPr>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StyleColBandSize w:val="1"/>
      <w:tblStyleRowBandSize w:val="1"/>
    </w:tblPr>
    <w:tblStylePr w:type="firstRow">
      <w:pPr>
        <w:spacing w:after="0" w:before="0" w:line="240" w:lineRule="auto"/>
      </w:pPr>
      <w:rPr>
        <w:b/>
        <w:bCs/>
        <w:color w:val="FFFFFF"/>
      </w:rPr>
      <w:tblPr/>
      <w:tcPr>
        <w:shd w:val="clear" w:color="auto" w:fill="9BBB59" w:themeFill="accent3"/>
      </w:tcPr>
    </w:tblStylePr>
    <w:tblStylePr w:type="lastRow">
      <w:pPr>
        <w:spacing w:after="0" w:before="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uiPriority w:val="61"/>
    <w:basedOn w:val="TableNormal"/>
    <w:pPr>
      <w:spacing w:after="0" w:line="240" w:lineRule="auto"/>
    </w:pPr>
    <w:tblPr>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StyleColBandSize w:val="1"/>
      <w:tblStyleRowBandSize w:val="1"/>
    </w:tblPr>
    <w:tblStylePr w:type="firstRow">
      <w:pPr>
        <w:spacing w:after="0" w:before="0" w:line="240" w:lineRule="auto"/>
      </w:pPr>
      <w:rPr>
        <w:b/>
        <w:bCs/>
        <w:color w:val="FFFFFF"/>
      </w:rPr>
      <w:tblPr/>
      <w:tcPr>
        <w:shd w:val="clear" w:color="auto" w:fill="8064A2" w:themeFill="accent4"/>
      </w:tcPr>
    </w:tblStylePr>
    <w:tblStylePr w:type="lastRow">
      <w:pPr>
        <w:spacing w:after="0" w:before="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uiPriority w:val="61"/>
    <w:basedOn w:val="TableNormal"/>
    <w:pPr>
      <w:spacing w:after="0" w:line="240" w:lineRule="auto"/>
    </w:pPr>
    <w:tblPr>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StyleColBandSize w:val="1"/>
      <w:tblStyleRowBandSize w:val="1"/>
    </w:tblPr>
    <w:tblStylePr w:type="firstRow">
      <w:pPr>
        <w:spacing w:after="0" w:before="0" w:line="240" w:lineRule="auto"/>
      </w:pPr>
      <w:rPr>
        <w:b/>
        <w:bCs/>
        <w:color w:val="FFFFFF"/>
      </w:rPr>
      <w:tblPr/>
      <w:tcPr>
        <w:shd w:val="clear" w:color="auto" w:fill="4BACC6" w:themeFill="accent5"/>
      </w:tcPr>
    </w:tblStylePr>
    <w:tblStylePr w:type="lastRow">
      <w:pPr>
        <w:spacing w:after="0" w:before="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uiPriority w:val="61"/>
    <w:basedOn w:val="TableNormal"/>
    <w:pPr>
      <w:spacing w:after="0" w:line="240" w:lineRule="auto"/>
    </w:pPr>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StyleColBandSize w:val="1"/>
      <w:tblStyleRowBandSize w:val="1"/>
    </w:tblPr>
    <w:tblStylePr w:type="firstRow">
      <w:pPr>
        <w:spacing w:after="0" w:before="0" w:line="240" w:lineRule="auto"/>
      </w:pPr>
      <w:rPr>
        <w:b/>
        <w:bCs/>
        <w:color w:val="FFFFFF"/>
      </w:rPr>
      <w:tblPr/>
      <w:tcPr>
        <w:shd w:val="clear" w:color="auto" w:fill="F79646" w:themeFill="accent6"/>
      </w:tcPr>
    </w:tblStylePr>
    <w:tblStylePr w:type="lastRow">
      <w:pPr>
        <w:spacing w:after="0" w:before="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uiPriority w:val="62"/>
    <w:basedOn w:val="TableNormal"/>
    <w:pPr>
      <w:spacing w:after="0" w:line="240" w:lineRule="auto"/>
    </w:pPr>
    <w:tblPr>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StyleColBandSize w:val="1"/>
      <w:tblStyleRowBandSize w:val="1"/>
    </w:tblPr>
    <w:tblStylePr w:type="firstRow">
      <w:pPr>
        <w:spacing w:after="0" w:before="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after="0" w:before="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BFBFBF"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uiPriority w:val="62"/>
    <w:basedOn w:val="TableNormal"/>
    <w:pPr>
      <w:spacing w:after="0" w:line="240" w:lineRule="auto"/>
    </w:pPr>
    <w:tblPr>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StyleColBandSize w:val="1"/>
      <w:tblStyleRowBandSize w:val="1"/>
    </w:tblPr>
    <w:tblStylePr w:type="firstRow">
      <w:pPr>
        <w:spacing w:after="0" w:before="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after="0" w:before="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uiPriority w:val="62"/>
    <w:basedOn w:val="TableNormal"/>
    <w:pPr>
      <w:spacing w:after="0" w:line="240" w:lineRule="auto"/>
    </w:pPr>
    <w:tblPr>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StyleColBandSize w:val="1"/>
      <w:tblStyleRowBandSize w:val="1"/>
    </w:tblPr>
    <w:tblStylePr w:type="firstRow">
      <w:pPr>
        <w:spacing w:after="0" w:before="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after="0" w:before="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3"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3"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uiPriority w:val="62"/>
    <w:basedOn w:val="TableNormal"/>
    <w:pPr>
      <w:spacing w:after="0" w:line="240" w:lineRule="auto"/>
    </w:pPr>
    <w:tblPr>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StyleColBandSize w:val="1"/>
      <w:tblStyleRowBandSize w:val="1"/>
    </w:tblPr>
    <w:tblStylePr w:type="firstRow">
      <w:pPr>
        <w:spacing w:after="0" w:before="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after="0" w:before="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uiPriority w:val="62"/>
    <w:basedOn w:val="TableNormal"/>
    <w:pPr>
      <w:spacing w:after="0" w:line="240" w:lineRule="auto"/>
    </w:pPr>
    <w:tblPr>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StyleColBandSize w:val="1"/>
      <w:tblStyleRowBandSize w:val="1"/>
    </w:tblPr>
    <w:tblStylePr w:type="firstRow">
      <w:pPr>
        <w:spacing w:after="0" w:before="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after="0" w:before="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uiPriority w:val="62"/>
    <w:basedOn w:val="TableNormal"/>
    <w:pPr>
      <w:spacing w:after="0" w:line="240" w:lineRule="auto"/>
    </w:pPr>
    <w:tblPr>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StyleColBandSize w:val="1"/>
      <w:tblStyleRowBandSize w:val="1"/>
    </w:tblPr>
    <w:tblStylePr w:type="firstRow">
      <w:pPr>
        <w:spacing w:after="0" w:before="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after="0" w:before="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0"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0"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uiPriority w:val="62"/>
    <w:basedOn w:val="TableNormal"/>
    <w:pPr>
      <w:spacing w:after="0" w:line="240" w:lineRule="auto"/>
    </w:pPr>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StyleColBandSize w:val="1"/>
      <w:tblStyleRowBandSize w:val="1"/>
    </w:tblPr>
    <w:tblStylePr w:type="firstRow">
      <w:pPr>
        <w:spacing w:after="0" w:before="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after="0" w:before="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5D1"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5D1"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uiPriority w:val="63"/>
    <w:basedOn w:val="TableNormal"/>
    <w:pPr>
      <w:spacing w:after="0" w:line="240" w:lineRule="auto"/>
    </w:pPr>
    <w:tblPr>
      <w:tblInd w:w="0" w:type="dxa"/>
      <w:tblBorders>
        <w:top w:val="single" w:sz="8" w:space="0" w:color="3F3F3F" w:themeColor="text1" w:themeTint="bf"/>
        <w:left w:val="single" w:sz="8" w:space="0" w:color="3F3F3F" w:themeColor="text1" w:themeTint="bf"/>
        <w:bottom w:val="single" w:sz="8" w:space="0" w:color="3F3F3F" w:themeColor="text1" w:themeTint="bf"/>
        <w:right w:val="single" w:sz="8" w:space="0" w:color="3F3F3F" w:themeColor="text1" w:themeTint="bf"/>
        <w:insideH w:val="single" w:sz="8" w:space="0" w:color="3F3F3F" w:themeColor="text1" w:themeTint="bf"/>
      </w:tblBorders>
      <w:tblCellMar>
        <w:top w:w="0" w:type="dxa"/>
        <w:left w:w="108" w:type="dxa"/>
        <w:bottom w:w="0" w:type="dxa"/>
        <w:right w:w="108" w:type="dxa"/>
      </w:tblCellMar>
      <w:tblStyleColBandSize w:val="1"/>
      <w:tblStyleRowBandSize w:val="1"/>
    </w:tblPr>
    <w:tblStylePr w:type="firstRow">
      <w:pPr>
        <w:spacing w:after="0" w:before="0" w:line="240" w:lineRule="auto"/>
      </w:pPr>
      <w:rPr>
        <w:b/>
        <w:bCs/>
        <w:color w:val="FFFFFF"/>
      </w:rPr>
      <w:tblPr/>
      <w:tcPr>
        <w:tcBorders>
          <w:top w:val="single" w:sz="8" w:space="0" w:color="3F3F3F" w:themeColor="text1" w:themeTint="bf"/>
          <w:left w:val="single" w:sz="8" w:space="0" w:color="3F3F3F" w:themeColor="text1" w:themeTint="bf"/>
          <w:bottom w:val="single" w:sz="8" w:space="0" w:color="3F3F3F" w:themeColor="text1" w:themeTint="bf"/>
          <w:right w:val="single" w:sz="8" w:space="0" w:color="3F3F3F" w:themeColor="text1" w:themeTint="bf"/>
          <w:insideH w:val="nil"/>
          <w:insideV w:val="nil"/>
        </w:tcBorders>
        <w:shd w:val="clear" w:color="auto" w:fill="000000" w:themeFill="text1"/>
      </w:tcPr>
    </w:tblStylePr>
    <w:tblStylePr w:type="lastRow">
      <w:pPr>
        <w:spacing w:after="0" w:before="0" w:line="240" w:lineRule="auto"/>
      </w:pPr>
      <w:rPr>
        <w:b/>
        <w:bCs/>
      </w:rPr>
      <w:tblPr/>
      <w:tcPr>
        <w:tcBorders>
          <w:top w:val="double" w:sz="6" w:space="0" w:color="3F3F3F" w:themeColor="text1" w:themeTint="bf"/>
          <w:left w:val="single" w:sz="8" w:space="0" w:color="3F3F3F" w:themeColor="text1" w:themeTint="bf"/>
          <w:bottom w:val="single" w:sz="8" w:space="0" w:color="3F3F3F" w:themeColor="text1" w:themeTint="bf"/>
          <w:right w:val="single" w:sz="8" w:space="0" w:color="3F3F3F" w:themeColor="text1" w:themeTint="bf"/>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MediumShading1-Accent1">
    <w:name w:val="Medium Shading 1 Accent 1"/>
    <w:uiPriority w:val="63"/>
    <w:basedOn w:val="TableNormal"/>
    <w:pPr>
      <w:spacing w:after="0" w:line="240" w:lineRule="auto"/>
    </w:pPr>
    <w:tblPr>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StyleColBandSize w:val="1"/>
      <w:tblStyleRowBandSize w:val="1"/>
    </w:tblPr>
    <w:tblStylePr w:type="firstRow">
      <w:pPr>
        <w:spacing w:after="0" w:before="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after="0" w:before="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uiPriority w:val="63"/>
    <w:basedOn w:val="TableNormal"/>
    <w:pPr>
      <w:spacing w:after="0" w:line="240" w:lineRule="auto"/>
    </w:pPr>
    <w:tblPr>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StyleColBandSize w:val="1"/>
      <w:tblStyleRowBandSize w:val="1"/>
    </w:tblPr>
    <w:tblStylePr w:type="firstRow">
      <w:pPr>
        <w:spacing w:after="0" w:before="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after="0" w:before="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MediumShading1-Accent3">
    <w:name w:val="Medium Shading 1 Accent 3"/>
    <w:uiPriority w:val="63"/>
    <w:basedOn w:val="TableNormal"/>
    <w:pPr>
      <w:spacing w:after="0" w:line="240" w:lineRule="auto"/>
    </w:pPr>
    <w:tblPr>
      <w:tblInd w:w="0" w:type="dxa"/>
      <w:tblBorders>
        <w:top w:val="single" w:sz="8" w:space="0" w:color="B4CC82" w:themeColor="accent3" w:themeTint="bf"/>
        <w:left w:val="single" w:sz="8" w:space="0" w:color="B4CC82" w:themeColor="accent3" w:themeTint="bf"/>
        <w:bottom w:val="single" w:sz="8" w:space="0" w:color="B4CC82" w:themeColor="accent3" w:themeTint="bf"/>
        <w:right w:val="single" w:sz="8" w:space="0" w:color="B4CC82" w:themeColor="accent3" w:themeTint="bf"/>
        <w:insideH w:val="single" w:sz="8" w:space="0" w:color="B4CC82" w:themeColor="accent3" w:themeTint="bf"/>
      </w:tblBorders>
      <w:tblCellMar>
        <w:top w:w="0" w:type="dxa"/>
        <w:left w:w="108" w:type="dxa"/>
        <w:bottom w:w="0" w:type="dxa"/>
        <w:right w:w="108" w:type="dxa"/>
      </w:tblCellMar>
      <w:tblStyleColBandSize w:val="1"/>
      <w:tblStyleRowBandSize w:val="1"/>
    </w:tblPr>
    <w:tblStylePr w:type="firstRow">
      <w:pPr>
        <w:spacing w:after="0" w:before="0" w:line="240" w:lineRule="auto"/>
      </w:pPr>
      <w:rPr>
        <w:b/>
        <w:bCs/>
        <w:color w:val="FFFFFF"/>
      </w:rPr>
      <w:tblPr/>
      <w:tcPr>
        <w:tcBorders>
          <w:top w:val="single" w:sz="8" w:space="0" w:color="B4CC82" w:themeColor="accent3" w:themeTint="bf"/>
          <w:left w:val="single" w:sz="8" w:space="0" w:color="B4CC82" w:themeColor="accent3" w:themeTint="bf"/>
          <w:bottom w:val="single" w:sz="8" w:space="0" w:color="B4CC82" w:themeColor="accent3" w:themeTint="bf"/>
          <w:right w:val="single" w:sz="8" w:space="0" w:color="B4CC82" w:themeColor="accent3" w:themeTint="bf"/>
          <w:insideH w:val="nil"/>
          <w:insideV w:val="nil"/>
        </w:tcBorders>
        <w:shd w:val="clear" w:color="auto" w:fill="9BBB59" w:themeFill="accent3"/>
      </w:tcPr>
    </w:tblStylePr>
    <w:tblStylePr w:type="lastRow">
      <w:pPr>
        <w:spacing w:after="0" w:before="0" w:line="240" w:lineRule="auto"/>
      </w:pPr>
      <w:rPr>
        <w:b/>
        <w:bCs/>
      </w:rPr>
      <w:tblPr/>
      <w:tcPr>
        <w:tcBorders>
          <w:top w:val="double" w:sz="6" w:space="0" w:color="B4CC82" w:themeColor="accent3" w:themeTint="bf"/>
          <w:left w:val="single" w:sz="8" w:space="0" w:color="B4CC82" w:themeColor="accent3" w:themeTint="bf"/>
          <w:bottom w:val="single" w:sz="8" w:space="0" w:color="B4CC82" w:themeColor="accent3" w:themeTint="bf"/>
          <w:right w:val="single" w:sz="8" w:space="0" w:color="B4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uiPriority w:val="63"/>
    <w:basedOn w:val="TableNormal"/>
    <w:pPr>
      <w:spacing w:after="0" w:line="240" w:lineRule="auto"/>
    </w:pPr>
    <w:tblPr>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StyleColBandSize w:val="1"/>
      <w:tblStyleRowBandSize w:val="1"/>
    </w:tblPr>
    <w:tblStylePr w:type="firstRow">
      <w:pPr>
        <w:spacing w:after="0" w:before="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after="0" w:before="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uiPriority w:val="63"/>
    <w:basedOn w:val="TableNormal"/>
    <w:pPr>
      <w:spacing w:after="0" w:line="240" w:lineRule="auto"/>
    </w:pPr>
    <w:tblPr>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StyleColBandSize w:val="1"/>
      <w:tblStyleRowBandSize w:val="1"/>
    </w:tblPr>
    <w:tblStylePr w:type="firstRow">
      <w:pPr>
        <w:spacing w:after="0" w:before="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after="0" w:before="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MediumShading1-Accent6">
    <w:name w:val="Medium Shading 1 Accent 6"/>
    <w:uiPriority w:val="63"/>
    <w:basedOn w:val="TableNormal"/>
    <w:pPr>
      <w:spacing w:after="0" w:line="240" w:lineRule="auto"/>
    </w:pPr>
    <w:tblPr>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StyleColBandSize w:val="1"/>
      <w:tblStyleRowBandSize w:val="1"/>
    </w:tblPr>
    <w:tblStylePr w:type="firstRow">
      <w:pPr>
        <w:spacing w:after="0" w:before="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after="0" w:before="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MediumShading2">
    <w:name w:val="Medium Shading 2"/>
    <w:uiPriority w:val="64"/>
    <w:basedOn w:val="TableNormal"/>
    <w:pPr>
      <w:spacing w:after="0" w:line="240" w:lineRule="auto"/>
    </w:pPr>
    <w:tblPr>
      <w:tblInd w:w="0" w:type="dxa"/>
      <w:tblBorders>
        <w:top w:val="single" w:sz="18" w:space="0" w:color="auto"/>
        <w:bottom w:val="single" w:sz="18" w:space="0" w:color="auto"/>
      </w:tblBorders>
      <w:tblCellMar>
        <w:top w:w="0" w:type="dxa"/>
        <w:left w:w="108" w:type="dxa"/>
        <w:bottom w:w="0" w:type="dxa"/>
        <w:right w:w="108" w:type="dxa"/>
      </w:tblCellMar>
      <w:tblStyleColBandSize w:val="1"/>
      <w:tblStyleRowBandSize w:val="1"/>
    </w:tblPr>
    <w:tblStylePr w:type="firstRow">
      <w:pPr>
        <w:spacing w:after="0" w:before="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after="0" w:before="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uiPriority w:val="64"/>
    <w:basedOn w:val="TableNormal"/>
    <w:pPr>
      <w:spacing w:after="0" w:line="240" w:lineRule="auto"/>
    </w:pPr>
    <w:tblPr>
      <w:tblInd w:w="0" w:type="dxa"/>
      <w:tblBorders>
        <w:top w:val="single" w:sz="18" w:space="0" w:color="auto"/>
        <w:bottom w:val="single" w:sz="18" w:space="0" w:color="auto"/>
      </w:tblBorders>
      <w:tblCellMar>
        <w:top w:w="0" w:type="dxa"/>
        <w:left w:w="108" w:type="dxa"/>
        <w:bottom w:w="0" w:type="dxa"/>
        <w:right w:w="108" w:type="dxa"/>
      </w:tblCellMar>
      <w:tblStyleColBandSize w:val="1"/>
      <w:tblStyleRowBandSize w:val="1"/>
    </w:tblPr>
    <w:tblStylePr w:type="firstRow">
      <w:pPr>
        <w:spacing w:after="0" w:before="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after="0" w:before="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uiPriority w:val="64"/>
    <w:basedOn w:val="TableNormal"/>
    <w:pPr>
      <w:spacing w:after="0" w:line="240" w:lineRule="auto"/>
    </w:pPr>
    <w:tblPr>
      <w:tblInd w:w="0" w:type="dxa"/>
      <w:tblBorders>
        <w:top w:val="single" w:sz="18" w:space="0" w:color="auto"/>
        <w:bottom w:val="single" w:sz="18" w:space="0" w:color="auto"/>
      </w:tblBorders>
      <w:tblCellMar>
        <w:top w:w="0" w:type="dxa"/>
        <w:left w:w="108" w:type="dxa"/>
        <w:bottom w:w="0" w:type="dxa"/>
        <w:right w:w="108" w:type="dxa"/>
      </w:tblCellMar>
      <w:tblStyleColBandSize w:val="1"/>
      <w:tblStyleRowBandSize w:val="1"/>
    </w:tblPr>
    <w:tblStylePr w:type="firstRow">
      <w:pPr>
        <w:spacing w:after="0" w:before="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after="0" w:before="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uiPriority w:val="64"/>
    <w:basedOn w:val="TableNormal"/>
    <w:pPr>
      <w:spacing w:after="0" w:line="240" w:lineRule="auto"/>
    </w:pPr>
    <w:tblPr>
      <w:tblInd w:w="0" w:type="dxa"/>
      <w:tblBorders>
        <w:top w:val="single" w:sz="18" w:space="0" w:color="auto"/>
        <w:bottom w:val="single" w:sz="18" w:space="0" w:color="auto"/>
      </w:tblBorders>
      <w:tblCellMar>
        <w:top w:w="0" w:type="dxa"/>
        <w:left w:w="108" w:type="dxa"/>
        <w:bottom w:w="0" w:type="dxa"/>
        <w:right w:w="108" w:type="dxa"/>
      </w:tblCellMar>
      <w:tblStyleColBandSize w:val="1"/>
      <w:tblStyleRowBandSize w:val="1"/>
    </w:tblPr>
    <w:tblStylePr w:type="firstRow">
      <w:pPr>
        <w:spacing w:after="0" w:before="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after="0" w:before="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uiPriority w:val="64"/>
    <w:basedOn w:val="TableNormal"/>
    <w:pPr>
      <w:spacing w:after="0" w:line="240" w:lineRule="auto"/>
    </w:pPr>
    <w:tblPr>
      <w:tblInd w:w="0" w:type="dxa"/>
      <w:tblBorders>
        <w:top w:val="single" w:sz="18" w:space="0" w:color="auto"/>
        <w:bottom w:val="single" w:sz="18" w:space="0" w:color="auto"/>
      </w:tblBorders>
      <w:tblCellMar>
        <w:top w:w="0" w:type="dxa"/>
        <w:left w:w="108" w:type="dxa"/>
        <w:bottom w:w="0" w:type="dxa"/>
        <w:right w:w="108" w:type="dxa"/>
      </w:tblCellMar>
      <w:tblStyleColBandSize w:val="1"/>
      <w:tblStyleRowBandSize w:val="1"/>
    </w:tblPr>
    <w:tblStylePr w:type="firstRow">
      <w:pPr>
        <w:spacing w:after="0" w:before="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after="0" w:before="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uiPriority w:val="64"/>
    <w:basedOn w:val="TableNormal"/>
    <w:pPr>
      <w:spacing w:after="0" w:line="240" w:lineRule="auto"/>
    </w:pPr>
    <w:tblPr>
      <w:tblInd w:w="0" w:type="dxa"/>
      <w:tblBorders>
        <w:top w:val="single" w:sz="18" w:space="0" w:color="auto"/>
        <w:bottom w:val="single" w:sz="18" w:space="0" w:color="auto"/>
      </w:tblBorders>
      <w:tblCellMar>
        <w:top w:w="0" w:type="dxa"/>
        <w:left w:w="108" w:type="dxa"/>
        <w:bottom w:w="0" w:type="dxa"/>
        <w:right w:w="108" w:type="dxa"/>
      </w:tblCellMar>
      <w:tblStyleColBandSize w:val="1"/>
      <w:tblStyleRowBandSize w:val="1"/>
    </w:tblPr>
    <w:tblStylePr w:type="firstRow">
      <w:pPr>
        <w:spacing w:after="0" w:before="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after="0" w:before="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uiPriority w:val="64"/>
    <w:basedOn w:val="TableNormal"/>
    <w:pPr>
      <w:spacing w:after="0" w:line="240" w:lineRule="auto"/>
    </w:pPr>
    <w:tblPr>
      <w:tblInd w:w="0" w:type="dxa"/>
      <w:tblBorders>
        <w:top w:val="single" w:sz="18" w:space="0" w:color="auto"/>
        <w:bottom w:val="single" w:sz="18" w:space="0" w:color="auto"/>
      </w:tblBorders>
      <w:tblCellMar>
        <w:top w:w="0" w:type="dxa"/>
        <w:left w:w="108" w:type="dxa"/>
        <w:bottom w:w="0" w:type="dxa"/>
        <w:right w:w="108" w:type="dxa"/>
      </w:tblCellMar>
      <w:tblStyleColBandSize w:val="1"/>
      <w:tblStyleRowBandSize w:val="1"/>
    </w:tblPr>
    <w:tblStylePr w:type="firstRow">
      <w:pPr>
        <w:spacing w:after="0" w:before="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after="0" w:before="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uiPriority w:val="65"/>
    <w:basedOn w:val="TableNormal"/>
    <w:pPr>
      <w:spacing w:after="0" w:line="240" w:lineRule="auto"/>
    </w:pPr>
    <w:rPr>
      <w:color w:val="000000"/>
    </w:rPr>
    <w:tblPr>
      <w:tblInd w:w="0" w:type="dxa"/>
      <w:tblBorders>
        <w:top w:val="single" w:sz="8" w:space="0" w:color="000000" w:themeColor="text1"/>
        <w:bottom w:val="single" w:sz="8" w:space="0" w:color="000000" w:themeColor="text1"/>
      </w:tblBorders>
      <w:tblCellMar>
        <w:top w:w="0" w:type="dxa"/>
        <w:left w:w="108" w:type="dxa"/>
        <w:bottom w:w="0" w:type="dxa"/>
        <w:right w:w="108" w:type="dxa"/>
      </w:tblCellMar>
      <w:tblStyleColBandSize w:val="1"/>
      <w:tblStyleRowBandSize w:val="1"/>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MediumList1-Accent1">
    <w:name w:val="Medium List 1 Accent 1"/>
    <w:uiPriority w:val="65"/>
    <w:basedOn w:val="TableNormal"/>
    <w:pPr>
      <w:spacing w:after="0" w:line="240" w:lineRule="auto"/>
    </w:pPr>
    <w:rPr>
      <w:color w:val="000000"/>
    </w:rPr>
    <w:tblPr>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StyleColBandSize w:val="1"/>
      <w:tblStyleRowBandSize w:val="1"/>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uiPriority w:val="65"/>
    <w:basedOn w:val="TableNormal"/>
    <w:pPr>
      <w:spacing w:after="0" w:line="240" w:lineRule="auto"/>
    </w:pPr>
    <w:rPr>
      <w:color w:val="000000"/>
    </w:rPr>
    <w:tblPr>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StyleColBandSize w:val="1"/>
      <w:tblStyleRowBandSize w:val="1"/>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MediumList1-Accent3">
    <w:name w:val="Medium List 1 Accent 3"/>
    <w:uiPriority w:val="65"/>
    <w:basedOn w:val="TableNormal"/>
    <w:pPr>
      <w:spacing w:after="0" w:line="240" w:lineRule="auto"/>
    </w:pPr>
    <w:rPr>
      <w:color w:val="000000"/>
    </w:rPr>
    <w:tblPr>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StyleColBandSize w:val="1"/>
      <w:tblStyleRowBandSize w:val="1"/>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uiPriority w:val="65"/>
    <w:basedOn w:val="TableNormal"/>
    <w:pPr>
      <w:spacing w:after="0" w:line="240" w:lineRule="auto"/>
    </w:pPr>
    <w:rPr>
      <w:color w:val="000000"/>
    </w:rPr>
    <w:tblPr>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StyleColBandSize w:val="1"/>
      <w:tblStyleRowBandSize w:val="1"/>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uiPriority w:val="65"/>
    <w:basedOn w:val="TableNormal"/>
    <w:pPr>
      <w:spacing w:after="0" w:line="240" w:lineRule="auto"/>
    </w:pPr>
    <w:rPr>
      <w:color w:val="000000"/>
    </w:rPr>
    <w:tblPr>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StyleColBandSize w:val="1"/>
      <w:tblStyleRowBandSize w:val="1"/>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MediumList1-Accent6">
    <w:name w:val="Medium List 1 Accent 6"/>
    <w:uiPriority w:val="65"/>
    <w:basedOn w:val="TableNormal"/>
    <w:pPr>
      <w:spacing w:after="0" w:line="240" w:lineRule="auto"/>
    </w:pPr>
    <w:rPr>
      <w:color w:val="000000"/>
    </w:rPr>
    <w:tblPr>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StyleColBandSize w:val="1"/>
      <w:tblStyleRowBandSize w:val="1"/>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MediumList2">
    <w:name w:val="Medium List 2"/>
    <w:uiPriority w:val="66"/>
    <w:basedOn w:val="TableNormal"/>
    <w:pPr>
      <w:spacing w:after="0" w:line="240" w:lineRule="auto"/>
    </w:pPr>
    <w:rPr>
      <w:rFonts w:asciiTheme="majorHAnsi" w:eastAsiaTheme="majorEastAsia" w:hAnsiTheme="majorHAnsi" w:cstheme="majorBidi"/>
      <w:color w:val="000000"/>
    </w:rPr>
    <w:tblPr>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StyleColBandSize w:val="1"/>
      <w:tblStyleRowBandSize w:val="1"/>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uiPriority w:val="66"/>
    <w:basedOn w:val="TableNormal"/>
    <w:pPr>
      <w:spacing w:after="0" w:line="240" w:lineRule="auto"/>
    </w:pPr>
    <w:rPr>
      <w:rFonts w:asciiTheme="majorHAnsi" w:eastAsiaTheme="majorEastAsia" w:hAnsiTheme="majorHAnsi" w:cstheme="majorBidi"/>
      <w:color w:val="000000"/>
    </w:rPr>
    <w:tblPr>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StyleColBandSize w:val="1"/>
      <w:tblStyleRowBandSize w:val="1"/>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uiPriority w:val="66"/>
    <w:basedOn w:val="TableNormal"/>
    <w:pPr>
      <w:spacing w:after="0" w:line="240" w:lineRule="auto"/>
    </w:pPr>
    <w:rPr>
      <w:rFonts w:asciiTheme="majorHAnsi" w:eastAsiaTheme="majorEastAsia" w:hAnsiTheme="majorHAnsi" w:cstheme="majorBidi"/>
      <w:color w:val="000000"/>
    </w:rPr>
    <w:tblPr>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StyleColBandSize w:val="1"/>
      <w:tblStyleRowBandSize w:val="1"/>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uiPriority w:val="66"/>
    <w:basedOn w:val="TableNormal"/>
    <w:pPr>
      <w:spacing w:after="0" w:line="240" w:lineRule="auto"/>
    </w:pPr>
    <w:rPr>
      <w:rFonts w:asciiTheme="majorHAnsi" w:eastAsiaTheme="majorEastAsia" w:hAnsiTheme="majorHAnsi" w:cstheme="majorBidi"/>
      <w:color w:val="000000"/>
    </w:rPr>
    <w:tblPr>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StyleColBandSize w:val="1"/>
      <w:tblStyleRowBandSize w:val="1"/>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uiPriority w:val="66"/>
    <w:basedOn w:val="TableNormal"/>
    <w:pPr>
      <w:spacing w:after="0" w:line="240" w:lineRule="auto"/>
    </w:pPr>
    <w:rPr>
      <w:rFonts w:asciiTheme="majorHAnsi" w:eastAsiaTheme="majorEastAsia" w:hAnsiTheme="majorHAnsi" w:cstheme="majorBidi"/>
      <w:color w:val="000000"/>
    </w:rPr>
    <w:tblPr>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StyleColBandSize w:val="1"/>
      <w:tblStyleRowBandSize w:val="1"/>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uiPriority w:val="66"/>
    <w:basedOn w:val="TableNormal"/>
    <w:pPr>
      <w:spacing w:after="0" w:line="240" w:lineRule="auto"/>
    </w:pPr>
    <w:rPr>
      <w:rFonts w:asciiTheme="majorHAnsi" w:eastAsiaTheme="majorEastAsia" w:hAnsiTheme="majorHAnsi" w:cstheme="majorBidi"/>
      <w:color w:val="000000"/>
    </w:rPr>
    <w:tblPr>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StyleColBandSize w:val="1"/>
      <w:tblStyleRowBandSize w:val="1"/>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uiPriority w:val="66"/>
    <w:basedOn w:val="TableNormal"/>
    <w:pPr>
      <w:spacing w:after="0" w:line="240" w:lineRule="auto"/>
    </w:pPr>
    <w:rPr>
      <w:rFonts w:asciiTheme="majorHAnsi" w:eastAsiaTheme="majorEastAsia" w:hAnsiTheme="majorHAnsi" w:cstheme="majorBidi"/>
      <w:color w:val="000000"/>
    </w:rPr>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StyleColBandSize w:val="1"/>
      <w:tblStyleRowBandSize w:val="1"/>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uiPriority w:val="67"/>
    <w:basedOn w:val="TableNormal"/>
    <w:pPr>
      <w:spacing w:after="0" w:line="240" w:lineRule="auto"/>
    </w:pPr>
    <w:tblPr>
      <w:tblInd w:w="0" w:type="dxa"/>
      <w:tblBorders>
        <w:top w:val="single" w:sz="8" w:space="0" w:color="3F3F3F" w:themeColor="text1" w:themeTint="bf"/>
        <w:left w:val="single" w:sz="8" w:space="0" w:color="3F3F3F" w:themeColor="text1" w:themeTint="bf"/>
        <w:bottom w:val="single" w:sz="8" w:space="0" w:color="3F3F3F" w:themeColor="text1" w:themeTint="bf"/>
        <w:right w:val="single" w:sz="8" w:space="0" w:color="3F3F3F" w:themeColor="text1" w:themeTint="bf"/>
        <w:insideH w:val="single" w:sz="8" w:space="0" w:color="3F3F3F" w:themeColor="text1" w:themeTint="bf"/>
        <w:insideV w:val="single" w:sz="8" w:space="0" w:color="3F3F3F" w:themeColor="text1" w:themeTint="bf"/>
      </w:tblBorders>
      <w:tblCellMar>
        <w:top w:w="0" w:type="dxa"/>
        <w:left w:w="108" w:type="dxa"/>
        <w:bottom w:w="0" w:type="dxa"/>
        <w:right w:w="108" w:type="dxa"/>
      </w:tblCellMar>
      <w:tblStyleColBandSize w:val="1"/>
      <w:tblStyleRowBandSize w:val="1"/>
    </w:tblPr>
    <w:tcPr>
      <w:shd w:val="clear" w:color="auto" w:fill="BFBFBF" w:themeFill="text1" w:themeFillTint="3f"/>
    </w:tcPr>
    <w:tblStylePr w:type="firstRow">
      <w:rPr>
        <w:b/>
        <w:bCs/>
      </w:rPr>
    </w:tblStylePr>
    <w:tblStylePr w:type="lastRow">
      <w:rPr>
        <w:b/>
        <w:bCs/>
      </w:rPr>
      <w:tblPr/>
      <w:tcPr>
        <w:tcBorders>
          <w:top w:val="single" w:sz="18" w:space="0" w:color="3F3F3F" w:themeColor="text1" w:themeTint="bf"/>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MediumGrid1-Accent1">
    <w:name w:val="Medium Grid 1 Accent 1"/>
    <w:uiPriority w:val="67"/>
    <w:basedOn w:val="TableNormal"/>
    <w:pPr>
      <w:spacing w:after="0" w:line="240" w:lineRule="auto"/>
    </w:pPr>
    <w:tblPr>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StyleColBandSize w:val="1"/>
      <w:tblStyleRowBandSize w:val="1"/>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MediumGrid1-Accent2">
    <w:name w:val="Medium Grid 1 Accent 2"/>
    <w:uiPriority w:val="67"/>
    <w:basedOn w:val="TableNormal"/>
    <w:pPr>
      <w:spacing w:after="0" w:line="240" w:lineRule="auto"/>
    </w:pPr>
    <w:tblPr>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StyleColBandSize w:val="1"/>
      <w:tblStyleRowBandSize w:val="1"/>
    </w:tblPr>
    <w:tcPr>
      <w:shd w:val="clear" w:color="auto" w:fill="EFD3D3"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uiPriority w:val="67"/>
    <w:basedOn w:val="TableNormal"/>
    <w:pPr>
      <w:spacing w:after="0" w:line="240" w:lineRule="auto"/>
    </w:pPr>
    <w:tblPr>
      <w:tblInd w:w="0" w:type="dxa"/>
      <w:tblBorders>
        <w:top w:val="single" w:sz="8" w:space="0" w:color="B4CC82" w:themeColor="accent3" w:themeTint="bf"/>
        <w:left w:val="single" w:sz="8" w:space="0" w:color="B4CC82" w:themeColor="accent3" w:themeTint="bf"/>
        <w:bottom w:val="single" w:sz="8" w:space="0" w:color="B4CC82" w:themeColor="accent3" w:themeTint="bf"/>
        <w:right w:val="single" w:sz="8" w:space="0" w:color="B4CC82" w:themeColor="accent3" w:themeTint="bf"/>
        <w:insideH w:val="single" w:sz="8" w:space="0" w:color="B4CC82" w:themeColor="accent3" w:themeTint="bf"/>
        <w:insideV w:val="single" w:sz="8" w:space="0" w:color="B4CC82" w:themeColor="accent3" w:themeTint="bf"/>
      </w:tblBorders>
      <w:tblCellMar>
        <w:top w:w="0" w:type="dxa"/>
        <w:left w:w="108" w:type="dxa"/>
        <w:bottom w:w="0" w:type="dxa"/>
        <w:right w:w="108" w:type="dxa"/>
      </w:tblCellMar>
      <w:tblStyleColBandSize w:val="1"/>
      <w:tblStyleRowBandSize w:val="1"/>
    </w:tblPr>
    <w:tcPr>
      <w:shd w:val="clear" w:color="auto" w:fill="E6EED5" w:themeFill="accent3" w:themeFillTint="3f"/>
    </w:tcPr>
    <w:tblStylePr w:type="firstRow">
      <w:rPr>
        <w:b/>
        <w:bCs/>
      </w:rPr>
    </w:tblStylePr>
    <w:tblStylePr w:type="lastRow">
      <w:rPr>
        <w:b/>
        <w:bCs/>
      </w:rPr>
      <w:tblPr/>
      <w:tcPr>
        <w:tcBorders>
          <w:top w:val="single" w:sz="18" w:space="0" w:color="B4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uiPriority w:val="67"/>
    <w:basedOn w:val="TableNormal"/>
    <w:pPr>
      <w:spacing w:after="0" w:line="240" w:lineRule="auto"/>
    </w:pPr>
    <w:tblPr>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StyleColBandSize w:val="1"/>
      <w:tblStyleRowBandSize w:val="1"/>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uiPriority w:val="67"/>
    <w:basedOn w:val="TableNormal"/>
    <w:pPr>
      <w:spacing w:after="0" w:line="240" w:lineRule="auto"/>
    </w:pPr>
    <w:tblPr>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StyleColBandSize w:val="1"/>
      <w:tblStyleRowBandSize w:val="1"/>
    </w:tblPr>
    <w:tcPr>
      <w:shd w:val="clear" w:color="auto" w:fill="D2EAF0"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uiPriority w:val="67"/>
    <w:basedOn w:val="TableNormal"/>
    <w:pPr>
      <w:spacing w:after="0" w:line="240" w:lineRule="auto"/>
    </w:pPr>
    <w:tblPr>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StyleColBandSize w:val="1"/>
      <w:tblStyleRowBandSize w:val="1"/>
    </w:tblPr>
    <w:tcPr>
      <w:shd w:val="clear" w:color="auto" w:fill="FDE5D1"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uiPriority w:val="68"/>
    <w:basedOn w:val="TableNormal"/>
    <w:pPr>
      <w:spacing w:after="0" w:line="240" w:lineRule="auto"/>
    </w:pPr>
    <w:rPr>
      <w:rFonts w:asciiTheme="majorHAnsi" w:eastAsiaTheme="majorEastAsia" w:hAnsiTheme="majorHAnsi" w:cstheme="majorBidi"/>
      <w:color w:val="000000"/>
    </w:rPr>
    <w:tblPr>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StyleColBandSize w:val="1"/>
      <w:tblStyleRowBandSize w:val="1"/>
    </w:tblPr>
    <w:tcPr>
      <w:shd w:val="clear" w:color="auto" w:fill="BFBFBF" w:themeFill="text1" w:themeFillTint="3f"/>
    </w:tcPr>
    <w:tblStylePr w:type="firstRow">
      <w:rPr>
        <w:b/>
        <w:bCs/>
        <w:color w:val="000000"/>
      </w:rPr>
      <w:tblPr/>
      <w:tcPr>
        <w:shd w:val="clear" w:color="auto" w:fill="E5E5E5"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BCBCB" w:themeFill="text1" w:themeFillTint="33"/>
      </w:tcPr>
    </w:tblStylePr>
    <w:tblStylePr w:type="band1Vert">
      <w:tblPr/>
      <w:tcPr>
        <w:shd w:val="clear" w:color="auto" w:fill="7F7F7F" w:themeFill="text1" w:themeFillTint="7f"/>
      </w:tcPr>
    </w:tblStylePr>
    <w:tblStylePr w:type="band1Horz">
      <w:tblPr/>
      <w:tcPr>
        <w:tcBorders>
          <w:insideH w:val="single" w:sz="6" w:space="0" w:color="000000" w:themeColor="text1"/>
          <w:insideV w:val="single" w:sz="6" w:space="0" w:color="000000" w:themeColor="text1"/>
        </w:tcBorders>
        <w:shd w:val="clear" w:color="auto" w:fill="7F7F7F" w:themeFill="text1" w:themeFillTint="7f"/>
      </w:tcPr>
    </w:tblStylePr>
    <w:tblStylePr w:type="nwCell">
      <w:tblPr/>
      <w:tcPr>
        <w:shd w:val="clear" w:color="auto" w:fill="FFFFFF" w:themeFill="background1"/>
      </w:tcPr>
    </w:tblStylePr>
  </w:style>
  <w:style w:type="table" w:styleId="MediumGrid2-Accent1">
    <w:name w:val="Medium Grid 2 Accent 1"/>
    <w:uiPriority w:val="68"/>
    <w:basedOn w:val="TableNormal"/>
    <w:pPr>
      <w:spacing w:after="0" w:line="240" w:lineRule="auto"/>
    </w:pPr>
    <w:rPr>
      <w:rFonts w:asciiTheme="majorHAnsi" w:eastAsiaTheme="majorEastAsia" w:hAnsiTheme="majorHAnsi" w:cstheme="majorBidi"/>
      <w:color w:val="000000"/>
    </w:rPr>
    <w:tblPr>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StyleColBandSize w:val="1"/>
      <w:tblStyleRowBandSize w:val="1"/>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C0DE" w:themeFill="accent1" w:themeFillTint="7f"/>
      </w:tcPr>
    </w:tblStylePr>
    <w:tblStylePr w:type="nwCell">
      <w:tblPr/>
      <w:tcPr>
        <w:shd w:val="clear" w:color="auto" w:fill="FFFFFF" w:themeFill="background1"/>
      </w:tcPr>
    </w:tblStylePr>
  </w:style>
  <w:style w:type="table" w:styleId="MediumGrid2-Accent2">
    <w:name w:val="Medium Grid 2 Accent 2"/>
    <w:uiPriority w:val="68"/>
    <w:basedOn w:val="TableNormal"/>
    <w:pPr>
      <w:spacing w:after="0" w:line="240" w:lineRule="auto"/>
    </w:pPr>
    <w:rPr>
      <w:rFonts w:asciiTheme="majorHAnsi" w:eastAsiaTheme="majorEastAsia" w:hAnsiTheme="majorHAnsi" w:cstheme="majorBidi"/>
      <w:color w:val="000000"/>
    </w:rPr>
    <w:tblPr>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StyleColBandSize w:val="1"/>
      <w:tblStyleRowBandSize w:val="1"/>
    </w:tblPr>
    <w:tcPr>
      <w:shd w:val="clear" w:color="auto" w:fill="EFD3D3"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uiPriority w:val="68"/>
    <w:basedOn w:val="TableNormal"/>
    <w:pPr>
      <w:spacing w:after="0" w:line="240" w:lineRule="auto"/>
    </w:pPr>
    <w:rPr>
      <w:rFonts w:asciiTheme="majorHAnsi" w:eastAsiaTheme="majorEastAsia" w:hAnsiTheme="majorHAnsi" w:cstheme="majorBidi"/>
      <w:color w:val="000000"/>
    </w:rPr>
    <w:tblPr>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StyleColBandSize w:val="1"/>
      <w:tblStyleRowBandSize w:val="1"/>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B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uiPriority w:val="68"/>
    <w:basedOn w:val="TableNormal"/>
    <w:pPr>
      <w:spacing w:after="0" w:line="240" w:lineRule="auto"/>
    </w:pPr>
    <w:rPr>
      <w:rFonts w:asciiTheme="majorHAnsi" w:eastAsiaTheme="majorEastAsia" w:hAnsiTheme="majorHAnsi" w:cstheme="majorBidi"/>
      <w:color w:val="000000"/>
    </w:rPr>
    <w:tblPr>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StyleColBandSize w:val="1"/>
      <w:tblStyleRowBandSize w:val="1"/>
    </w:tblPr>
    <w:tcPr>
      <w:shd w:val="clear" w:color="auto" w:fill="DFD8E8" w:themeFill="accent4" w:themeFillTint="3f"/>
    </w:tcPr>
    <w:tblStylePr w:type="firstRow">
      <w:rPr>
        <w:b/>
        <w:bCs/>
        <w:color w:val="000000"/>
      </w:rPr>
      <w:tblPr/>
      <w:tcPr>
        <w:shd w:val="clear" w:color="auto" w:fill="F2EFF5"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E0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uiPriority w:val="68"/>
    <w:basedOn w:val="TableNormal"/>
    <w:pPr>
      <w:spacing w:after="0" w:line="240" w:lineRule="auto"/>
    </w:pPr>
    <w:rPr>
      <w:rFonts w:asciiTheme="majorHAnsi" w:eastAsiaTheme="majorEastAsia" w:hAnsiTheme="majorHAnsi" w:cstheme="majorBidi"/>
      <w:color w:val="000000"/>
    </w:rPr>
    <w:tblPr>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StyleColBandSize w:val="1"/>
      <w:tblStyleRowBandSize w:val="1"/>
    </w:tblPr>
    <w:tcPr>
      <w:shd w:val="clear" w:color="auto" w:fill="D2EAF0"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uiPriority w:val="68"/>
    <w:basedOn w:val="TableNormal"/>
    <w:pPr>
      <w:spacing w:after="0" w:line="240" w:lineRule="auto"/>
    </w:pPr>
    <w:rPr>
      <w:rFonts w:asciiTheme="majorHAnsi" w:eastAsiaTheme="majorEastAsia" w:hAnsiTheme="majorHAnsi" w:cstheme="majorBidi"/>
      <w:color w:val="000000"/>
    </w:rPr>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StyleColBandSize w:val="1"/>
      <w:tblStyleRowBandSize w:val="1"/>
    </w:tblPr>
    <w:tcPr>
      <w:shd w:val="clear" w:color="auto" w:fill="FDE5D1"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A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uiPriority w:val="69"/>
    <w:basedOn w:val="TableNormal"/>
    <w:pPr>
      <w:spacing w:after="0" w:line="240" w:lineRule="auto"/>
    </w:pPr>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StyleColBandSize w:val="1"/>
      <w:tblStyleRowBandSize w:val="1"/>
    </w:tblPr>
    <w:tcPr>
      <w:shd w:val="clear" w:color="auto" w:fill="BFBFBF"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F7F7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F7F7F" w:themeFill="text1" w:themeFillTint="7f"/>
      </w:tcPr>
    </w:tblStylePr>
  </w:style>
  <w:style w:type="table" w:styleId="MediumGrid3-Accent1">
    <w:name w:val="Medium Grid 3 Accent 1"/>
    <w:uiPriority w:val="69"/>
    <w:basedOn w:val="TableNormal"/>
    <w:pPr>
      <w:spacing w:after="0" w:line="240" w:lineRule="auto"/>
    </w:pPr>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StyleColBandSize w:val="1"/>
      <w:tblStyleRowBandSize w:val="1"/>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C0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C0DE" w:themeFill="accent1" w:themeFillTint="7f"/>
      </w:tcPr>
    </w:tblStylePr>
  </w:style>
  <w:style w:type="table" w:styleId="MediumGrid3-Accent2">
    <w:name w:val="Medium Grid 3 Accent 2"/>
    <w:uiPriority w:val="69"/>
    <w:basedOn w:val="TableNormal"/>
    <w:pPr>
      <w:spacing w:after="0" w:line="240" w:lineRule="auto"/>
    </w:pPr>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StyleColBandSize w:val="1"/>
      <w:tblStyleRowBandSize w:val="1"/>
    </w:tblPr>
    <w:tcPr>
      <w:shd w:val="clear" w:color="auto" w:fill="EFD3D3"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uiPriority w:val="69"/>
    <w:basedOn w:val="TableNormal"/>
    <w:pPr>
      <w:spacing w:after="0" w:line="240" w:lineRule="auto"/>
    </w:pPr>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StyleColBandSize w:val="1"/>
      <w:tblStyleRowBandSize w:val="1"/>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uiPriority w:val="69"/>
    <w:basedOn w:val="TableNormal"/>
    <w:pPr>
      <w:spacing w:after="0" w:line="240" w:lineRule="auto"/>
    </w:pPr>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StyleColBandSize w:val="1"/>
      <w:tblStyleRowBandSize w:val="1"/>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uiPriority w:val="69"/>
    <w:basedOn w:val="TableNormal"/>
    <w:pPr>
      <w:spacing w:after="0" w:line="240" w:lineRule="auto"/>
    </w:pPr>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StyleColBandSize w:val="1"/>
      <w:tblStyleRowBandSize w:val="1"/>
    </w:tblPr>
    <w:tcPr>
      <w:shd w:val="clear" w:color="auto" w:fill="D2EAF0"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uiPriority w:val="69"/>
    <w:basedOn w:val="TableNormal"/>
    <w:pPr>
      <w:spacing w:after="0" w:line="240" w:lineRule="auto"/>
    </w:pPr>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StyleColBandSize w:val="1"/>
      <w:tblStyleRowBandSize w:val="1"/>
    </w:tblPr>
    <w:tcPr>
      <w:shd w:val="clear" w:color="auto" w:fill="FDE5D1"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uiPriority w:val="70"/>
    <w:basedOn w:val="TableNormal"/>
    <w:pPr>
      <w:spacing w:after="0" w:line="240" w:lineRule="auto"/>
    </w:pPr>
    <w:rPr>
      <w:color w:val="FFFFFF"/>
    </w:rPr>
    <w:tblPr>
      <w:tblInd w:w="0" w:type="dxa"/>
      <w:tblCellMar>
        <w:top w:w="0" w:type="dxa"/>
        <w:left w:w="108" w:type="dxa"/>
        <w:bottom w:w="0" w:type="dxa"/>
        <w:right w:w="108" w:type="dxa"/>
      </w:tblCellMar>
      <w:tblStyleColBandSize w:val="1"/>
      <w:tblStyleRow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uiPriority w:val="70"/>
    <w:basedOn w:val="TableNormal"/>
    <w:pPr>
      <w:spacing w:after="0" w:line="240" w:lineRule="auto"/>
    </w:pPr>
    <w:rPr>
      <w:color w:val="FFFFFF"/>
    </w:rPr>
    <w:tblPr>
      <w:tblInd w:w="0" w:type="dxa"/>
      <w:tblCellMar>
        <w:top w:w="0" w:type="dxa"/>
        <w:left w:w="108" w:type="dxa"/>
        <w:bottom w:w="0" w:type="dxa"/>
        <w:right w:w="108" w:type="dxa"/>
      </w:tblCellMar>
      <w:tblStyleColBandSize w:val="1"/>
      <w:tblStyleRow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4061"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7609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76092" w:themeFill="accent1" w:themeFillShade="bf"/>
      </w:tcPr>
    </w:tblStylePr>
    <w:tblStylePr w:type="band1Vert">
      <w:tblPr/>
      <w:tcPr>
        <w:tcBorders>
          <w:top w:val="nil"/>
          <w:left w:val="nil"/>
          <w:bottom w:val="nil"/>
          <w:right w:val="nil"/>
          <w:insideH w:val="nil"/>
          <w:insideV w:val="nil"/>
        </w:tcBorders>
        <w:shd w:val="clear" w:color="auto" w:fill="376092" w:themeFill="accent1" w:themeFillShade="bf"/>
      </w:tcPr>
    </w:tblStylePr>
    <w:tblStylePr w:type="band1Horz">
      <w:tblPr/>
      <w:tcPr>
        <w:tcBorders>
          <w:top w:val="nil"/>
          <w:left w:val="nil"/>
          <w:bottom w:val="nil"/>
          <w:right w:val="nil"/>
          <w:insideH w:val="nil"/>
          <w:insideV w:val="nil"/>
        </w:tcBorders>
        <w:shd w:val="clear" w:color="auto" w:fill="376092" w:themeFill="accent1" w:themeFillShade="bf"/>
      </w:tcPr>
    </w:tblStylePr>
  </w:style>
  <w:style w:type="table" w:styleId="DarkList-Accent2">
    <w:name w:val="Dark List Accent 2"/>
    <w:uiPriority w:val="70"/>
    <w:basedOn w:val="TableNormal"/>
    <w:pPr>
      <w:spacing w:after="0" w:line="240" w:lineRule="auto"/>
    </w:pPr>
    <w:rPr>
      <w:color w:val="FFFFFF"/>
    </w:rPr>
    <w:tblPr>
      <w:tblInd w:w="0" w:type="dxa"/>
      <w:tblCellMar>
        <w:top w:w="0" w:type="dxa"/>
        <w:left w:w="108" w:type="dxa"/>
        <w:bottom w:w="0" w:type="dxa"/>
        <w:right w:w="108" w:type="dxa"/>
      </w:tblCellMar>
      <w:tblStyleColBandSize w:val="1"/>
      <w:tblStyleRow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325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53735"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53735" w:themeFill="accent2" w:themeFillShade="bf"/>
      </w:tcPr>
    </w:tblStylePr>
    <w:tblStylePr w:type="band1Vert">
      <w:tblPr/>
      <w:tcPr>
        <w:tcBorders>
          <w:top w:val="nil"/>
          <w:left w:val="nil"/>
          <w:bottom w:val="nil"/>
          <w:right w:val="nil"/>
          <w:insideH w:val="nil"/>
          <w:insideV w:val="nil"/>
        </w:tcBorders>
        <w:shd w:val="clear" w:color="auto" w:fill="953735" w:themeFill="accent2" w:themeFillShade="bf"/>
      </w:tcPr>
    </w:tblStylePr>
    <w:tblStylePr w:type="band1Horz">
      <w:tblPr/>
      <w:tcPr>
        <w:tcBorders>
          <w:top w:val="nil"/>
          <w:left w:val="nil"/>
          <w:bottom w:val="nil"/>
          <w:right w:val="nil"/>
          <w:insideH w:val="nil"/>
          <w:insideV w:val="nil"/>
        </w:tcBorders>
        <w:shd w:val="clear" w:color="auto" w:fill="953735" w:themeFill="accent2" w:themeFillShade="bf"/>
      </w:tcPr>
    </w:tblStylePr>
  </w:style>
  <w:style w:type="table" w:styleId="DarkList-Accent3">
    <w:name w:val="Dark List Accent 3"/>
    <w:uiPriority w:val="70"/>
    <w:basedOn w:val="TableNormal"/>
    <w:pPr>
      <w:spacing w:after="0" w:line="240" w:lineRule="auto"/>
    </w:pPr>
    <w:rPr>
      <w:color w:val="FFFFFF"/>
    </w:rPr>
    <w:tblPr>
      <w:tblInd w:w="0" w:type="dxa"/>
      <w:tblCellMar>
        <w:top w:w="0" w:type="dxa"/>
        <w:left w:w="108" w:type="dxa"/>
        <w:bottom w:w="0" w:type="dxa"/>
        <w:right w:w="108" w:type="dxa"/>
      </w:tblCellMar>
      <w:tblStyleColBandSize w:val="1"/>
      <w:tblStyleRow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62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3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33C" w:themeFill="accent3" w:themeFillShade="bf"/>
      </w:tcPr>
    </w:tblStylePr>
    <w:tblStylePr w:type="band1Vert">
      <w:tblPr/>
      <w:tcPr>
        <w:tcBorders>
          <w:top w:val="nil"/>
          <w:left w:val="nil"/>
          <w:bottom w:val="nil"/>
          <w:right w:val="nil"/>
          <w:insideH w:val="nil"/>
          <w:insideV w:val="nil"/>
        </w:tcBorders>
        <w:shd w:val="clear" w:color="auto" w:fill="76933C" w:themeFill="accent3" w:themeFillShade="bf"/>
      </w:tcPr>
    </w:tblStylePr>
    <w:tblStylePr w:type="band1Horz">
      <w:tblPr/>
      <w:tcPr>
        <w:tcBorders>
          <w:top w:val="nil"/>
          <w:left w:val="nil"/>
          <w:bottom w:val="nil"/>
          <w:right w:val="nil"/>
          <w:insideH w:val="nil"/>
          <w:insideV w:val="nil"/>
        </w:tcBorders>
        <w:shd w:val="clear" w:color="auto" w:fill="76933C" w:themeFill="accent3" w:themeFillShade="bf"/>
      </w:tcPr>
    </w:tblStylePr>
  </w:style>
  <w:style w:type="table" w:styleId="DarkList-Accent4">
    <w:name w:val="Dark List Accent 4"/>
    <w:uiPriority w:val="70"/>
    <w:basedOn w:val="TableNormal"/>
    <w:pPr>
      <w:spacing w:after="0" w:line="240" w:lineRule="auto"/>
    </w:pPr>
    <w:rPr>
      <w:color w:val="FFFFFF"/>
    </w:rPr>
    <w:tblPr>
      <w:tblInd w:w="0" w:type="dxa"/>
      <w:tblCellMar>
        <w:top w:w="0" w:type="dxa"/>
        <w:left w:w="108" w:type="dxa"/>
        <w:bottom w:w="0" w:type="dxa"/>
        <w:right w:w="108" w:type="dxa"/>
      </w:tblCellMar>
      <w:tblStyleColBandSize w:val="1"/>
      <w:tblStyleRow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0315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04A7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04A7B" w:themeFill="accent4" w:themeFillShade="bf"/>
      </w:tcPr>
    </w:tblStylePr>
    <w:tblStylePr w:type="band1Vert">
      <w:tblPr/>
      <w:tcPr>
        <w:tcBorders>
          <w:top w:val="nil"/>
          <w:left w:val="nil"/>
          <w:bottom w:val="nil"/>
          <w:right w:val="nil"/>
          <w:insideH w:val="nil"/>
          <w:insideV w:val="nil"/>
        </w:tcBorders>
        <w:shd w:val="clear" w:color="auto" w:fill="604A7B" w:themeFill="accent4" w:themeFillShade="bf"/>
      </w:tcPr>
    </w:tblStylePr>
    <w:tblStylePr w:type="band1Horz">
      <w:tblPr/>
      <w:tcPr>
        <w:tcBorders>
          <w:top w:val="nil"/>
          <w:left w:val="nil"/>
          <w:bottom w:val="nil"/>
          <w:right w:val="nil"/>
          <w:insideH w:val="nil"/>
          <w:insideV w:val="nil"/>
        </w:tcBorders>
        <w:shd w:val="clear" w:color="auto" w:fill="604A7B" w:themeFill="accent4" w:themeFillShade="bf"/>
      </w:tcPr>
    </w:tblStylePr>
  </w:style>
  <w:style w:type="table" w:styleId="DarkList-Accent5">
    <w:name w:val="Dark List Accent 5"/>
    <w:uiPriority w:val="70"/>
    <w:basedOn w:val="TableNormal"/>
    <w:pPr>
      <w:spacing w:after="0" w:line="240" w:lineRule="auto"/>
    </w:pPr>
    <w:rPr>
      <w:color w:val="FFFFFF"/>
    </w:rPr>
    <w:tblPr>
      <w:tblInd w:w="0" w:type="dxa"/>
      <w:tblCellMar>
        <w:top w:w="0" w:type="dxa"/>
        <w:left w:w="108" w:type="dxa"/>
        <w:bottom w:w="0" w:type="dxa"/>
        <w:right w:w="108" w:type="dxa"/>
      </w:tblCellMar>
      <w:tblStyleColBandSize w:val="1"/>
      <w:tblStyleRow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1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5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59B" w:themeFill="accent5" w:themeFillShade="bf"/>
      </w:tcPr>
    </w:tblStylePr>
    <w:tblStylePr w:type="band1Vert">
      <w:tblPr/>
      <w:tcPr>
        <w:tcBorders>
          <w:top w:val="nil"/>
          <w:left w:val="nil"/>
          <w:bottom w:val="nil"/>
          <w:right w:val="nil"/>
          <w:insideH w:val="nil"/>
          <w:insideV w:val="nil"/>
        </w:tcBorders>
        <w:shd w:val="clear" w:color="auto" w:fill="31859B" w:themeFill="accent5" w:themeFillShade="bf"/>
      </w:tcPr>
    </w:tblStylePr>
    <w:tblStylePr w:type="band1Horz">
      <w:tblPr/>
      <w:tcPr>
        <w:tcBorders>
          <w:top w:val="nil"/>
          <w:left w:val="nil"/>
          <w:bottom w:val="nil"/>
          <w:right w:val="nil"/>
          <w:insideH w:val="nil"/>
          <w:insideV w:val="nil"/>
        </w:tcBorders>
        <w:shd w:val="clear" w:color="auto" w:fill="31859B" w:themeFill="accent5" w:themeFillShade="bf"/>
      </w:tcPr>
    </w:tblStylePr>
  </w:style>
  <w:style w:type="table" w:styleId="DarkList-Accent6">
    <w:name w:val="Dark List Accent 6"/>
    <w:uiPriority w:val="70"/>
    <w:basedOn w:val="TableNormal"/>
    <w:pPr>
      <w:spacing w:after="0" w:line="240" w:lineRule="auto"/>
    </w:pPr>
    <w:rPr>
      <w:color w:val="FFFFFF"/>
    </w:rPr>
    <w:tblPr>
      <w:tblInd w:w="0" w:type="dxa"/>
      <w:tblCellMar>
        <w:top w:w="0" w:type="dxa"/>
        <w:left w:w="108" w:type="dxa"/>
        <w:bottom w:w="0" w:type="dxa"/>
        <w:right w:w="108" w:type="dxa"/>
      </w:tblCellMar>
      <w:tblStyleColBandSize w:val="1"/>
      <w:tblStyleRow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80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4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46C0A" w:themeFill="accent6" w:themeFillShade="bf"/>
      </w:tcPr>
    </w:tblStylePr>
    <w:tblStylePr w:type="band1Vert">
      <w:tblPr/>
      <w:tcPr>
        <w:tcBorders>
          <w:top w:val="nil"/>
          <w:left w:val="nil"/>
          <w:bottom w:val="nil"/>
          <w:right w:val="nil"/>
          <w:insideH w:val="nil"/>
          <w:insideV w:val="nil"/>
        </w:tcBorders>
        <w:shd w:val="clear" w:color="auto" w:fill="E46C0A" w:themeFill="accent6" w:themeFillShade="bf"/>
      </w:tcPr>
    </w:tblStylePr>
    <w:tblStylePr w:type="band1Horz">
      <w:tblPr/>
      <w:tcPr>
        <w:tcBorders>
          <w:top w:val="nil"/>
          <w:left w:val="nil"/>
          <w:bottom w:val="nil"/>
          <w:right w:val="nil"/>
          <w:insideH w:val="nil"/>
          <w:insideV w:val="nil"/>
        </w:tcBorders>
        <w:shd w:val="clear" w:color="auto" w:fill="E46C0A" w:themeFill="accent6" w:themeFillShade="bf"/>
      </w:tcPr>
    </w:tblStylePr>
  </w:style>
  <w:style w:type="table" w:styleId="ColorfulShading">
    <w:name w:val="Colorful Shading"/>
    <w:uiPriority w:val="71"/>
    <w:basedOn w:val="TableNormal"/>
    <w:pPr>
      <w:spacing w:after="0" w:line="240" w:lineRule="auto"/>
    </w:pPr>
    <w:rPr>
      <w:color w:val="000000"/>
    </w:rPr>
    <w:tblPr>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StyleColBandSize w:val="1"/>
      <w:tblStyleRowBandSize w:val="1"/>
    </w:tblPr>
    <w:tcPr>
      <w:shd w:val="clear" w:color="auto" w:fill="E5E5E5"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89898" w:themeFill="text1" w:themeFillTint="66"/>
      </w:tcPr>
    </w:tblStylePr>
    <w:tblStylePr w:type="band1Horz">
      <w:tblPr/>
      <w:tcPr>
        <w:shd w:val="clear" w:color="auto" w:fill="7F7F7F" w:themeFill="text1" w:themeFillTint="7f"/>
      </w:tcPr>
    </w:tblStylePr>
    <w:tblStylePr w:type="neCell">
      <w:rPr>
        <w:color w:val="000000"/>
      </w:rPr>
    </w:tblStylePr>
    <w:tblStylePr w:type="nwCell">
      <w:rPr>
        <w:color w:val="000000"/>
      </w:rPr>
    </w:tblStylePr>
  </w:style>
  <w:style w:type="table" w:styleId="ColorfulShading-Accent1">
    <w:name w:val="Colorful Shading Accent 1"/>
    <w:uiPriority w:val="71"/>
    <w:basedOn w:val="TableNormal"/>
    <w:pPr>
      <w:spacing w:after="0" w:line="240" w:lineRule="auto"/>
    </w:pPr>
    <w:rPr>
      <w:color w:val="000000"/>
    </w:rPr>
    <w:tblPr>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StyleColBandSize w:val="1"/>
      <w:tblStyleRowBandSize w:val="1"/>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D75" w:themeFill="accent1" w:themeFillShade="99"/>
      </w:tcPr>
    </w:tblStylePr>
    <w:tblStylePr w:type="firstCol">
      <w:rPr>
        <w:color w:val="FFFFFF"/>
      </w:rPr>
      <w:tblPr/>
      <w:tcPr>
        <w:tcBorders>
          <w:top w:val="nil"/>
          <w:left w:val="nil"/>
          <w:bottom w:val="nil"/>
          <w:right w:val="nil"/>
          <w:insideH w:val="single" w:sz="4" w:space="0" w:color="2C4D75" w:themeColor="accent1" w:themeShade="99"/>
          <w:insideV w:val="nil"/>
        </w:tcBorders>
        <w:shd w:val="clear" w:color="auto" w:fill="2C4D75" w:themeFill="accent1" w:themeFillShade="99"/>
      </w:tcPr>
    </w:tblStylePr>
    <w:tblStylePr w:type="lastCol">
      <w:rPr>
        <w:color w:val="FFFFFF"/>
      </w:rPr>
      <w:tblPr/>
      <w:tcPr>
        <w:tcBorders>
          <w:top w:val="nil"/>
          <w:left w:val="nil"/>
          <w:bottom w:val="nil"/>
          <w:right w:val="nil"/>
          <w:insideH w:val="nil"/>
          <w:insideV w:val="nil"/>
        </w:tcBorders>
        <w:shd w:val="clear" w:color="auto" w:fill="2C4D75"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rPr>
    </w:tblStylePr>
    <w:tblStylePr w:type="nwCell">
      <w:rPr>
        <w:color w:val="000000"/>
      </w:rPr>
    </w:tblStylePr>
  </w:style>
  <w:style w:type="table" w:styleId="ColorfulShading-Accent2">
    <w:name w:val="Colorful Shading Accent 2"/>
    <w:uiPriority w:val="71"/>
    <w:basedOn w:val="TableNormal"/>
    <w:pPr>
      <w:spacing w:after="0" w:line="240" w:lineRule="auto"/>
    </w:pPr>
    <w:rPr>
      <w:color w:val="000000"/>
    </w:rPr>
    <w:tblPr>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StyleColBandSize w:val="1"/>
      <w:tblStyleRowBandSize w:val="1"/>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9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uiPriority w:val="71"/>
    <w:basedOn w:val="TableNormal"/>
    <w:pPr>
      <w:spacing w:after="0" w:line="240" w:lineRule="auto"/>
    </w:pPr>
    <w:rPr>
      <w:color w:val="000000"/>
    </w:rPr>
    <w:tblPr>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StyleColBandSize w:val="1"/>
      <w:tblStyleRowBandSize w:val="1"/>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F7530" w:themeFill="accent3" w:themeFillShade="99"/>
      </w:tcPr>
    </w:tblStylePr>
    <w:tblStylePr w:type="firstCol">
      <w:rPr>
        <w:color w:val="FFFFFF"/>
      </w:rPr>
      <w:tblPr/>
      <w:tcPr>
        <w:tcBorders>
          <w:top w:val="nil"/>
          <w:left w:val="nil"/>
          <w:bottom w:val="nil"/>
          <w:right w:val="nil"/>
          <w:insideH w:val="single" w:sz="4" w:space="0" w:color="5F7530" w:themeColor="accent3" w:themeShade="99"/>
          <w:insideV w:val="nil"/>
        </w:tcBorders>
        <w:shd w:val="clear" w:color="auto" w:fill="5F7530" w:themeFill="accent3" w:themeFillShade="99"/>
      </w:tcPr>
    </w:tblStylePr>
    <w:tblStylePr w:type="lastCol">
      <w:rPr>
        <w:color w:val="FFFFFF"/>
      </w:rPr>
      <w:tblPr/>
      <w:tcPr>
        <w:tcBorders>
          <w:top w:val="nil"/>
          <w:left w:val="nil"/>
          <w:bottom w:val="nil"/>
          <w:right w:val="nil"/>
          <w:insideH w:val="nil"/>
          <w:insideV w:val="nil"/>
        </w:tcBorders>
        <w:shd w:val="clear" w:color="auto" w:fill="5F7530" w:themeFill="accent3" w:themeFillShade="99"/>
      </w:tcPr>
    </w:tblStylePr>
    <w:tblStylePr w:type="band1Vert">
      <w:tblPr/>
      <w:tcPr>
        <w:shd w:val="clear" w:color="auto" w:fill="D7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uiPriority w:val="71"/>
    <w:basedOn w:val="TableNormal"/>
    <w:pPr>
      <w:spacing w:after="0" w:line="240" w:lineRule="auto"/>
    </w:pPr>
    <w:rPr>
      <w:color w:val="000000"/>
    </w:rPr>
    <w:tblPr>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StyleColBandSize w:val="1"/>
      <w:tblStyleRowBandSize w:val="1"/>
    </w:tblPr>
    <w:tcPr>
      <w:shd w:val="clear" w:color="auto" w:fill="F2EFF5"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D3B62" w:themeFill="accent4" w:themeFillShade="99"/>
      </w:tcPr>
    </w:tblStylePr>
    <w:tblStylePr w:type="firstCol">
      <w:rPr>
        <w:color w:val="FFFFFF"/>
      </w:rPr>
      <w:tblPr/>
      <w:tcPr>
        <w:tcBorders>
          <w:top w:val="nil"/>
          <w:left w:val="nil"/>
          <w:bottom w:val="nil"/>
          <w:right w:val="nil"/>
          <w:insideH w:val="single" w:sz="4" w:space="0" w:color="4D3B62" w:themeColor="accent4" w:themeShade="99"/>
          <w:insideV w:val="nil"/>
        </w:tcBorders>
        <w:shd w:val="clear" w:color="auto" w:fill="4D3B62" w:themeFill="accent4" w:themeFillShade="99"/>
      </w:tcPr>
    </w:tblStylePr>
    <w:tblStylePr w:type="lastCol">
      <w:rPr>
        <w:color w:val="FFFFFF"/>
      </w:rPr>
      <w:tblPr/>
      <w:tcPr>
        <w:tcBorders>
          <w:top w:val="nil"/>
          <w:left w:val="nil"/>
          <w:bottom w:val="nil"/>
          <w:right w:val="nil"/>
          <w:insideH w:val="nil"/>
          <w:insideV w:val="nil"/>
        </w:tcBorders>
        <w:shd w:val="clear" w:color="auto" w:fill="4D3B62" w:themeFill="accent4" w:themeFillShade="99"/>
      </w:tcPr>
    </w:tblStylePr>
    <w:tblStylePr w:type="band1Vert">
      <w:tblPr/>
      <w:tcPr>
        <w:shd w:val="clear" w:color="auto" w:fill="CCC1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uiPriority w:val="71"/>
    <w:basedOn w:val="TableNormal"/>
    <w:pPr>
      <w:spacing w:after="0" w:line="240" w:lineRule="auto"/>
    </w:pPr>
    <w:rPr>
      <w:color w:val="000000"/>
    </w:rPr>
    <w:tblPr>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StyleColBandSize w:val="1"/>
      <w:tblStyleRowBandSize w:val="1"/>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7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uiPriority w:val="71"/>
    <w:basedOn w:val="TableNormal"/>
    <w:pPr>
      <w:spacing w:after="0" w:line="240" w:lineRule="auto"/>
    </w:pPr>
    <w:rPr>
      <w:color w:val="000000"/>
    </w:rPr>
    <w:tblPr>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StyleColBandSize w:val="1"/>
      <w:tblStyleRowBandSize w:val="1"/>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708" w:themeFill="accent6" w:themeFillShade="99"/>
      </w:tcPr>
    </w:tblStylePr>
    <w:tblStylePr w:type="firstCol">
      <w:rPr>
        <w:color w:val="FFFFFF"/>
      </w:rPr>
      <w:tblPr/>
      <w:tcPr>
        <w:tcBorders>
          <w:top w:val="nil"/>
          <w:left w:val="nil"/>
          <w:bottom w:val="nil"/>
          <w:right w:val="nil"/>
          <w:insideH w:val="single" w:sz="4" w:space="0" w:color="B65708" w:themeColor="accent6" w:themeShade="99"/>
          <w:insideV w:val="nil"/>
        </w:tcBorders>
        <w:shd w:val="clear" w:color="auto" w:fill="B65708" w:themeFill="accent6" w:themeFillShade="99"/>
      </w:tcPr>
    </w:tblStylePr>
    <w:tblStylePr w:type="lastCol">
      <w:rPr>
        <w:color w:val="FFFFFF"/>
      </w:rPr>
      <w:tblPr/>
      <w:tcPr>
        <w:tcBorders>
          <w:top w:val="nil"/>
          <w:left w:val="nil"/>
          <w:bottom w:val="nil"/>
          <w:right w:val="nil"/>
          <w:insideH w:val="nil"/>
          <w:insideV w:val="nil"/>
        </w:tcBorders>
        <w:shd w:val="clear" w:color="auto" w:fill="B65708" w:themeFill="accent6" w:themeFillShade="99"/>
      </w:tcPr>
    </w:tblStylePr>
    <w:tblStylePr w:type="band1Vert">
      <w:tblPr/>
      <w:tcPr>
        <w:shd w:val="clear" w:color="auto" w:fill="FBD5B5"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uiPriority w:val="72"/>
    <w:basedOn w:val="TableNormal"/>
    <w:pPr>
      <w:spacing w:after="0" w:line="240" w:lineRule="auto"/>
    </w:pPr>
    <w:rPr>
      <w:color w:val="000000"/>
    </w:rPr>
    <w:tblPr>
      <w:tblInd w:w="0" w:type="dxa"/>
      <w:tblCellMar>
        <w:top w:w="0" w:type="dxa"/>
        <w:left w:w="108" w:type="dxa"/>
        <w:bottom w:w="0" w:type="dxa"/>
        <w:right w:w="108" w:type="dxa"/>
      </w:tblCellMar>
      <w:tblStyleColBandSize w:val="1"/>
      <w:tblStyleRowBandSize w:val="1"/>
    </w:tblPr>
    <w:tcPr>
      <w:shd w:val="clear" w:color="auto" w:fill="E5E5E5" w:themeFill="text1" w:themeFillTint="19"/>
    </w:tcPr>
    <w:tblStylePr w:type="firstRow">
      <w:rPr>
        <w:b/>
        <w:bCs/>
        <w:color w:val="FFFFFF"/>
      </w:rPr>
      <w:tblPr/>
      <w:tcPr>
        <w:tcBorders>
          <w:bottom w:val="single" w:sz="12" w:space="0" w:color="FFFFFF" w:themeColor="background1"/>
        </w:tcBorders>
        <w:shd w:val="clear" w:color="auto" w:fill="9F3B38" w:themeFill="accent2" w:themeFillShade="cc"/>
      </w:tcPr>
    </w:tblStylePr>
    <w:tblStylePr w:type="lastRow">
      <w:rPr>
        <w:b/>
        <w:bCs/>
        <w:color w:val="9F3B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BCBCB" w:themeFill="text1" w:themeFillTint="33"/>
      </w:tcPr>
    </w:tblStylePr>
  </w:style>
  <w:style w:type="table" w:styleId="ColorfulList-Accent1">
    <w:name w:val="Colorful List Accent 1"/>
    <w:uiPriority w:val="72"/>
    <w:basedOn w:val="TableNormal"/>
    <w:pPr>
      <w:spacing w:after="0" w:line="240" w:lineRule="auto"/>
    </w:pPr>
    <w:rPr>
      <w:color w:val="000000"/>
    </w:rPr>
    <w:tblPr>
      <w:tblInd w:w="0" w:type="dxa"/>
      <w:tblCellMar>
        <w:top w:w="0" w:type="dxa"/>
        <w:left w:w="108" w:type="dxa"/>
        <w:bottom w:w="0" w:type="dxa"/>
        <w:right w:w="108" w:type="dxa"/>
      </w:tblCellMar>
      <w:tblStyleColBandSize w:val="1"/>
      <w:tblStyleRowBandSize w:val="1"/>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F3B38" w:themeFill="accent2" w:themeFillShade="cc"/>
      </w:tcPr>
    </w:tblStylePr>
    <w:tblStylePr w:type="lastRow">
      <w:rPr>
        <w:b/>
        <w:bCs/>
        <w:color w:val="9F3B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uiPriority w:val="72"/>
    <w:basedOn w:val="TableNormal"/>
    <w:pPr>
      <w:spacing w:after="0" w:line="240" w:lineRule="auto"/>
    </w:pPr>
    <w:rPr>
      <w:color w:val="000000"/>
    </w:rPr>
    <w:tblPr>
      <w:tblInd w:w="0" w:type="dxa"/>
      <w:tblCellMar>
        <w:top w:w="0" w:type="dxa"/>
        <w:left w:w="108" w:type="dxa"/>
        <w:bottom w:w="0" w:type="dxa"/>
        <w:right w:w="108" w:type="dxa"/>
      </w:tblCellMar>
      <w:tblStyleColBandSize w:val="1"/>
      <w:tblStyleRowBandSize w:val="1"/>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F3B38" w:themeFill="accent2" w:themeFillShade="cc"/>
      </w:tcPr>
    </w:tblStylePr>
    <w:tblStylePr w:type="lastRow">
      <w:rPr>
        <w:b/>
        <w:bCs/>
        <w:color w:val="9F3B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ColorfulList-Accent3">
    <w:name w:val="Colorful List Accent 3"/>
    <w:uiPriority w:val="72"/>
    <w:basedOn w:val="TableNormal"/>
    <w:pPr>
      <w:spacing w:after="0" w:line="240" w:lineRule="auto"/>
    </w:pPr>
    <w:rPr>
      <w:color w:val="000000"/>
    </w:rPr>
    <w:tblPr>
      <w:tblInd w:w="0" w:type="dxa"/>
      <w:tblCellMar>
        <w:top w:w="0" w:type="dxa"/>
        <w:left w:w="108" w:type="dxa"/>
        <w:bottom w:w="0" w:type="dxa"/>
        <w:right w:w="108" w:type="dxa"/>
      </w:tblCellMar>
      <w:tblStyleColBandSize w:val="1"/>
      <w:tblStyleRowBandSize w:val="1"/>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F83" w:themeFill="accent4" w:themeFillShade="cc"/>
      </w:tcPr>
    </w:tblStylePr>
    <w:tblStylePr w:type="lastRow">
      <w:rPr>
        <w:b/>
        <w:bCs/>
        <w:color w:val="664F83"/>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BF1DD" w:themeFill="accent3" w:themeFillTint="33"/>
      </w:tcPr>
    </w:tblStylePr>
  </w:style>
  <w:style w:type="table" w:styleId="ColorfulList-Accent4">
    <w:name w:val="Colorful List Accent 4"/>
    <w:uiPriority w:val="72"/>
    <w:basedOn w:val="TableNormal"/>
    <w:pPr>
      <w:spacing w:after="0" w:line="240" w:lineRule="auto"/>
    </w:pPr>
    <w:rPr>
      <w:color w:val="000000"/>
    </w:rPr>
    <w:tblPr>
      <w:tblInd w:w="0" w:type="dxa"/>
      <w:tblCellMar>
        <w:top w:w="0" w:type="dxa"/>
        <w:left w:w="108" w:type="dxa"/>
        <w:bottom w:w="0" w:type="dxa"/>
        <w:right w:w="108" w:type="dxa"/>
      </w:tblCellMar>
      <w:tblStyleColBandSize w:val="1"/>
      <w:tblStyleRowBandSize w:val="1"/>
    </w:tblPr>
    <w:tcPr>
      <w:shd w:val="clear" w:color="auto" w:fill="F2EFF5" w:themeFill="accent4" w:themeFillTint="19"/>
    </w:tcPr>
    <w:tblStylePr w:type="firstRow">
      <w:rPr>
        <w:b/>
        <w:bCs/>
        <w:color w:val="FFFFFF"/>
      </w:rPr>
      <w:tblPr/>
      <w:tcPr>
        <w:tcBorders>
          <w:bottom w:val="single" w:sz="12" w:space="0" w:color="FFFFFF" w:themeColor="background1"/>
        </w:tcBorders>
        <w:shd w:val="clear" w:color="auto" w:fill="7E9D40" w:themeFill="accent3" w:themeFillShade="cc"/>
      </w:tcPr>
    </w:tblStylePr>
    <w:tblStylePr w:type="lastRow">
      <w:rPr>
        <w:b/>
        <w:bCs/>
        <w:color w:val="7E9D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E0EC" w:themeFill="accent4" w:themeFillTint="33"/>
      </w:tcPr>
    </w:tblStylePr>
  </w:style>
  <w:style w:type="table" w:styleId="ColorfulList-Accent5">
    <w:name w:val="Colorful List Accent 5"/>
    <w:uiPriority w:val="72"/>
    <w:basedOn w:val="TableNormal"/>
    <w:pPr>
      <w:spacing w:after="0" w:line="240" w:lineRule="auto"/>
    </w:pPr>
    <w:rPr>
      <w:color w:val="000000"/>
    </w:rPr>
    <w:tblPr>
      <w:tblInd w:w="0" w:type="dxa"/>
      <w:tblCellMar>
        <w:top w:w="0" w:type="dxa"/>
        <w:left w:w="108" w:type="dxa"/>
        <w:bottom w:w="0" w:type="dxa"/>
        <w:right w:w="108" w:type="dxa"/>
      </w:tblCellMar>
      <w:tblStyleColBandSize w:val="1"/>
      <w:tblStyleRowBandSize w:val="1"/>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3740B" w:themeFill="accent6" w:themeFillShade="cc"/>
      </w:tcPr>
    </w:tblStylePr>
    <w:tblStylePr w:type="lastRow">
      <w:rPr>
        <w:b/>
        <w:bCs/>
        <w:color w:val="F3740B"/>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ColorfulList-Accent6">
    <w:name w:val="Colorful List Accent 6"/>
    <w:uiPriority w:val="72"/>
    <w:basedOn w:val="TableNormal"/>
    <w:pPr>
      <w:spacing w:after="0" w:line="240" w:lineRule="auto"/>
    </w:pPr>
    <w:rPr>
      <w:color w:val="000000"/>
    </w:rPr>
    <w:tblPr>
      <w:tblInd w:w="0" w:type="dxa"/>
      <w:tblCellMar>
        <w:top w:w="0" w:type="dxa"/>
        <w:left w:w="108" w:type="dxa"/>
        <w:bottom w:w="0" w:type="dxa"/>
        <w:right w:w="108" w:type="dxa"/>
      </w:tblCellMar>
      <w:tblStyleColBandSize w:val="1"/>
      <w:tblStyleRowBandSize w:val="1"/>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58EA6" w:themeFill="accent5" w:themeFillShade="cc"/>
      </w:tcPr>
    </w:tblStylePr>
    <w:tblStylePr w:type="lastRow">
      <w:rPr>
        <w:b/>
        <w:bCs/>
        <w:color w:val="358EA6"/>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AD9" w:themeFill="accent6" w:themeFillTint="33"/>
      </w:tcPr>
    </w:tblStylePr>
  </w:style>
  <w:style w:type="table" w:styleId="ColorfulGrid">
    <w:name w:val="Colorful Grid"/>
    <w:uiPriority w:val="73"/>
    <w:basedOn w:val="TableNormal"/>
    <w:pPr>
      <w:spacing w:after="0" w:line="240" w:lineRule="auto"/>
    </w:pPr>
    <w:rPr>
      <w:color w:val="000000"/>
    </w:rPr>
    <w:tblPr>
      <w:tblInd w:w="0" w:type="dxa"/>
      <w:tblBorders>
        <w:insideH w:val="single" w:sz="4" w:space="0" w:color="FFFFFF" w:themeColor="background1"/>
      </w:tblBorders>
      <w:tblCellMar>
        <w:top w:w="0" w:type="dxa"/>
        <w:left w:w="108" w:type="dxa"/>
        <w:bottom w:w="0" w:type="dxa"/>
        <w:right w:w="108" w:type="dxa"/>
      </w:tblCellMar>
      <w:tblStyleColBandSize w:val="1"/>
      <w:tblStyleRowBandSize w:val="1"/>
    </w:tblPr>
    <w:tcPr>
      <w:shd w:val="clear" w:color="auto" w:fill="CBCBCB" w:themeFill="text1" w:themeFillTint="33"/>
    </w:tcPr>
    <w:tblStylePr w:type="firstRow">
      <w:rPr>
        <w:b/>
        <w:bCs/>
      </w:rPr>
      <w:tblPr/>
      <w:tcPr>
        <w:shd w:val="clear" w:color="auto" w:fill="989898" w:themeFill="text1" w:themeFillTint="66"/>
      </w:tcPr>
    </w:tblStylePr>
    <w:tblStylePr w:type="lastRow">
      <w:rPr>
        <w:b/>
        <w:bCs/>
        <w:color w:val="000000"/>
      </w:rPr>
      <w:tblPr/>
      <w:tcPr>
        <w:shd w:val="clear" w:color="auto" w:fill="989898"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ColorfulGrid-Accent1">
    <w:name w:val="Colorful Grid Accent 1"/>
    <w:uiPriority w:val="73"/>
    <w:basedOn w:val="TableNormal"/>
    <w:pPr>
      <w:spacing w:after="0" w:line="240" w:lineRule="auto"/>
    </w:pPr>
    <w:rPr>
      <w:color w:val="000000"/>
    </w:rPr>
    <w:tblPr>
      <w:tblInd w:w="0" w:type="dxa"/>
      <w:tblBorders>
        <w:insideH w:val="single" w:sz="4" w:space="0" w:color="FFFFFF" w:themeColor="background1"/>
      </w:tblBorders>
      <w:tblCellMar>
        <w:top w:w="0" w:type="dxa"/>
        <w:left w:w="108" w:type="dxa"/>
        <w:bottom w:w="0" w:type="dxa"/>
        <w:right w:w="108" w:type="dxa"/>
      </w:tblCellMar>
      <w:tblStyleColBandSize w:val="1"/>
      <w:tblStyleRowBandSize w:val="1"/>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76092" w:themeFill="accent1" w:themeFillShade="bf"/>
      </w:tcPr>
    </w:tblStylePr>
    <w:tblStylePr w:type="lastCol">
      <w:rPr>
        <w:color w:val="FFFFFF"/>
      </w:rPr>
      <w:tblPr/>
      <w:tcPr>
        <w:shd w:val="clear" w:color="auto" w:fill="376092"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ColorfulGrid-Accent2">
    <w:name w:val="Colorful Grid Accent 2"/>
    <w:uiPriority w:val="73"/>
    <w:basedOn w:val="TableNormal"/>
    <w:pPr>
      <w:spacing w:after="0" w:line="240" w:lineRule="auto"/>
    </w:pPr>
    <w:rPr>
      <w:color w:val="000000"/>
    </w:rPr>
    <w:tblPr>
      <w:tblInd w:w="0" w:type="dxa"/>
      <w:tblBorders>
        <w:insideH w:val="single" w:sz="4" w:space="0" w:color="FFFFFF" w:themeColor="background1"/>
      </w:tblBorders>
      <w:tblCellMar>
        <w:top w:w="0" w:type="dxa"/>
        <w:left w:w="108" w:type="dxa"/>
        <w:bottom w:w="0" w:type="dxa"/>
        <w:right w:w="108" w:type="dxa"/>
      </w:tblCellMar>
      <w:tblStyleColBandSize w:val="1"/>
      <w:tblStyleRowBandSize w:val="1"/>
    </w:tblPr>
    <w:tcPr>
      <w:shd w:val="clear" w:color="auto" w:fill="F2DBDB" w:themeFill="accent2" w:themeFillTint="33"/>
    </w:tcPr>
    <w:tblStylePr w:type="firstRow">
      <w:rPr>
        <w:b/>
        <w:bCs/>
      </w:rPr>
      <w:tblPr/>
      <w:tcPr>
        <w:shd w:val="clear" w:color="auto" w:fill="E5B9B7" w:themeFill="accent2" w:themeFillTint="66"/>
      </w:tcPr>
    </w:tblStylePr>
    <w:tblStylePr w:type="lastRow">
      <w:rPr>
        <w:b/>
        <w:bCs/>
        <w:color w:val="000000"/>
      </w:rPr>
      <w:tblPr/>
      <w:tcPr>
        <w:shd w:val="clear" w:color="auto" w:fill="E5B9B7" w:themeFill="accent2" w:themeFillTint="66"/>
      </w:tcPr>
    </w:tblStylePr>
    <w:tblStylePr w:type="firstCol">
      <w:rPr>
        <w:color w:val="FFFFFF"/>
      </w:rPr>
      <w:tblPr/>
      <w:tcPr>
        <w:shd w:val="clear" w:color="auto" w:fill="953735" w:themeFill="accent2" w:themeFillShade="bf"/>
      </w:tcPr>
    </w:tblStylePr>
    <w:tblStylePr w:type="lastCol">
      <w:rPr>
        <w:color w:val="FFFFFF"/>
      </w:rPr>
      <w:tblPr/>
      <w:tcPr>
        <w:shd w:val="clear" w:color="auto" w:fill="953735"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uiPriority w:val="73"/>
    <w:basedOn w:val="TableNormal"/>
    <w:pPr>
      <w:spacing w:after="0" w:line="240" w:lineRule="auto"/>
    </w:pPr>
    <w:rPr>
      <w:color w:val="000000"/>
    </w:rPr>
    <w:tblPr>
      <w:tblInd w:w="0" w:type="dxa"/>
      <w:tblBorders>
        <w:insideH w:val="single" w:sz="4" w:space="0" w:color="FFFFFF" w:themeColor="background1"/>
      </w:tblBorders>
      <w:tblCellMar>
        <w:top w:w="0" w:type="dxa"/>
        <w:left w:w="108" w:type="dxa"/>
        <w:bottom w:w="0" w:type="dxa"/>
        <w:right w:w="108" w:type="dxa"/>
      </w:tblCellMar>
      <w:tblStyleColBandSize w:val="1"/>
      <w:tblStyleRowBandSize w:val="1"/>
    </w:tblPr>
    <w:tcPr>
      <w:shd w:val="clear" w:color="auto" w:fill="EBF1DD" w:themeFill="accent3" w:themeFillTint="33"/>
    </w:tcPr>
    <w:tblStylePr w:type="firstRow">
      <w:rPr>
        <w:b/>
        <w:bCs/>
      </w:rPr>
      <w:tblPr/>
      <w:tcPr>
        <w:shd w:val="clear" w:color="auto" w:fill="D7E3BC" w:themeFill="accent3" w:themeFillTint="66"/>
      </w:tcPr>
    </w:tblStylePr>
    <w:tblStylePr w:type="lastRow">
      <w:rPr>
        <w:b/>
        <w:bCs/>
        <w:color w:val="000000"/>
      </w:rPr>
      <w:tblPr/>
      <w:tcPr>
        <w:shd w:val="clear" w:color="auto" w:fill="D7E3BC" w:themeFill="accent3" w:themeFillTint="66"/>
      </w:tcPr>
    </w:tblStylePr>
    <w:tblStylePr w:type="firstCol">
      <w:rPr>
        <w:color w:val="FFFFFF"/>
      </w:rPr>
      <w:tblPr/>
      <w:tcPr>
        <w:shd w:val="clear" w:color="auto" w:fill="76933C" w:themeFill="accent3" w:themeFillShade="bf"/>
      </w:tcPr>
    </w:tblStylePr>
    <w:tblStylePr w:type="lastCol">
      <w:rPr>
        <w:color w:val="FFFFFF"/>
      </w:rPr>
      <w:tblPr/>
      <w:tcPr>
        <w:shd w:val="clear" w:color="auto" w:fill="7693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uiPriority w:val="73"/>
    <w:basedOn w:val="TableNormal"/>
    <w:pPr>
      <w:spacing w:after="0" w:line="240" w:lineRule="auto"/>
    </w:pPr>
    <w:rPr>
      <w:color w:val="000000"/>
    </w:rPr>
    <w:tblPr>
      <w:tblInd w:w="0" w:type="dxa"/>
      <w:tblBorders>
        <w:insideH w:val="single" w:sz="4" w:space="0" w:color="FFFFFF" w:themeColor="background1"/>
      </w:tblBorders>
      <w:tblCellMar>
        <w:top w:w="0" w:type="dxa"/>
        <w:left w:w="108" w:type="dxa"/>
        <w:bottom w:w="0" w:type="dxa"/>
        <w:right w:w="108" w:type="dxa"/>
      </w:tblCellMar>
      <w:tblStyleColBandSize w:val="1"/>
      <w:tblStyleRowBandSize w:val="1"/>
    </w:tblPr>
    <w:tcPr>
      <w:shd w:val="clear" w:color="auto" w:fill="E5E0EC" w:themeFill="accent4" w:themeFillTint="33"/>
    </w:tcPr>
    <w:tblStylePr w:type="firstRow">
      <w:rPr>
        <w:b/>
        <w:bCs/>
      </w:rPr>
      <w:tblPr/>
      <w:tcPr>
        <w:shd w:val="clear" w:color="auto" w:fill="CCC1D9" w:themeFill="accent4" w:themeFillTint="66"/>
      </w:tcPr>
    </w:tblStylePr>
    <w:tblStylePr w:type="lastRow">
      <w:rPr>
        <w:b/>
        <w:bCs/>
        <w:color w:val="000000"/>
      </w:rPr>
      <w:tblPr/>
      <w:tcPr>
        <w:shd w:val="clear" w:color="auto" w:fill="CCC1D9" w:themeFill="accent4" w:themeFillTint="66"/>
      </w:tcPr>
    </w:tblStylePr>
    <w:tblStylePr w:type="firstCol">
      <w:rPr>
        <w:color w:val="FFFFFF"/>
      </w:rPr>
      <w:tblPr/>
      <w:tcPr>
        <w:shd w:val="clear" w:color="auto" w:fill="604A7B" w:themeFill="accent4" w:themeFillShade="bf"/>
      </w:tcPr>
    </w:tblStylePr>
    <w:tblStylePr w:type="lastCol">
      <w:rPr>
        <w:color w:val="FFFFFF"/>
      </w:rPr>
      <w:tblPr/>
      <w:tcPr>
        <w:shd w:val="clear" w:color="auto" w:fill="604A7B"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uiPriority w:val="73"/>
    <w:basedOn w:val="TableNormal"/>
    <w:pPr>
      <w:spacing w:after="0" w:line="240" w:lineRule="auto"/>
    </w:pPr>
    <w:rPr>
      <w:color w:val="000000"/>
    </w:rPr>
    <w:tblPr>
      <w:tblInd w:w="0" w:type="dxa"/>
      <w:tblBorders>
        <w:insideH w:val="single" w:sz="4" w:space="0" w:color="FFFFFF" w:themeColor="background1"/>
      </w:tblBorders>
      <w:tblCellMar>
        <w:top w:w="0" w:type="dxa"/>
        <w:left w:w="108" w:type="dxa"/>
        <w:bottom w:w="0" w:type="dxa"/>
        <w:right w:w="108" w:type="dxa"/>
      </w:tblCellMar>
      <w:tblStyleColBandSize w:val="1"/>
      <w:tblStyleRowBandSize w:val="1"/>
    </w:tblPr>
    <w:tcPr>
      <w:shd w:val="clear" w:color="auto" w:fill="DAEEF3" w:themeFill="accent5" w:themeFillTint="33"/>
    </w:tcPr>
    <w:tblStylePr w:type="firstRow">
      <w:rPr>
        <w:b/>
        <w:bCs/>
      </w:rPr>
      <w:tblPr/>
      <w:tcPr>
        <w:shd w:val="clear" w:color="auto" w:fill="B7DDE8" w:themeFill="accent5" w:themeFillTint="66"/>
      </w:tcPr>
    </w:tblStylePr>
    <w:tblStylePr w:type="lastRow">
      <w:rPr>
        <w:b/>
        <w:bCs/>
        <w:color w:val="000000"/>
      </w:rPr>
      <w:tblPr/>
      <w:tcPr>
        <w:shd w:val="clear" w:color="auto" w:fill="B7DDE8" w:themeFill="accent5" w:themeFillTint="66"/>
      </w:tcPr>
    </w:tblStylePr>
    <w:tblStylePr w:type="firstCol">
      <w:rPr>
        <w:color w:val="FFFFFF"/>
      </w:rPr>
      <w:tblPr/>
      <w:tcPr>
        <w:shd w:val="clear" w:color="auto" w:fill="31859B" w:themeFill="accent5" w:themeFillShade="bf"/>
      </w:tcPr>
    </w:tblStylePr>
    <w:tblStylePr w:type="lastCol">
      <w:rPr>
        <w:color w:val="FFFFFF"/>
      </w:rPr>
      <w:tblPr/>
      <w:tcPr>
        <w:shd w:val="clear" w:color="auto" w:fill="3185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uiPriority w:val="73"/>
    <w:basedOn w:val="TableNormal"/>
    <w:pPr>
      <w:spacing w:after="0" w:line="240" w:lineRule="auto"/>
    </w:pPr>
    <w:rPr>
      <w:color w:val="000000"/>
    </w:rPr>
    <w:tblPr>
      <w:tblInd w:w="0" w:type="dxa"/>
      <w:tblBorders>
        <w:insideH w:val="single" w:sz="4" w:space="0" w:color="FFFFFF" w:themeColor="background1"/>
      </w:tblBorders>
      <w:tblCellMar>
        <w:top w:w="0" w:type="dxa"/>
        <w:left w:w="108" w:type="dxa"/>
        <w:bottom w:w="0" w:type="dxa"/>
        <w:right w:w="108" w:type="dxa"/>
      </w:tblCellMar>
      <w:tblStyleColBandSize w:val="1"/>
      <w:tblStyleRowBandSize w:val="1"/>
    </w:tblPr>
    <w:tcPr>
      <w:shd w:val="clear" w:color="auto" w:fill="FDEAD9" w:themeFill="accent6" w:themeFillTint="33"/>
    </w:tcPr>
    <w:tblStylePr w:type="firstRow">
      <w:rPr>
        <w:b/>
        <w:bCs/>
      </w:rPr>
      <w:tblPr/>
      <w:tcPr>
        <w:shd w:val="clear" w:color="auto" w:fill="FBD5B5" w:themeFill="accent6" w:themeFillTint="66"/>
      </w:tcPr>
    </w:tblStylePr>
    <w:tblStylePr w:type="lastRow">
      <w:rPr>
        <w:b/>
        <w:bCs/>
        <w:color w:val="000000"/>
      </w:rPr>
      <w:tblPr/>
      <w:tcPr>
        <w:shd w:val="clear" w:color="auto" w:fill="FBD5B5" w:themeFill="accent6" w:themeFillTint="66"/>
      </w:tcPr>
    </w:tblStylePr>
    <w:tblStylePr w:type="firstCol">
      <w:rPr>
        <w:color w:val="FFFFFF"/>
      </w:rPr>
      <w:tblPr/>
      <w:tcPr>
        <w:shd w:val="clear" w:color="auto" w:fill="E46C0A" w:themeFill="accent6" w:themeFillShade="bf"/>
      </w:tcPr>
    </w:tblStylePr>
    <w:tblStylePr w:type="lastCol">
      <w:rPr>
        <w:color w:val="FFFFFF"/>
      </w:rPr>
      <w:tblPr/>
      <w:tcPr>
        <w:shd w:val="clear" w:color="auto" w:fill="E4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12700" cap="flat" cmpd="sng" algn="ctr">
          <a:solidFill>
            <a:schemeClr val="phClr"/>
          </a:solidFill>
          <a:prstDash val="solid"/>
        </a:ln>
        <a:ln w="1905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kimjh</cp:lastModifiedBy>
  <cp:revision>1</cp:revision>
  <dcterms:created xsi:type="dcterms:W3CDTF">2013-12-23T23:15:00Z</dcterms:created>
  <dcterms:modified xsi:type="dcterms:W3CDTF">2026-08-22T17:00:00Z</dcterms:modified>
  <cp:version>1200.0100.01</cp:version>
</cp:coreProperties>
</file>